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11</w:t>
      </w:r>
    </w:p>
    <w:p>
      <w:pPr>
        <w:jc w:val="center"/>
      </w:pPr>
      <w:r>
        <w:rPr>
          <w:b/>
          <w:sz w:val="36"/>
        </w:rPr>
        <w:t>El Reino de Dios — paz en la tierra</w:t>
      </w:r>
    </w:p>
    <w:p>
      <w:pPr>
        <w:jc w:val="center"/>
      </w:pPr>
      <w:r>
        <w:rPr>
          <w:b/>
          <w:sz w:val="23"/>
        </w:rPr>
        <w:t>LECTURA  •  ISAÍAS 35</w:t>
      </w:r>
    </w:p>
    <w:p>
      <w:pPr>
        <w:spacing w:before="140" w:after="80"/>
      </w:pPr>
      <w:r>
        <w:rPr>
          <w:b/>
          <w:sz w:val="26"/>
        </w:rPr>
        <w:t>Paz en la tierra: ¿cuándo?</w:t>
      </w:r>
    </w:p>
    <w:p>
      <w:pPr>
        <w:spacing w:after="80"/>
        <w:jc w:val="left"/>
      </w:pPr>
      <w:r>
        <w:rPr>
          <w:sz w:val="21"/>
        </w:rPr>
        <w:t>En el nacimiento de Jesús, el ejército celestial alabó a Dios y habló de paz en la tierra. Sin embargo, la paz duradera no ha llenado el mundo. La Biblia dirige nuestra mirada hacia el regreso del Señor Jesucristo y el establecimiento del Reino de Dios sobre la tierra.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«Gloria a Dios en las alturas, y en la tierra paz, buena voluntad para con los hombres.»</w:t>
            </w:r>
          </w:p>
          <w:p>
            <w:pPr>
              <w:jc w:val="center"/>
            </w:pPr>
            <w:r>
              <w:rPr>
                <w:b/>
                <w:sz w:val="19"/>
              </w:rPr>
              <w:t>Lucas 2:14  •  traducción fiel del texto KJV</w:t>
            </w:r>
          </w:p>
        </w:tc>
      </w:tr>
    </w:tbl>
    <w:p>
      <w:pPr>
        <w:spacing w:before="140" w:after="80"/>
      </w:pPr>
      <w:r>
        <w:rPr>
          <w:b/>
          <w:sz w:val="26"/>
        </w:rPr>
        <w:t>Un Reino mundial</w:t>
      </w:r>
    </w:p>
    <w:p>
      <w:pPr>
        <w:spacing w:after="80"/>
        <w:jc w:val="left"/>
      </w:pPr>
      <w:r>
        <w:rPr>
          <w:sz w:val="21"/>
        </w:rPr>
        <w:t>El Antiguo Testamento ofrece muchas imágenes de la paz, la justicia y la prosperidad del Reino venidero. El Salmo 72 describe el reinado del Rey designado por Dios y deja claro que su gobierno no se limitará a Israel.</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«Dominará también de mar a mar, y desde el río hasta los confines de la tierra.»</w:t>
            </w:r>
          </w:p>
          <w:p>
            <w:pPr>
              <w:jc w:val="center"/>
            </w:pPr>
            <w:r>
              <w:rPr>
                <w:b/>
                <w:sz w:val="19"/>
              </w:rPr>
              <w:t>Salmo 72:8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«Pídeme, y te daré por herencia las naciones, y como posesión tuya los confines de la tierra.»</w:t>
            </w:r>
          </w:p>
          <w:p>
            <w:pPr>
              <w:jc w:val="center"/>
            </w:pPr>
            <w:r>
              <w:rPr>
                <w:b/>
                <w:sz w:val="19"/>
              </w:rPr>
              <w:t>Salmo 2:8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el SEÑOR será rey sobre toda la tierra; en aquel día habrá un SEÑOR, y uno su nombre.»</w:t>
            </w:r>
          </w:p>
          <w:p>
            <w:pPr>
              <w:jc w:val="center"/>
            </w:pPr>
            <w:r>
              <w:rPr>
                <w:b/>
                <w:sz w:val="19"/>
              </w:rPr>
              <w:t>Zacarías 14:9  •  traducción fiel del texto KJV</w:t>
            </w:r>
          </w:p>
        </w:tc>
      </w:tr>
    </w:tbl>
    <w:p>
      <w:pPr>
        <w:spacing w:before="140" w:after="80"/>
      </w:pPr>
      <w:r>
        <w:rPr>
          <w:b/>
          <w:sz w:val="26"/>
        </w:rPr>
        <w:t>Jerusalén y el gobierno de Cristo</w:t>
      </w:r>
    </w:p>
    <w:p>
      <w:pPr>
        <w:spacing w:after="80"/>
        <w:jc w:val="left"/>
      </w:pPr>
      <w:r>
        <w:rPr>
          <w:sz w:val="21"/>
        </w:rPr>
        <w:t>El Reino será mundial, pero su centro estará en Jerusalén. Jesús llamó a Jerusalén «la ciudad del gran Rey» (Mateo 5:35). Isaías describe a las naciones viniendo a aprender los caminos de Dios, y la ley de Dios saliendo de Sion.</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«Porque de Sion saldrá la ley, y de Jerusalén la palabra del SEÑOR.»</w:t>
            </w:r>
          </w:p>
          <w:p>
            <w:pPr>
              <w:jc w:val="center"/>
            </w:pPr>
            <w:r>
              <w:rPr>
                <w:b/>
                <w:sz w:val="19"/>
              </w:rPr>
              <w:t>Isaías 2:3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El modelo del Reino</w:t>
            </w:r>
          </w:p>
          <w:p>
            <w:pPr>
              <w:jc w:val="center"/>
            </w:pPr>
            <w:r>
              <w:rPr>
                <w:i/>
                <w:sz w:val="21"/>
              </w:rPr>
              <w:t>«Un Rey justo, un centro mundial en Jerusalén, ley y enseñanza divinas, y naciones aprendiendo la paz: estos temas aparecen repetidamente en los profetas.»</w:t>
            </w:r>
          </w:p>
        </w:tc>
      </w:tr>
    </w:tbl>
    <w:p>
      <w:pPr>
        <w:spacing w:before="140" w:after="80"/>
      </w:pPr>
      <w:r>
        <w:rPr>
          <w:b/>
          <w:sz w:val="26"/>
        </w:rPr>
        <w:t>¿Cómo será este Reino?</w:t>
      </w:r>
    </w:p>
    <w:p>
      <w:pPr>
        <w:spacing w:after="80"/>
        <w:jc w:val="left"/>
      </w:pPr>
      <w:r>
        <w:rPr>
          <w:sz w:val="21"/>
        </w:rPr>
        <w:t>Si tuviéramos que describir una sociedad ideal, la mayoría desearíamos seguridad, justicia, trabajo útil y ausencia de temor. Los profetas ofrecen un cuadro parecido, pero con una diferencia esencial: la paz llega porque las personas aprenden los caminos de Dios y Cristo gobierna con justicia.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«Juzgará entre muchos pueblos, y corregirá a naciones poderosas hasta muy lejos; y martillarán sus espadas para azadones, y sus lanzas para hoces; no alzará espada nación contra nación, ni aprenderán más la guerra.»</w:t>
            </w:r>
          </w:p>
          <w:p>
            <w:pPr>
              <w:jc w:val="center"/>
            </w:pPr>
            <w:r>
              <w:rPr>
                <w:b/>
                <w:sz w:val="19"/>
              </w:rPr>
              <w:t>Miqueas 4:3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se sentará cada uno debajo de su vid y debajo de su higuera, y no habrá quien los atemorice; porque la boca del SEÑOR de los ejércitos lo ha hablado.»</w:t>
            </w:r>
          </w:p>
          <w:p>
            <w:pPr>
              <w:jc w:val="center"/>
            </w:pPr>
            <w:r>
              <w:rPr>
                <w:b/>
                <w:sz w:val="19"/>
              </w:rPr>
              <w:t>Miqueas 4:4  •  traducción fiel del texto KJV</w:t>
            </w:r>
          </w:p>
        </w:tc>
      </w:tr>
    </w:tbl>
    <w:p>
      <w:pPr>
        <w:spacing w:before="140" w:after="80"/>
      </w:pPr>
      <w:r>
        <w:rPr>
          <w:b/>
          <w:sz w:val="26"/>
        </w:rPr>
        <w:t>La paz estará fundada en la justicia</w:t>
      </w:r>
    </w:p>
    <w:p>
      <w:pPr>
        <w:spacing w:after="80"/>
        <w:jc w:val="left"/>
      </w:pPr>
      <w:r>
        <w:rPr>
          <w:sz w:val="21"/>
        </w:rPr>
        <w:t>Los seres humanos han deseado muchas veces la paz sin aceptar las normas de Dios. Las Escrituras presentan el orden inverso: primero la justicia, después la paz. Cristo juzgará con rectitud, defenderá al pobre y tratará con firmeza la maldad.</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con el espíritu de sus labios matará al impío.»</w:t>
            </w:r>
          </w:p>
          <w:p>
            <w:pPr>
              <w:jc w:val="center"/>
            </w:pPr>
            <w:r>
              <w:rPr>
                <w:b/>
                <w:sz w:val="19"/>
              </w:rPr>
              <w:t>Isaías 11:4  •  traducción fiel del texto KJV</w:t>
            </w:r>
          </w:p>
        </w:tc>
      </w:tr>
    </w:tbl>
    <w:p>
      <w:pPr>
        <w:spacing w:before="140" w:after="80"/>
      </w:pPr>
      <w:r>
        <w:rPr>
          <w:b/>
          <w:sz w:val="26"/>
        </w:rPr>
        <w:t>¿Quiénes estarán en el Reino?</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GRUPO</w:t>
            </w:r>
          </w:p>
        </w:tc>
        <w:tc>
          <w:tcPr>
            <w:tcW w:type="dxa" w:w="3475"/>
            <w:shd w:fill="EDEDED"/>
          </w:tcPr>
          <w:p>
            <w:r>
              <w:t>CONDICIÓN</w:t>
            </w:r>
          </w:p>
        </w:tc>
        <w:tc>
          <w:tcPr>
            <w:tcW w:type="dxa" w:w="3475"/>
            <w:shd w:fill="EDEDED"/>
          </w:tcPr>
          <w:p>
            <w:r>
              <w:t>LUGAR EN EL REINO</w:t>
            </w:r>
          </w:p>
        </w:tc>
      </w:tr>
      <w:tr>
        <w:trPr>
          <w:cantSplit/>
        </w:trPr>
        <w:tc>
          <w:tcPr>
            <w:tcW w:type="dxa" w:w="3475"/>
          </w:tcPr>
          <w:p>
            <w:r>
              <w:rPr>
                <w:sz w:val="18"/>
              </w:rPr>
              <w:t>LOS FIELES</w:t>
            </w:r>
          </w:p>
        </w:tc>
        <w:tc>
          <w:tcPr>
            <w:tcW w:type="dxa" w:w="3475"/>
          </w:tcPr>
          <w:p>
            <w:r>
              <w:rPr>
                <w:sz w:val="18"/>
              </w:rPr>
              <w:t>Inmortales</w:t>
            </w:r>
          </w:p>
        </w:tc>
        <w:tc>
          <w:tcPr>
            <w:tcW w:type="dxa" w:w="3475"/>
          </w:tcPr>
          <w:p>
            <w:r>
              <w:rPr>
                <w:sz w:val="18"/>
              </w:rPr>
              <w:t>Los discípulos fieles de épocas pasadas serán resucitados y aceptados al regreso de Cristo. Junto con los creyentes fieles que estén vivos, recibirán vida eterna y compartirán la obra del Reino.</w:t>
            </w:r>
          </w:p>
        </w:tc>
      </w:tr>
      <w:tr>
        <w:trPr>
          <w:cantSplit/>
        </w:trPr>
        <w:tc>
          <w:tcPr>
            <w:tcW w:type="dxa" w:w="3475"/>
          </w:tcPr>
          <w:p>
            <w:r>
              <w:rPr>
                <w:sz w:val="18"/>
              </w:rPr>
              <w:t>ISRAEL</w:t>
            </w:r>
          </w:p>
        </w:tc>
        <w:tc>
          <w:tcPr>
            <w:tcW w:type="dxa" w:w="3475"/>
          </w:tcPr>
          <w:p>
            <w:r>
              <w:rPr>
                <w:sz w:val="18"/>
              </w:rPr>
              <w:t>Nación mortal</w:t>
            </w:r>
          </w:p>
        </w:tc>
        <w:tc>
          <w:tcPr>
            <w:tcW w:type="dxa" w:w="3475"/>
          </w:tcPr>
          <w:p>
            <w:r>
              <w:rPr>
                <w:sz w:val="18"/>
              </w:rPr>
              <w:t>Israel reconocerá al Mesías y Jerusalén llegará a ser el centro mundial de adoración e instrucción. Quienes vivan naturalmente seguirán siendo mortales.</w:t>
            </w:r>
          </w:p>
        </w:tc>
      </w:tr>
      <w:tr>
        <w:trPr>
          <w:cantSplit/>
        </w:trPr>
        <w:tc>
          <w:tcPr>
            <w:tcW w:type="dxa" w:w="3475"/>
          </w:tcPr>
          <w:p>
            <w:r>
              <w:rPr>
                <w:sz w:val="18"/>
              </w:rPr>
              <w:t>LAS NACIONES</w:t>
            </w:r>
          </w:p>
        </w:tc>
        <w:tc>
          <w:tcPr>
            <w:tcW w:type="dxa" w:w="3475"/>
          </w:tcPr>
          <w:p>
            <w:r>
              <w:rPr>
                <w:sz w:val="18"/>
              </w:rPr>
              <w:t>Pueblos mortales</w:t>
            </w:r>
          </w:p>
        </w:tc>
        <w:tc>
          <w:tcPr>
            <w:tcW w:type="dxa" w:w="3475"/>
          </w:tcPr>
          <w:p>
            <w:r>
              <w:rPr>
                <w:sz w:val="18"/>
              </w:rPr>
              <w:t>Quienes sobrevivan a los juicios asociados con el regreso de Cristo vivirán bajo su gobierno, aprenderán justicia y recibirán las bendiciones del Reino.</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nos has hecho para nuestro Dios reyes y sacerdotes; y reinaremos sobre la tierra.»</w:t>
            </w:r>
          </w:p>
          <w:p>
            <w:pPr>
              <w:jc w:val="center"/>
            </w:pPr>
            <w:r>
              <w:rPr>
                <w:b/>
                <w:sz w:val="19"/>
              </w:rPr>
              <w:t>Apocalipsis 5:10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«En aquel tiempo llamarán a Jerusalén trono del SEÑOR, y todas las naciones se reunirán a ella, al nombre del SEÑOR, en Jerusalén.»</w:t>
            </w:r>
          </w:p>
          <w:p>
            <w:pPr>
              <w:jc w:val="center"/>
            </w:pPr>
            <w:r>
              <w:rPr>
                <w:b/>
                <w:sz w:val="19"/>
              </w:rPr>
              <w:t>Jeremías 3:17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«Porque luego que hay juicios tuyos en la tierra, los moradores del mundo aprenden justicia.»</w:t>
            </w:r>
          </w:p>
          <w:p>
            <w:pPr>
              <w:jc w:val="center"/>
            </w:pPr>
            <w:r>
              <w:rPr>
                <w:b/>
                <w:sz w:val="19"/>
              </w:rPr>
              <w:t>Isaías 26:9  •  traducción fiel del texto KJV</w:t>
            </w:r>
          </w:p>
        </w:tc>
      </w:tr>
    </w:tbl>
    <w:p>
      <w:pPr>
        <w:spacing w:before="140" w:after="80"/>
      </w:pPr>
      <w:r>
        <w:rPr>
          <w:b/>
          <w:sz w:val="26"/>
        </w:rPr>
        <w:t>Prosperidad y abundancia</w:t>
      </w:r>
    </w:p>
    <w:p>
      <w:pPr>
        <w:spacing w:after="80"/>
        <w:jc w:val="left"/>
      </w:pPr>
      <w:r>
        <w:rPr>
          <w:sz w:val="21"/>
        </w:rPr>
        <w:t>El Salmo 72 presenta una extraordinaria fertilidad. Incluso lugares normalmente poco apropiados para los cultivos se utilizan para expresar la abundancia de la edad venidera. Isaías 35 describe el desierto mismo regocijándose y floreciendo.</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«Se alegrarán el desierto y la soledad por ellos; y el yermo se gozará y florecerá como la rosa.»</w:t>
            </w:r>
          </w:p>
          <w:p>
            <w:pPr>
              <w:jc w:val="center"/>
            </w:pPr>
            <w:r>
              <w:rPr>
                <w:b/>
                <w:sz w:val="19"/>
              </w:rPr>
              <w:t>Isaías 35:1  •  traducción fiel del texto KJV</w:t>
            </w:r>
          </w:p>
        </w:tc>
      </w:tr>
    </w:tbl>
    <w:p>
      <w:pPr>
        <w:spacing w:before="140" w:after="80"/>
      </w:pPr>
      <w:r>
        <w:rPr>
          <w:b/>
          <w:sz w:val="26"/>
        </w:rPr>
        <w:t>Sanidad y fuerzas renovadas</w:t>
      </w:r>
    </w:p>
    <w:p>
      <w:pPr>
        <w:spacing w:after="80"/>
        <w:jc w:val="left"/>
      </w:pPr>
      <w:r>
        <w:rPr>
          <w:sz w:val="21"/>
        </w:rPr>
        <w:t>Durante su primer ministerio Jesús sanó a los enfermos por el poder de Dios. El cuadro de Isaías acerca del Reino incluye restauración de la vista, el oído, la fuerza y el habla.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«Entonces los ojos de los ciegos serán abiertos, y los oídos de los sordos se abrirán. Entonces el cojo saltará como un ciervo, y cantará la lengua del mudo.»</w:t>
            </w:r>
          </w:p>
          <w:p>
            <w:pPr>
              <w:jc w:val="center"/>
            </w:pPr>
            <w:r>
              <w:rPr>
                <w:b/>
                <w:sz w:val="19"/>
              </w:rPr>
              <w:t>Isaías 35:5-6  •  traducción fiel del texto KJV</w:t>
            </w:r>
          </w:p>
        </w:tc>
      </w:tr>
    </w:tbl>
    <w:p>
      <w:pPr>
        <w:spacing w:after="80"/>
        <w:jc w:val="left"/>
      </w:pPr>
      <w:r>
        <w:rPr>
          <w:sz w:val="21"/>
        </w:rPr>
        <w:t>Zacarías también presenta la vida mortal ordinaria continuando con seguridad en Jerusalén, con personas llegando a avanzada edad y niños en las calles.</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«Aún han de morar ancianos y ancianas en las calles de Jerusalén, cada cual con bordón en su mano por la multitud de los días.»</w:t>
            </w:r>
          </w:p>
          <w:p>
            <w:pPr>
              <w:jc w:val="center"/>
            </w:pPr>
            <w:r>
              <w:rPr>
                <w:b/>
                <w:sz w:val="19"/>
              </w:rPr>
              <w:t>Zacarías 8:4  •  traducción fiel del texto KJV</w:t>
            </w:r>
          </w:p>
        </w:tc>
      </w:tr>
    </w:tbl>
    <w:p>
      <w:pPr>
        <w:spacing w:before="140" w:after="80"/>
      </w:pPr>
      <w:r>
        <w:rPr>
          <w:b/>
          <w:sz w:val="26"/>
        </w:rPr>
        <w:t>La segura Palabra de Dios</w:t>
      </w:r>
    </w:p>
    <w:p>
      <w:pPr>
        <w:spacing w:after="80"/>
        <w:jc w:val="left"/>
      </w:pPr>
      <w:r>
        <w:rPr>
          <w:sz w:val="21"/>
        </w:rPr>
        <w:t>Estas promesas serían inciertas si dependieran solamente de la fuerza humana. En cambio, descansan en el propósito y la Palabra de Dios.</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«Así será mi palabra que sale de mi boca; no volverá a mí vacía, sino que hará lo que yo quiero, y será prosperada en aquello para que la envié.»</w:t>
            </w:r>
          </w:p>
          <w:p>
            <w:pPr>
              <w:jc w:val="center"/>
            </w:pPr>
            <w:r>
              <w:rPr>
                <w:b/>
                <w:sz w:val="19"/>
              </w:rPr>
              <w:t>Isaías 55:11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Una esperanza en la que podemos confiar</w:t>
            </w:r>
          </w:p>
          <w:p>
            <w:pPr>
              <w:jc w:val="center"/>
            </w:pPr>
            <w:r>
              <w:rPr>
                <w:i/>
                <w:sz w:val="21"/>
              </w:rPr>
              <w:t>«El Reino es el orden prometido por Dios, establecido por medio de su Hijo y gobernado conforme a su justicia.»</w:t>
            </w:r>
          </w:p>
        </w:tc>
      </w:tr>
    </w:tbl>
    <w:p>
      <w:pPr>
        <w:spacing w:before="140" w:after="80"/>
      </w:pPr>
      <w:r>
        <w:rPr>
          <w:b/>
          <w:sz w:val="26"/>
        </w:rPr>
        <w:t>Un reinado de mil años</w:t>
      </w:r>
    </w:p>
    <w:p>
      <w:pPr>
        <w:spacing w:after="80"/>
        <w:jc w:val="left"/>
      </w:pPr>
      <w:r>
        <w:rPr>
          <w:sz w:val="21"/>
        </w:rPr>
        <w:t>Apocalipsis 20 describe un reinado de Cristo de mil años, llamado con frecuencia el Milenio. Durante él, gobernantes inmortales y pueblos mortales existirán juntos bajo su gobierno. No es la etapa final del propósito de Dios. Después del juicio final, el pecado y la muerte serán abolidos y Cristo entregará el Reino al Padre (1 Corintios 15:24-28).</w:t>
      </w:r>
    </w:p>
    <w:p>
      <w:pPr>
        <w:spacing w:before="140" w:after="80"/>
      </w:pPr>
      <w:r>
        <w:rPr>
          <w:b/>
          <w:sz w:val="26"/>
        </w:rPr>
        <w:t>Desde la edad presente hasta «Dios todo en todos»</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ETAPA</w:t>
            </w:r>
          </w:p>
        </w:tc>
        <w:tc>
          <w:tcPr>
            <w:tcW w:type="dxa" w:w="5213"/>
            <w:shd w:fill="EDEDED"/>
          </w:tcPr>
          <w:p>
            <w:r>
              <w:t>LO QUE ENSEÑA EL CURSO</w:t>
            </w:r>
          </w:p>
        </w:tc>
      </w:tr>
      <w:tr>
        <w:trPr>
          <w:cantSplit/>
        </w:trPr>
        <w:tc>
          <w:tcPr>
            <w:tcW w:type="dxa" w:w="5213"/>
          </w:tcPr>
          <w:p>
            <w:r>
              <w:rPr>
                <w:sz w:val="18"/>
              </w:rPr>
              <w:t>EDAD PRESENTE</w:t>
            </w:r>
          </w:p>
        </w:tc>
        <w:tc>
          <w:tcPr>
            <w:tcW w:type="dxa" w:w="5213"/>
          </w:tcPr>
          <w:p>
            <w:r>
              <w:rPr>
                <w:sz w:val="18"/>
              </w:rPr>
              <w:t>Continúan los reinos humanos, con pecado, conflicto, sufrimiento y muerte. Los creyentes esperan el regreso del Señor Jesucristo.</w:t>
            </w:r>
          </w:p>
        </w:tc>
      </w:tr>
      <w:tr>
        <w:trPr>
          <w:cantSplit/>
        </w:trPr>
        <w:tc>
          <w:tcPr>
            <w:tcW w:type="dxa" w:w="5213"/>
          </w:tcPr>
          <w:p>
            <w:r>
              <w:rPr>
                <w:sz w:val="18"/>
              </w:rPr>
              <w:t>REGRESO DE CRISTO</w:t>
            </w:r>
          </w:p>
        </w:tc>
        <w:tc>
          <w:tcPr>
            <w:tcW w:type="dxa" w:w="5213"/>
          </w:tcPr>
          <w:p>
            <w:r>
              <w:rPr>
                <w:sz w:val="18"/>
              </w:rPr>
              <w:t>Cristo regresa a la tierra, los muertos responsables son resucitados, tiene lugar el juicio y los fieles reciben inmortalidad.</w:t>
            </w:r>
          </w:p>
        </w:tc>
      </w:tr>
      <w:tr>
        <w:trPr>
          <w:cantSplit/>
        </w:trPr>
        <w:tc>
          <w:tcPr>
            <w:tcW w:type="dxa" w:w="5213"/>
          </w:tcPr>
          <w:p>
            <w:r>
              <w:rPr>
                <w:sz w:val="18"/>
              </w:rPr>
              <w:t>EL MILENIO</w:t>
            </w:r>
          </w:p>
        </w:tc>
        <w:tc>
          <w:tcPr>
            <w:tcW w:type="dxa" w:w="5213"/>
          </w:tcPr>
          <w:p>
            <w:r>
              <w:rPr>
                <w:sz w:val="18"/>
              </w:rPr>
              <w:t>Cristo reina sobre la tierra mil años. Jerusalén es el centro de su Reino mundial. Gobernantes inmortales le ayudan mientras pueblos mortales aprenden los caminos de Dios.</w:t>
            </w:r>
          </w:p>
        </w:tc>
      </w:tr>
      <w:tr>
        <w:trPr>
          <w:cantSplit/>
        </w:trPr>
        <w:tc>
          <w:tcPr>
            <w:tcW w:type="dxa" w:w="5213"/>
          </w:tcPr>
          <w:p>
            <w:r>
              <w:rPr>
                <w:sz w:val="18"/>
              </w:rPr>
              <w:t>FIN DEL MILENIO</w:t>
            </w:r>
          </w:p>
        </w:tc>
        <w:tc>
          <w:tcPr>
            <w:tcW w:type="dxa" w:w="5213"/>
          </w:tcPr>
          <w:p>
            <w:r>
              <w:rPr>
                <w:sz w:val="18"/>
              </w:rPr>
              <w:t>Hay una rebelión final, seguida de resurrección y juicio para quienes sean responsables de la época del Reino.</w:t>
            </w:r>
          </w:p>
        </w:tc>
      </w:tr>
      <w:tr>
        <w:trPr>
          <w:cantSplit/>
        </w:trPr>
        <w:tc>
          <w:tcPr>
            <w:tcW w:type="dxa" w:w="5213"/>
          </w:tcPr>
          <w:p>
            <w:r>
              <w:rPr>
                <w:sz w:val="18"/>
              </w:rPr>
              <w:t>PERFECCIÓN FINAL</w:t>
            </w:r>
          </w:p>
        </w:tc>
        <w:tc>
          <w:tcPr>
            <w:tcW w:type="dxa" w:w="5213"/>
          </w:tcPr>
          <w:p>
            <w:r>
              <w:rPr>
                <w:sz w:val="18"/>
              </w:rPr>
              <w:t>El pecado y la muerte son finalmente eliminados. Cristo entrega el Reino al Padre para que Dios sea «todo en todos».</w:t>
            </w:r>
          </w:p>
        </w:tc>
      </w:tr>
    </w:tbl>
    <w:p>
      <w:pPr>
        <w:spacing w:before="140" w:after="80"/>
      </w:pPr>
      <w:r>
        <w:rPr>
          <w:b/>
          <w:sz w:val="26"/>
        </w:rPr>
        <w:t>¿Qué significa esto para nosotros?</w:t>
      </w:r>
    </w:p>
    <w:p>
      <w:pPr>
        <w:spacing w:after="80"/>
        <w:jc w:val="left"/>
      </w:pPr>
      <w:r>
        <w:rPr>
          <w:sz w:val="21"/>
        </w:rPr>
        <w:t>La Biblia no describe el Reino simplemente para satisfacer nuestra curiosidad. Nos da una esperanza por la cual vivir. Si realmente oramos «Venga tu reino», estamos pidiendo que la voluntad de Dios se haga en la tierra y comprometiéndonos a aprender esa voluntad ahora.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Una respuesta práctica</w:t>
            </w:r>
          </w:p>
          <w:p>
            <w:pPr>
              <w:jc w:val="center"/>
            </w:pPr>
            <w:r>
              <w:rPr>
                <w:i/>
                <w:sz w:val="21"/>
              </w:rPr>
              <w:t>«Lea las Escrituras, crea las promesas de Dios, aprenda el carácter del Rey venidero y procure vivir ahora según la justicia, la paz y la fidelidad que caracterizarán su Reino.»</w:t>
            </w:r>
          </w:p>
        </w:tc>
      </w:tr>
    </w:tbl>
    <w:p>
      <w:pPr>
        <w:spacing w:before="140" w:after="80"/>
      </w:pPr>
      <w:r>
        <w:rPr>
          <w:b/>
          <w:sz w:val="26"/>
        </w:rPr>
        <w:t>RESUMEN</w:t>
      </w:r>
    </w:p>
    <w:p>
      <w:pPr>
        <w:spacing w:after="80"/>
        <w:jc w:val="left"/>
      </w:pPr>
      <w:r>
        <w:rPr>
          <w:sz w:val="21"/>
        </w:rPr>
        <w:t>Lo que ha mostrado esta lección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Cristo será Rey sobre toda la tierra.</w:t>
            </w:r>
          </w:p>
          <w:p>
            <w:pPr>
              <w:spacing w:after="60"/>
            </w:pPr>
            <w:r>
              <w:rPr>
                <w:sz w:val="18"/>
              </w:rPr>
              <w:t>Su gobierno se extenderá desde Jerusalén a todas las naciones, con la ley de Dios saliendo de Sion.</w:t>
            </w:r>
          </w:p>
        </w:tc>
        <w:tc>
          <w:tcPr>
            <w:tcW w:type="dxa" w:w="2606"/>
            <w:vAlign w:val="top"/>
          </w:tcPr>
          <w:p>
            <w:pPr>
              <w:spacing w:after="0"/>
              <w:jc w:val="center"/>
            </w:pPr>
            <w:r>
              <w:rPr>
                <w:b/>
                <w:sz w:val="19"/>
              </w:rPr>
              <w:t>4</w:t>
            </w:r>
          </w:p>
        </w:tc>
        <w:tc>
          <w:tcPr>
            <w:tcW w:type="dxa" w:w="2606"/>
            <w:vAlign w:val="top"/>
          </w:tcPr>
          <w:p>
            <w:pPr>
              <w:spacing w:after="0"/>
            </w:pPr>
            <w:r>
              <w:rPr>
                <w:b/>
                <w:sz w:val="19"/>
              </w:rPr>
              <w:t>Los pueblos mortales compartirán las bendiciones del Reino.</w:t>
            </w:r>
          </w:p>
          <w:p>
            <w:pPr>
              <w:spacing w:after="60"/>
            </w:pPr>
            <w:r>
              <w:rPr>
                <w:sz w:val="18"/>
              </w:rPr>
              <w:t>Israel y las naciones experimentarán seguridad, abundancia, sanidad e instrucción mientras continúa la vida mortal ordinaria.</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La paz descansará sobre la justicia.</w:t>
            </w:r>
          </w:p>
          <w:p>
            <w:pPr>
              <w:spacing w:after="60"/>
            </w:pPr>
            <w:r>
              <w:rPr>
                <w:sz w:val="18"/>
              </w:rPr>
              <w:t>Cristo juzgará con rectitud, enseñará a las naciones y pondrá fin a la guerra y al temor.</w:t>
            </w:r>
          </w:p>
        </w:tc>
        <w:tc>
          <w:tcPr>
            <w:tcW w:type="dxa" w:w="2606"/>
            <w:vAlign w:val="top"/>
          </w:tcPr>
          <w:p>
            <w:pPr>
              <w:spacing w:after="0"/>
              <w:jc w:val="center"/>
            </w:pPr>
            <w:r>
              <w:rPr>
                <w:b/>
                <w:sz w:val="19"/>
              </w:rPr>
              <w:t>5</w:t>
            </w:r>
          </w:p>
        </w:tc>
        <w:tc>
          <w:tcPr>
            <w:tcW w:type="dxa" w:w="2606"/>
            <w:vAlign w:val="top"/>
          </w:tcPr>
          <w:p>
            <w:pPr>
              <w:spacing w:after="0"/>
            </w:pPr>
            <w:r>
              <w:rPr>
                <w:b/>
                <w:sz w:val="19"/>
              </w:rPr>
              <w:t>El Milenio conduce a la perfección final.</w:t>
            </w:r>
          </w:p>
          <w:p>
            <w:pPr>
              <w:spacing w:after="60"/>
            </w:pPr>
            <w:r>
              <w:rPr>
                <w:sz w:val="18"/>
              </w:rPr>
              <w:t>Después de los mil años, el pecado y la muerte serán finalmente eliminados y Dios será «todo en todos».</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Los fieles recibirán inmortalidad.</w:t>
            </w:r>
          </w:p>
          <w:p>
            <w:pPr>
              <w:spacing w:after="60"/>
            </w:pPr>
            <w:r>
              <w:rPr>
                <w:sz w:val="18"/>
              </w:rPr>
              <w:t>Quienes sean aceptados por Cristo compartirán la obra de gobernar y enseñar en el Reino.</w:t>
            </w:r>
          </w:p>
        </w:tc>
        <w:tc>
          <w:tcPr>
            <w:tcW w:type="dxa" w:w="2606"/>
          </w:tcPr>
          <w:p/>
        </w:tc>
        <w:tc>
          <w:tcPr>
            <w:tcW w:type="dxa" w:w="2606"/>
          </w:tcPr>
          <w:p/>
        </w:tc>
      </w:tr>
    </w:tbl>
    <w:p>
      <w:pPr>
        <w:spacing w:before="140" w:after="80"/>
      </w:pPr>
      <w:r>
        <w:rPr>
          <w:b/>
          <w:sz w:val="23"/>
        </w:rPr>
        <w:t>Capítulos para leer</w:t>
      </w:r>
    </w:p>
    <w:p>
      <w:pPr>
        <w:spacing w:after="80"/>
        <w:jc w:val="left"/>
      </w:pPr>
      <w:r>
        <w:rPr>
          <w:sz w:val="21"/>
        </w:rPr>
        <w:t>Salmo 72  •  Miqueas 4:1-7</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APRENDA DE MEMORIA  •  SALMO 22:27-28</w:t>
            </w:r>
          </w:p>
          <w:p>
            <w:pPr>
              <w:jc w:val="center"/>
            </w:pPr>
            <w:r>
              <w:rPr>
                <w:i/>
                <w:sz w:val="21"/>
              </w:rPr>
              <w:t>«Se acordarán y se volverán al SEÑOR todos los confines de la tierra; y todas las familias de las naciones adorarán delante de ti. Porque del SEÑOR es el reino, y él gobierna a las naciones.»</w:t>
            </w:r>
          </w:p>
          <w:p>
            <w:pPr>
              <w:jc w:val="center"/>
            </w:pPr>
            <w:r>
              <w:rPr>
                <w:b/>
                <w:sz w:val="19"/>
              </w:rPr>
              <w:t>Salmo 22:27-28  •  traducción fiel del texto KJV</w:t>
            </w:r>
          </w:p>
        </w:tc>
      </w:tr>
    </w:tbl>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