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  <w:pBdr>
          <w:bottom w:val="single" w:sz="6" w:space="5" w:color="808080"/>
        </w:pBdr>
      </w:pPr>
      <w:r>
        <w:rPr>
          <w:b/>
        </w:rPr>
        <w:t>ለአሕዛብ ሁሉ የጸሎት ቤት</w:t>
      </w:r>
    </w:p>
    <w:p>
      <w:r>
        <w:t>ሰሎሞን በኢየሩሳሌም መቅደሱ በተመረቀበት ጊዜ በእግዚአብሔር መሠዊያ ፊት ቆሞ በመጽሐፍ ቅዱስ ውስጥ ከተመዘገቡት እጅግ አስደናቂ ጸሎቶች አንዱን ጸለየ። በ1 ነገሥት 8 ያሉት ቃላቱ ወደ እግዚአብሔር ተስፋዎች ይመለከታሉ፣ የእስራኤልን የዚያን ጊዜ መንፈሳዊ ፍላጎት ያብራራሉ፣ እንዲሁም ወደ እጅግ ታላቅ ዓላማ ይጠቁማሉ።</w:t>
      </w:r>
    </w:p>
    <w:p>
      <w:r>
        <w:t>መቅደሱ የእስራኤል ብሔራዊ አምልኮ ማዕከል ነበር። ነገር ግን ሰሎሞን የእግዚአብሔር ዓላማ በእስራኤል ብቻ የተወሰነ እንዳልሆነ ተረድቶ ነበር። በጸሎቱ ውስጥ እስራኤላዊ ያልሆነውን እንግዳ ጨምሮ ነበር — የእግዚአብሔርን ስም ሰምቶ እርሱን ለመፈለግ ወደ ኢየሩሳሌም የሚመጣውን።</w:t>
      </w:r>
    </w:p>
    <w:p>
      <w:r>
        <w:t>ይህ መርህ በመጽሐፍ ቅዱስ ሁሉ ይታያል፤ ነቢያትም ኢየሩሳሌም ከአሕዛብ ሁሉ ለሚመጡ ሰዎች የአምልኮ ማዕከል የምትሆንበትን የወደፊት ዘመን ይገልጻሉ።</w:t>
      </w:r>
    </w:p>
    <w:p>
      <w:r>
        <w:t xml:space="preserve">ስለዚህ መቅደሱ ውብ ሕንጻ ብቻ መሆን አልነበረበትም። </w:t>
      </w:r>
      <w:r>
        <w:rPr>
          <w:b/>
        </w:rPr>
        <w:t>ለአሕዛብ ሁሉ የጸሎት ቤት</w:t>
      </w:r>
      <w:r>
        <w:t xml:space="preserve"> መሆን ነበረበት።</w:t>
      </w:r>
    </w:p>
    <w:p>
      <w:pPr>
        <w:pStyle w:val="Heading1"/>
      </w:pPr>
      <w:r>
        <w:t>የሰሎሞን ታላቅ ጸሎት</w:t>
      </w:r>
    </w:p>
    <w:p>
      <w:r>
        <w:t>የመቅደሱ ምረቃ በእስራኤል ታሪክ ውስጥ ታላቅ ምዕራፍ ነበር።</w:t>
      </w:r>
    </w:p>
    <w:p>
      <w:r>
        <w:t>ዳዊት ለእግዚአብሔር ስም ቤት ለመሥራት ፈልጎ ነበር፣ ነገር ግን ይህ ሥራ ለልጁ ሰሎሞን ተሰጠ። መቅደሱ ከተጠናቀቀ በኋላ ሰሎሞን እስራኤልን በኢየሩሳሌም ሰበሰበ፣ በመሠዊያው ፊት ቆመ፣ እጆቹን ወደ ሰማይ ዘርግቶ ጸለየ።</w:t>
      </w:r>
    </w:p>
    <w:p>
      <w:r>
        <w:t>ጸሎቱ የሰውን ድካምና የእግዚአብሔርን ምሕረት በጥልቅ እንደተረዳ ያሳያል።</w:t>
      </w:r>
    </w:p>
    <w:p>
      <w:r>
        <w:t>ሰሎሞን እስራኤል እንደሚበድል ያውቅ ነበር።</w:t>
      </w:r>
    </w:p>
    <w:p>
      <w:r>
        <w:t>መቅደሱ መኖሩ ብቻ ብሔሩን ታማኝ እንደሚያደርገው አልጸለየም። ይልቁንም የእስራኤል አለመታዘዝ የእግዚአብሔርን ፍርድ የሚያመጣባቸውን ሁኔታዎች አስቀድሞ አየ።</w:t>
      </w:r>
    </w:p>
    <w:p>
      <w:r>
        <w:t>ስለ ጠላት ፊት ሽንፈት፣ ድርቅ፣ ራብ፣ ቸነፈር፣ የሰብል ጥፋት፣ በሽታ እና በመጨረሻ ምርኮ ተናገረ።</w:t>
      </w:r>
    </w:p>
    <w:p>
      <w:r>
        <w:t>ነገር ግን በተደጋጋሚ የመመለሻ መንገድ ነበር።</w:t>
      </w:r>
    </w:p>
    <w:p>
      <w:r>
        <w:t>ሕዝቡ ኃጢአቱን ማወቅ፣ ወደ እግዚአብሔር መመለስ እና መጸለይ ነበረበት።</w:t>
      </w:r>
    </w:p>
    <w:p>
      <w:pPr>
        <w:pStyle w:val="Quote"/>
      </w:pPr>
      <w:r>
        <w:t>«አንተም በሰማይ ሆነህ ስማ፣ የባሪያዎችህንና የሕዝብህን የእስራኤልን ኃጢአት ይቅር በል...»</w:t>
      </w:r>
    </w:p>
    <w:p>
      <w:pPr>
        <w:pStyle w:val="Quote"/>
      </w:pPr>
      <w:r>
        <w:t>— 1 ነገሥት 8:36</w:t>
      </w:r>
    </w:p>
    <w:p>
      <w:r>
        <w:t>ቅደም ተከተሉ ግልጽ ነው፦</w:t>
      </w:r>
    </w:p>
    <w:p>
      <w:r/>
      <w:r>
        <w:rPr>
          <w:b/>
        </w:rPr>
        <w:t>ኃጢአት — ፍርድ — ማወቅ — ንስሐ — ጸሎት — ይቅርታ — መመለስ።</w:t>
      </w:r>
      <w:r/>
    </w:p>
    <w:p>
      <w:r>
        <w:t>ይህ ሂደት በእስራኤል ታሪክ ውስጥ ብዙ ጊዜ ተደግሟል።</w:t>
      </w:r>
    </w:p>
    <w:p>
      <w:pPr>
        <w:pStyle w:val="Heading1"/>
      </w:pPr>
      <w:r>
        <w:t>እስራኤል በተሸነፈ ጊዜ</w:t>
      </w:r>
    </w:p>
    <w:p>
      <w:r>
        <w:t>ሰሎሞን እንዲህ ጸለየ፦</w:t>
      </w:r>
    </w:p>
    <w:p>
      <w:pPr>
        <w:pStyle w:val="Quote"/>
      </w:pPr>
      <w:r>
        <w:t>«ሕዝብህ እስራኤል አንተን ስለበደለ በጠላት ፊት ቢሸነፍ፣ ወደ አንተም ቢመለስ፣ ስምህን ቢያመሰግን፣ በዚህም ቤት ቢጸልይና ቢለምንህ፤ በሰማይ ሆነህ ስማ፣ የሕዝብህን የእስራኤልን ኃጢአት ይቅር በል...»</w:t>
      </w:r>
    </w:p>
    <w:p>
      <w:pPr>
        <w:pStyle w:val="Quote"/>
      </w:pPr>
      <w:r>
        <w:t>— 1 ነገሥት 8:33-34</w:t>
      </w:r>
    </w:p>
    <w:p>
      <w:r>
        <w:t>የእስራኤል ወታደራዊ ኃይል የመጨረሻው የደህንነት ምንጭ እንዲሆን አልታሰበም።</w:t>
      </w:r>
    </w:p>
    <w:p>
      <w:r>
        <w:t>ደህንነቱ በእግዚአብሔር ጋር ባለው ግንኙነት ላይ ይመሠረት ነበር።</w:t>
      </w:r>
    </w:p>
    <w:p>
      <w:r>
        <w:t>ሕዝቡ እግዚአብሔርን ሲታመን እና ሲታዘዝ ከእነርሱ እጅግ የበረቱ ጠላቶች ሊያድናቸው ይችል ነበር። እርሱን ሲተዉ ግን የሚያስደስቱ የሚመስሉ ሁኔታዎች እንኳ በሽንፈት ሊያበቁ ይችሉ ነበር።</w:t>
      </w:r>
    </w:p>
    <w:p>
      <w:r>
        <w:t>አንድ ታላቅ ምሳሌ በኢዮሳፋጥ ዘመን ተከሰተ።</w:t>
      </w:r>
    </w:p>
    <w:p>
      <w:r>
        <w:t>ብዙ ሠራዊት በይሁዳ ላይ መጣ። በሰው አሳብ ሁኔታው ተስፋ የለሽ ይመስል ነበር። ኢዮሳፋጥ ሕዝቡን ሰብስቦ እግዚአብሔርን ፈለገ።</w:t>
      </w:r>
    </w:p>
    <w:p>
      <w:r>
        <w:t>ጸሎቱ የሰሎሞንንና የመቅደሱን መርሆች በግልጽ አስታወሰ፦</w:t>
      </w:r>
    </w:p>
    <w:p>
      <w:pPr>
        <w:pStyle w:val="Quote"/>
      </w:pPr>
      <w:r>
        <w:t>«ክፉ ነገር፣ ሰይፍ፣ ፍርድ፣ ቸነፈር ወይም ራብ ቢመጣብን፣ በዚህ ቤት ፊትና በአንተ ፊት ቆመን... በመከራችን ወደ አንተ ብንጮኽ፣ አንተ ትሰማለህ ታድነናለህ።»</w:t>
      </w:r>
    </w:p>
    <w:p>
      <w:pPr>
        <w:pStyle w:val="Quote"/>
      </w:pPr>
      <w:r>
        <w:t>— 2 ዜና መዋዕል 20:9</w:t>
      </w:r>
    </w:p>
    <w:p>
      <w:r>
        <w:t>ኢዮሳፋጥ የይሁዳን ድካም በግልጽ አመነ፦</w:t>
      </w:r>
    </w:p>
    <w:p>
      <w:pPr>
        <w:pStyle w:val="Quote"/>
      </w:pPr>
      <w:r>
        <w:t>«በእኛ ላይ በሚመጣው በዚህ ታላቅ ሕዝብ ፊት ኃይል የለንም፤ የምናደርገውንም አናውቅም፤ ዓይኖቻችን ግን ወደ አንተ ናቸው።»</w:t>
      </w:r>
    </w:p>
    <w:p>
      <w:pPr>
        <w:pStyle w:val="Quote"/>
      </w:pPr>
      <w:r>
        <w:t>— 2 ዜና መዋዕል 20:12</w:t>
      </w:r>
    </w:p>
    <w:p>
      <w:r>
        <w:t>ይህ በመጽሐፍ ቅዱስ ካሉት ታላላቅ የእምነት መግለጫዎች አንዱ ነው።</w:t>
      </w:r>
    </w:p>
    <w:p>
      <w:r>
        <w:t>ችግራቸውን ለመፍታት ወታደራዊ ኃይል አልነበራቸውም፣ ነገር ግን ወዴት መመልከት እንዳለባቸው ያውቁ ነበር።</w:t>
      </w:r>
    </w:p>
    <w:p>
      <w:r>
        <w:t>እግዚአብሔር ይሁዳን አዳነ።</w:t>
      </w:r>
    </w:p>
    <w:p>
      <w:r>
        <w:t>ዘማሪዎቹ እግዚአብሔርን እያመሰገኑ ከሠራዊቱ በፊት ሄዱ፣ እግዚአብሔርም ጠላቶቻቸው እርስ በርሳቸው እንዲጠፉ አደረገ።</w:t>
      </w:r>
    </w:p>
    <w:p>
      <w:r>
        <w:t>የሰሎሞን ጸሎት ሕንጻ ሲከፈት የተነገረ የሥነ ሥርዓት ንግግር ብቻ አልነበረም። መርሆቹ የእስራኤል ከእግዚአብሔር ጋር ያለው ሕያው ግንኙነት ክፍል ሆኑ።</w:t>
      </w:r>
    </w:p>
    <w:p>
      <w:pPr>
        <w:pStyle w:val="Heading1"/>
      </w:pPr>
      <w:r>
        <w:t>ሰማይ በተዘጋ ጊዜ</w:t>
      </w:r>
    </w:p>
    <w:p>
      <w:r>
        <w:t>ሰሎሞን ድርቅንም ጠቅሶ ነበር፦</w:t>
      </w:r>
    </w:p>
    <w:p>
      <w:pPr>
        <w:pStyle w:val="Quote"/>
      </w:pPr>
      <w:r>
        <w:t>«አንተን ስለበደሉ ሰማይ ቢዘጋ ዝናብም ባይዘንብ፣ ወደዚህ ስፍራ ቢጸልዩ፣ ስምህን ቢያመሰግኑ ከኃጢአታቸውም ቢመለሱ... በሰማይ ሆነህ ስማ...»</w:t>
      </w:r>
    </w:p>
    <w:p>
      <w:pPr>
        <w:pStyle w:val="Quote"/>
      </w:pPr>
      <w:r>
        <w:t>— 1 ነገሥት 8:35-36</w:t>
      </w:r>
    </w:p>
    <w:p>
      <w:r>
        <w:t>ዝናብ ለምድሪቱ ሕይወት አስፈላጊ ነበር።</w:t>
      </w:r>
    </w:p>
    <w:p>
      <w:r>
        <w:t>እስራኤል በወቅታዊ ዝናብ ላይ መመካቱ ብልጽግና በመጨረሻ ከእግዚአብሔር እንደሚመጣ ሁልጊዜ ያስታውሰው ነበር።</w:t>
      </w:r>
    </w:p>
    <w:p>
      <w:r>
        <w:t>ይህ መርህ በኋላ በሚልክያስ ይታያል።</w:t>
      </w:r>
    </w:p>
    <w:p>
      <w:r>
        <w:t>ሕዝቡ መንፈሳዊ ግዴለሽ ሆኖ ነበር። ከሌሎች ነገሮች ጋር በአሥራትና በመባ ላይ ያለባቸውን ኃላፊነት አልፈጸሙም። እግዚአብሔር በታማኝነት ወደ እርሱ እንዲመለሱ ጠራቸው፦</w:t>
      </w:r>
    </w:p>
    <w:p>
      <w:pPr>
        <w:pStyle w:val="Quote"/>
      </w:pPr>
      <w:r>
        <w:t>«አሥራቱን ሁሉ ወደ ጎተራ አምጡ... የሰማይን መስኮቶች እንደማልከፍትላችሁ በዚህ ፈትኑኝ፣ ይላል የሠራዊት ጌታ።»</w:t>
      </w:r>
    </w:p>
    <w:p>
      <w:pPr>
        <w:pStyle w:val="Quote"/>
      </w:pPr>
      <w:r>
        <w:t>— ሚልክያስ 3:10</w:t>
      </w:r>
    </w:p>
    <w:p>
      <w:r>
        <w:t>ቁሳዊ በረከት መንፈሳዊ ታማኝነትን ሊተካ አይችልም። የእግዚአብሔር አቅርቦት እስራኤልን በእርሱ ላይ እንዲደገፍ ለማስተማር ነበር።</w:t>
      </w:r>
    </w:p>
    <w:p>
      <w:r>
        <w:t>ዝናብ፣ መከርና ብልጽግና የኢኮኖሚ ጉዳይ ብቻ አልነበሩም። ከብሔሩ ከእግዚአብሔር ጋር ካለው የቃል ኪዳን ግንኙነት ጋር የተያያዙ ነበሩ።</w:t>
      </w:r>
    </w:p>
    <w:p>
      <w:r>
        <w:t>ይህ ትምህርት ወደ ነቢያት ስንመለከት እጅግ አስፈላጊ ይሆናል፣ ምክንያቱም ተመሳሳይ መርሆች በሚመጣው የእግዚአብሔር መንግሥት ውስጥ በአሕዛብ መካከል ይሰራሉ።</w:t>
      </w:r>
    </w:p>
    <w:p>
      <w:pPr>
        <w:pStyle w:val="Heading1"/>
      </w:pPr>
      <w:r>
        <w:t>ራብ፣ ቸነፈር እና የብሔር መከራ</w:t>
      </w:r>
    </w:p>
    <w:p>
      <w:r>
        <w:t>ሰሎሞን ቀጠለ፦</w:t>
      </w:r>
    </w:p>
    <w:p>
      <w:pPr>
        <w:pStyle w:val="Quote"/>
      </w:pPr>
      <w:r>
        <w:t>«በምድር ራብ ቢሆን፣ ቸነፈር ቢሆን፣ እርሻ ቢበላሽ፣ አንበጣ ቢመጣ... ጠላታቸው ቢከብባቸው... ማንኛውም መቅሰፍት ወይም በሽታ ቢሆን...»</w:t>
      </w:r>
    </w:p>
    <w:p>
      <w:pPr>
        <w:pStyle w:val="Quote"/>
      </w:pPr>
      <w:r>
        <w:t>— 1 ነገሥት 8:37</w:t>
      </w:r>
    </w:p>
    <w:p>
      <w:r>
        <w:t>ዝርዝሩ አስደናቂ ነው።</w:t>
      </w:r>
    </w:p>
    <w:p>
      <w:r>
        <w:t>ሰሎሞን ብሔራዊ አደጋ በብዙ መልክ ሊመጣ እንደሚችል አውቆ ነበር። ነገር ግን መከራው ምንም ቢሆን ዋናው ጥያቄ አንድ ነበር፦ ሕዝቡ መንፈሳዊውን ትምህርት ተረድቶ ወደ እግዚአብሔር ይመለስ ይሆን?</w:t>
      </w:r>
    </w:p>
    <w:p>
      <w:r>
        <w:t>አንድ ሰው «የልቡን መቅሰፍት» ሲያውቅ እጁን ወደ መቅደሱ ሲዘረጋ እግዚአብሔር እንዲሰማው ጸለየ።</w:t>
      </w:r>
    </w:p>
    <w:p>
      <w:r>
        <w:t>ይህ ከውጭ ሁኔታዎች በላይ ያስተምረናል።</w:t>
      </w:r>
    </w:p>
    <w:p>
      <w:r>
        <w:t>ትልቁ ችግር ራብ አልነበረም።</w:t>
      </w:r>
    </w:p>
    <w:p>
      <w:r>
        <w:t>ጠላት ሠራዊት አልነበረም።</w:t>
      </w:r>
    </w:p>
    <w:p>
      <w:r>
        <w:t>በሽታውም እንኳ አልነበረም።</w:t>
      </w:r>
    </w:p>
    <w:p>
      <w:r>
        <w:t>ትልቁ ችግር የሰው ልብ ነበር።</w:t>
      </w:r>
    </w:p>
    <w:p>
      <w:r>
        <w:t>ውጫዊ ፍርዶች ሰዎችን ወደ እጅግ ከባድ ችግር — ከእግዚአብሔር መራቅ — እንዲነቁ የታሰቡ ነበሩ።</w:t>
      </w:r>
    </w:p>
    <w:p>
      <w:r>
        <w:t>ይህ አሁንም አስፈላጊ የመጽሐፍ ቅዱስ መርህ ነው።</w:t>
      </w:r>
    </w:p>
    <w:p>
      <w:r>
        <w:t>እውነተኛ ንስሐ እግዚአብሔር የሚያሳዝኑ ውጤቶችን ብቻ እንዲያስወግድ መጠየቅ አይደለም። በውስጣችን ያለውን ክፉ ማወቅ እና ወደ እርሱ መመለስ ነው።</w:t>
      </w:r>
    </w:p>
    <w:p>
      <w:pPr>
        <w:pStyle w:val="Heading1"/>
      </w:pPr>
      <w:r>
        <w:t>ከምርኮ የተነሳ ጸሎት</w:t>
      </w:r>
    </w:p>
    <w:p>
      <w:r>
        <w:t>የሰሎሞን ጸሎት በመጨረሻ የእስራኤል ታላቅ ብሔራዊ አደጋ ወደሆነው ምርኮ ይደርሳል።</w:t>
      </w:r>
    </w:p>
    <w:p>
      <w:r>
        <w:t>ቀጣይ ዓመፅ ሕዝቡን ከምድራቸው እንዲወጡ ሊያደርግ እንደሚችል ያውቅ ነበር፦</w:t>
      </w:r>
    </w:p>
    <w:p>
      <w:pPr>
        <w:pStyle w:val="Quote"/>
      </w:pPr>
      <w:r>
        <w:t>«አንተን ቢበድሉ፣ የማይበድል ሰው የለምና፣ ብትቆጣባቸው ለጠላትም ብትሰጣቸው...»</w:t>
      </w:r>
    </w:p>
    <w:p>
      <w:pPr>
        <w:pStyle w:val="Quote"/>
      </w:pPr>
      <w:r>
        <w:t>— 1 ነገሥት 8:46</w:t>
      </w:r>
    </w:p>
    <w:p>
      <w:r>
        <w:t>ነገር ግን ምርኮ እንኳ ከእግዚአብሔር ምሕረት ውጭ አያደርጋቸውም።</w:t>
      </w:r>
    </w:p>
    <w:p>
      <w:r>
        <w:t>መንገዳቸውን ቢመረምሩ፣ ንስሐ ቢገቡ፣ ኃጢአታቸውን ቢናዘዙ እና ወደ ኢየሩሳሌም ቢጸልዩ፣ ሰሎሞን እግዚአብሔር እንዲሰማቸው ጠየቀ።</w:t>
      </w:r>
    </w:p>
    <w:p>
      <w:r>
        <w:t>ከብዙ ዘመናት በኋላ ዳንኤል ይህንኑ አደረገ።</w:t>
      </w:r>
    </w:p>
    <w:p>
      <w:r>
        <w:t>ዳንኤል ከኢየሩሳሌም ርቆ በባቢሎን ይኖር ነበር። ነገር ግን፦</w:t>
      </w:r>
    </w:p>
    <w:p>
      <w:pPr>
        <w:pStyle w:val="Quote"/>
      </w:pPr>
      <w:r>
        <w:t>«በቀን ሦስት ጊዜ ተንበርክኮ ይጸልይ ነበር፣ በአምላኩ ፊትም ያመሰግን ነበር...»</w:t>
      </w:r>
    </w:p>
    <w:p>
      <w:pPr>
        <w:pStyle w:val="Quote"/>
      </w:pPr>
      <w:r>
        <w:t>— ዳንኤል 6:10</w:t>
      </w:r>
    </w:p>
    <w:p>
      <w:r>
        <w:t xml:space="preserve">በተለይም መስኮቶቹ </w:t>
      </w:r>
      <w:r>
        <w:rPr>
          <w:b/>
        </w:rPr>
        <w:t>ወደ ኢየሩሳሌም</w:t>
      </w:r>
      <w:r>
        <w:t xml:space="preserve"> ተከፍተው ነበር።</w:t>
      </w:r>
    </w:p>
    <w:p>
      <w:r>
        <w:t>ዳንኤል የሰሎሞንን ጸሎት ተረድቶ ነበር።</w:t>
      </w:r>
    </w:p>
    <w:p>
      <w:r>
        <w:t>በዳንኤል 9 ደግሞ የኢየሩሳሌም መፍረስ ጋር የተያያዘው ሰባ ዓመት ሊፈጸም እንደቀረበ ከኤርምያስ ትንቢት ተረድቶ፣ በመጽሐፍ ቅዱስ ካሉት ታላላቅ የንስሐ ጸሎቶች አንዱን ጸለየ።</w:t>
      </w:r>
    </w:p>
    <w:p>
      <w:r>
        <w:t>ራሱን ከሕዝቡ አልለየም፣ ስለ *እነርሱ* ስህተት ብቻም አልተናገረም።</w:t>
      </w:r>
    </w:p>
    <w:p>
      <w:r>
        <w:t>እንዲህ አለ፦</w:t>
      </w:r>
    </w:p>
    <w:p>
      <w:pPr>
        <w:pStyle w:val="Quote"/>
      </w:pPr>
      <w:r>
        <w:t>«ኃጢአት ሠራን፣ በደልን፣ ክፉ አደረግን፣ ዓመፅም አደረግን...»</w:t>
      </w:r>
    </w:p>
    <w:p>
      <w:pPr>
        <w:pStyle w:val="Quote"/>
      </w:pPr>
      <w:r>
        <w:t>— ዳንኤል 9:5</w:t>
      </w:r>
    </w:p>
    <w:p>
      <w:r>
        <w:t>ዳንኤል በእስራኤል ጽድቅ ላይ ሳይሆን በእግዚአብሔር ምሕረት ላይ ተማመነ።</w:t>
      </w:r>
    </w:p>
    <w:p>
      <w:r>
        <w:t>እግዚአብሔርም ሕዝቡን መለሰ።</w:t>
      </w:r>
    </w:p>
    <w:p>
      <w:r>
        <w:t>ባቢሎን ወደቀች። የፋርስ ቂሮስ አይሁድ እንዲመለሱ የሚፈቅድ አዋጅ አወጣ፣ ኢየሩሳሌምና መቅደሱም እንደገና ተሠሩ።</w:t>
      </w:r>
    </w:p>
    <w:p>
      <w:r>
        <w:t>እንደገና የሰሎሞን ጸሎት መርሆች በታሪክ ተገለጡ።</w:t>
      </w:r>
    </w:p>
    <w:p>
      <w:pPr>
        <w:pStyle w:val="Heading1"/>
      </w:pPr>
      <w:r>
        <w:t>ነገር ግን ሰሎሞን ለእስራኤል ብቻ አልጸለየም</w:t>
      </w:r>
    </w:p>
    <w:p>
      <w:r>
        <w:t>1 ነገሥት 8ን ስለ እስራኤል ብቻ እንደሚናገር ጸሎት ማንበብ ቀላል ነው።</w:t>
      </w:r>
    </w:p>
    <w:p>
      <w:r>
        <w:t>ነገር ግን ሰሎሞን በድንገት አድማሱን ያስፋፋል፦</w:t>
      </w:r>
    </w:p>
    <w:p>
      <w:pPr>
        <w:pStyle w:val="Quote"/>
      </w:pPr>
      <w:r>
        <w:t>«ከሕዝብህ ከእስራኤል ያልሆነው እንግዳ ስለ ስምህ ከሩቅ አገር ቢመጣ...»</w:t>
      </w:r>
    </w:p>
    <w:p>
      <w:pPr>
        <w:pStyle w:val="Quote"/>
      </w:pPr>
      <w:r>
        <w:t>— 1 ነገሥት 8:41</w:t>
      </w:r>
    </w:p>
    <w:p>
      <w:r>
        <w:t>እዚህ እንግዳ አለ።</w:t>
      </w:r>
    </w:p>
    <w:p>
      <w:r>
        <w:t>ከእስራኤል የተፈጥሮ ዘር አይደለም።</w:t>
      </w:r>
    </w:p>
    <w:p>
      <w:r>
        <w:t>ነገር ግን ስለ እስራኤል አምላክ ሰምቷል።</w:t>
      </w:r>
    </w:p>
    <w:p>
      <w:r>
        <w:t>ሰሎሞን ይቀጥላል፦</w:t>
      </w:r>
    </w:p>
    <w:p>
      <w:pPr>
        <w:pStyle w:val="Quote"/>
      </w:pPr>
      <w:r>
        <w:t>«መጥቶ ወደዚህ ቤት ቢጸልይ፣ አንተ በሰማይ በማደሪያህ ሆነህ ስማ፣ እንግዳውም የሚጠይቅህን ሁሉ አድርግለት...»</w:t>
      </w:r>
    </w:p>
    <w:p>
      <w:pPr>
        <w:pStyle w:val="Quote"/>
      </w:pPr>
      <w:r>
        <w:t>— 1 ነገሥት 8:42-43</w:t>
      </w:r>
    </w:p>
    <w:p>
      <w:r>
        <w:t>ለምን?</w:t>
      </w:r>
    </w:p>
    <w:p>
      <w:r>
        <w:t>ሰሎሞን ምክንያቱን ይናገራል፦</w:t>
      </w:r>
    </w:p>
    <w:p>
      <w:pPr>
        <w:pStyle w:val="Quote"/>
      </w:pPr>
      <w:r>
        <w:t>«የምድር ሕዝቦች ሁሉ ስምህን እንዲያውቁ፣ እንደ ሕዝብህ እስራኤልም እንዲፈሩህ።»</w:t>
      </w:r>
    </w:p>
    <w:p>
      <w:r>
        <w:t>ይህ ዐረፍተ ነገር እጅግ ታላቅ የእግዚአብሔር ዓላማ ያሳያል።</w:t>
      </w:r>
    </w:p>
    <w:p>
      <w:r>
        <w:t>እስራኤል ለአንድ ዓላማ ተጠርቶ ነበር፣ ነገር ግን የእግዚአብሔር ዓላማ በመጨረሻ የዓለም ሁሉ ነበር።</w:t>
      </w:r>
    </w:p>
    <w:p>
      <w:r>
        <w:t>የኢየሩሳሌም መቅደስ የእግዚአብሔር እውቀትና አምልኮ ከአንድ ብሔር በላይ የሚዘረጋበትን ዘመን ይጠቁም ነበር።</w:t>
      </w:r>
    </w:p>
    <w:p>
      <w:pPr>
        <w:pStyle w:val="Heading1"/>
      </w:pPr>
      <w:r>
        <w:t>የኢሳይያስ የጸሎት ቤት</w:t>
      </w:r>
    </w:p>
    <w:p>
      <w:r>
        <w:t>ነቢዩ ኢሳይያስ ይህን መርህ ያበረታታል።</w:t>
      </w:r>
    </w:p>
    <w:p>
      <w:r>
        <w:t>ከእግዚአብሔር ጋር ስለሚጣበቁ እንግዶች ይናገራል፦</w:t>
      </w:r>
    </w:p>
    <w:p>
      <w:pPr>
        <w:pStyle w:val="Quote"/>
      </w:pPr>
      <w:r>
        <w:t>«እግዚአብሔርን ለማገልገልና ስሙን ለመውደድ የሚጣበቁ የእንግዶች ልጆችን... ወደ ቅዱስ ተራራዬ አመጣቸዋለሁ፣ በጸሎት ቤቴም ደስ አሰኛቸዋለሁ...»</w:t>
      </w:r>
    </w:p>
    <w:p>
      <w:pPr>
        <w:pStyle w:val="Quote"/>
      </w:pPr>
      <w:r>
        <w:t>— ኢሳይያስ 56:6-7</w:t>
      </w:r>
    </w:p>
    <w:p>
      <w:r>
        <w:t>ከዚያም የታወቀው መግለጫ ይመጣል፦</w:t>
      </w:r>
    </w:p>
    <w:p>
      <w:pPr>
        <w:pStyle w:val="Quote"/>
      </w:pPr>
      <w:r>
        <w:t>«ቤቴ ለሕዝቦች ሁሉ የጸሎት ቤት ይባላልና።»</w:t>
      </w:r>
    </w:p>
    <w:p>
      <w:pPr>
        <w:pStyle w:val="Quote"/>
      </w:pPr>
      <w:r>
        <w:t>— ኢሳይያስ 56:7</w:t>
      </w:r>
    </w:p>
    <w:p>
      <w:r>
        <w:t>ይህ እንግዶችን መቻል ብቻ አይደለም።</w:t>
      </w:r>
    </w:p>
    <w:p>
      <w:r>
        <w:t>እግዚአብሔር ከአሕዛብ ሰዎችን ለአምልኮ ለመሰብሰብ ያለውን ዓላማ ይገልጻል።</w:t>
      </w:r>
    </w:p>
    <w:p>
      <w:r>
        <w:t>የእስራኤል አምላክ የአንድ ዘር አምላክ አይደለም።</w:t>
      </w:r>
    </w:p>
    <w:p>
      <w:r>
        <w:t>እርሱ የሰማይና የምድር ፈጣሪ ነው፣ ዓላማውም የሰው ልጆችን ሁሉ ይመለከታል።</w:t>
      </w:r>
    </w:p>
    <w:p>
      <w:r>
        <w:t>የእስራኤል ጥሪ በመጨረሻ ለአሕዛብ በረከት ለማምጣት ነበር።</w:t>
      </w:r>
    </w:p>
    <w:p>
      <w:r>
        <w:t>ይህ ወደ አብርሃም የተሰጠውን ተስፋ ያስታውሰናል፦</w:t>
      </w:r>
    </w:p>
    <w:p>
      <w:pPr>
        <w:pStyle w:val="Quote"/>
      </w:pPr>
      <w:r>
        <w:t>«በዘርህም የምድር አሕዛብ ሁሉ ይባረካሉ።»</w:t>
      </w:r>
    </w:p>
    <w:p>
      <w:pPr>
        <w:pStyle w:val="Quote"/>
      </w:pPr>
      <w:r>
        <w:t>— ዘፍጥረት 22:18</w:t>
      </w:r>
    </w:p>
    <w:p>
      <w:r>
        <w:t>ኢሳይያስ የገለጸው ዓለም አቀፍ አምልኮ የዚህ ተስፋ ፍጻሜ ክፍል ነው።</w:t>
      </w:r>
    </w:p>
    <w:p>
      <w:pPr>
        <w:pStyle w:val="Heading1"/>
      </w:pPr>
      <w:r>
        <w:t>አሕዛብ ወደ ኢየሩሳሌም ይወጣሉ</w:t>
      </w:r>
    </w:p>
    <w:p>
      <w:r>
        <w:t>ዘካርያስ ይህን ዓለም አቀፍ ዓላማ በሚገርም ዝርዝር ይገልጻል።</w:t>
      </w:r>
    </w:p>
    <w:p>
      <w:r>
        <w:t>በዘካርያስ 8 ሰዎች እርስ በርሳቸው እግዚአብሔርን እንዲፈልጉ የሚያበረታቱበትን የወደፊት ዘመን እናነባለን፦</w:t>
      </w:r>
    </w:p>
    <w:p>
      <w:pPr>
        <w:pStyle w:val="Quote"/>
      </w:pPr>
      <w:r>
        <w:t>«የአንዲቱ ከተማ ነዋሪዎች ወደ ሌላይቱ ይሄዳሉ እንዲህም ይላሉ፦ ኑ፣ በእግዚአብሔር ፊት ለመጸለይ እና የሠራዊትን ጌታ ለመፈለግ እንሂድ...»</w:t>
      </w:r>
    </w:p>
    <w:p>
      <w:pPr>
        <w:pStyle w:val="Quote"/>
      </w:pPr>
      <w:r>
        <w:t>— ዘካርያስ 8:21</w:t>
      </w:r>
    </w:p>
    <w:p>
      <w:r>
        <w:t>ነቢዩ ይቀጥላል፦</w:t>
      </w:r>
    </w:p>
    <w:p>
      <w:pPr>
        <w:pStyle w:val="Quote"/>
      </w:pPr>
      <w:r>
        <w:t>«ብዙ ሕዝቦችና ኃያላን አሕዛብ የሠራዊትን ጌታ በኢየሩሳሌም ለመፈለግ እና በእግዚአብሔር ፊት ለመጸለይ ይመጣሉ።»</w:t>
      </w:r>
    </w:p>
    <w:p>
      <w:pPr>
        <w:pStyle w:val="Quote"/>
      </w:pPr>
      <w:r>
        <w:t>— ዘካርያስ 8:22</w:t>
      </w:r>
    </w:p>
    <w:p>
      <w:r>
        <w:t>የሰው ማኅበረሰብ አቅጣጫ እጅግ ይቀየራል።</w:t>
      </w:r>
    </w:p>
    <w:p>
      <w:r>
        <w:t>ዛሬ አሕዛብ ስለ መሬት፣ ሀብት፣ ተጽዕኖ እና ሥልጣን ይወዳደራሉ።</w:t>
      </w:r>
    </w:p>
    <w:p>
      <w:r>
        <w:t>ዘካርያስ ግን ከእነዚህ እጅግ የሚበልጥ ነገር — እግዚአብሔርን ማወቅ — የሚፈልጉ አሕዛብን ይገልጻል።</w:t>
      </w:r>
    </w:p>
    <w:p>
      <w:r>
        <w:t>ሰዎች እርስ በርሳቸው ይላሉ፦</w:t>
      </w:r>
    </w:p>
    <w:p>
      <w:r/>
      <w:r>
        <w:rPr>
          <w:b/>
        </w:rPr>
        <w:t>«ኑ... እግዚአብሔርን እንፈልግ።»</w:t>
      </w:r>
      <w:r/>
    </w:p>
    <w:p>
      <w:r>
        <w:t>ኢየሩሳሌም የዓለም መንፈሳዊ ማዕከል ትሆናለች።</w:t>
      </w:r>
    </w:p>
    <w:p>
      <w:pPr>
        <w:pStyle w:val="Heading1"/>
      </w:pPr>
      <w:r>
        <w:t>«ከእናንተ ጋር እንሄዳለን»</w:t>
      </w:r>
    </w:p>
    <w:p>
      <w:r>
        <w:t>ዘካርያስ ሌላ አስደናቂ ምስል ያክላል፦</w:t>
      </w:r>
    </w:p>
    <w:p>
      <w:pPr>
        <w:pStyle w:val="Quote"/>
      </w:pPr>
      <w:r>
        <w:t>«በእነዚያ ቀኖች ከአሕዛብ ቋንቋዎች ሁሉ አሥር ሰዎች... እንዲህ ይላሉ፦ እግዚአብሔር ከእናንተ ጋር እንዳለ ሰምተናልና ከእናንተ ጋር እንሄዳለን።»</w:t>
      </w:r>
    </w:p>
    <w:p>
      <w:pPr>
        <w:pStyle w:val="Quote"/>
      </w:pPr>
      <w:r>
        <w:t>— ዘካርያስ 8:23</w:t>
      </w:r>
    </w:p>
    <w:p>
      <w:r>
        <w:t>የእስራኤል ታሪክ ረጅም የመከራ፣ የመበተንና የጠላትነት ዘመናትን አካትቷል።</w:t>
      </w:r>
    </w:p>
    <w:p>
      <w:r>
        <w:t>ትንቢቱ ግን ታላቅ ለውጥ ይገልጻል።</w:t>
      </w:r>
    </w:p>
    <w:p>
      <w:r>
        <w:t>አሕዛብ የእግዚአብሔር ዓላማ ከእስራኤል ሕዝብና ከተሰጣቸው ተስፋዎች ጋር እንደተያያዘ ይገነዘባሉ።</w:t>
      </w:r>
    </w:p>
    <w:p>
      <w:r>
        <w:t>በጠላትነት ፈንታ የመማር ፍላጎት ይሆናል።</w:t>
      </w:r>
    </w:p>
    <w:p>
      <w:r>
        <w:t>«ከእናንተ ጋር እንሄዳለን።»</w:t>
      </w:r>
    </w:p>
    <w:p>
      <w:r>
        <w:t>ለምን?</w:t>
      </w:r>
    </w:p>
    <w:p>
      <w:r>
        <w:t>«እግዚአብሔር ከእናንተ ጋር እንዳለ ሰምተናልና።»</w:t>
      </w:r>
    </w:p>
    <w:p>
      <w:pPr>
        <w:pStyle w:val="Heading1"/>
      </w:pPr>
      <w:r>
        <w:t>ንጉሡ በኢየሩሳሌም</w:t>
      </w:r>
    </w:p>
    <w:p>
      <w:r>
        <w:t>ዘካርያስ 14 ምስሉን ይበልጥ ያስፋፋል።</w:t>
      </w:r>
    </w:p>
    <w:p>
      <w:r>
        <w:t>ምዕራፉ እግዚአብሔር በዓለም ጉዳዮች ላይ እንደሚገባ ይገልጻል፣ ከዚያም እንዲህ ይላል፦</w:t>
      </w:r>
    </w:p>
    <w:p>
      <w:pPr>
        <w:pStyle w:val="Quote"/>
      </w:pPr>
      <w:r>
        <w:t>«እግዚአብሔርም በምድር ሁሉ ላይ ንጉሥ ይሆናል፤ በዚያ ቀን እግዚአብሔር አንድ ይሆናል፣ ስሙም አንድ።»</w:t>
      </w:r>
    </w:p>
    <w:p>
      <w:pPr>
        <w:pStyle w:val="Quote"/>
      </w:pPr>
      <w:r>
        <w:t>— ዘካርያስ 14:9</w:t>
      </w:r>
    </w:p>
    <w:p>
      <w:r>
        <w:t>የእግዚአብሔር መንግሥት እውነተኛ ዓለም አቀፍ መንግሥት ይሆናል።</w:t>
      </w:r>
    </w:p>
    <w:p>
      <w:r>
        <w:t>ኢየሱስ ክርስቶስ እግዚአብሔር የሾመው ንጉሥ ሆኖ ይነግሣል።</w:t>
      </w:r>
    </w:p>
    <w:p>
      <w:r>
        <w:t>ከዚህ መንግሥት መቋቋም ጋር ከተያያዙት ፍርዶች የሚተርፉ አሕዛብ ወደ ኢየሩሳሌም ይወጣሉ፦</w:t>
      </w:r>
    </w:p>
    <w:p>
      <w:pPr>
        <w:pStyle w:val="Quote"/>
      </w:pPr>
      <w:r>
        <w:t>«ከአሕዛብ ሁሉ የሚተርፉት... ንጉሡን የሠራዊትን ጌታ ለማምለክና የዳስ በዓልን ለማክበር ዓመት በዓመት ይወጣሉ።»</w:t>
      </w:r>
    </w:p>
    <w:p>
      <w:pPr>
        <w:pStyle w:val="Quote"/>
      </w:pPr>
      <w:r>
        <w:t>— ዘካርያስ 14:16</w:t>
      </w:r>
    </w:p>
    <w:p>
      <w:r>
        <w:t>እዚህ በእስራኤል ታሪክ የሠራው መርህ ዓለም አቀፍ ይሆናል።</w:t>
      </w:r>
    </w:p>
    <w:p>
      <w:r>
        <w:t>አሕዛብ ለእግዚአብሔር መታዘዝን ይማራሉ።</w:t>
      </w:r>
    </w:p>
    <w:p>
      <w:r>
        <w:t>ዘካርያስ በተለይ ወደ ዝናብ ጉዳይ ይመለሳል።</w:t>
      </w:r>
    </w:p>
    <w:p>
      <w:r>
        <w:t>አንድ ብሔር ወደ ኢየሩሳሌም መውጣት ቢከለክል፦</w:t>
      </w:r>
    </w:p>
    <w:p>
      <w:pPr>
        <w:pStyle w:val="Quote"/>
      </w:pPr>
      <w:r>
        <w:t>«በእነርሱ ላይ ዝናብ አይዘንብም።»</w:t>
      </w:r>
    </w:p>
    <w:p>
      <w:pPr>
        <w:pStyle w:val="Quote"/>
      </w:pPr>
      <w:r>
        <w:t>— ዘካርያስ 14:17</w:t>
      </w:r>
    </w:p>
    <w:p>
      <w:r>
        <w:t>ከሰሎሞን ጸሎት ጋር ያለው ግንኙነት ግልጽ ነው።</w:t>
      </w:r>
    </w:p>
    <w:p>
      <w:r>
        <w:t>እስራኤል በድርቅ በኩል በረከት ከእግዚአብሔር እንደሚመጣ እና ዓመፅ ውጤት እንዳለው ተምሮ ነበር።</w:t>
      </w:r>
    </w:p>
    <w:p>
      <w:r>
        <w:t>በመንግሥቱ ዘመን አሕዛብም ያንኑ ትምህርት ይማራሉ።</w:t>
      </w:r>
    </w:p>
    <w:p>
      <w:pPr>
        <w:pStyle w:val="Heading1"/>
      </w:pPr>
      <w:r>
        <w:t>አሕዛብ በፈቃዳቸው ይሄዱ ነበር?</w:t>
      </w:r>
    </w:p>
    <w:p>
      <w:r>
        <w:t>ይህ አስቸጋሪ ነገር ግን አስፈላጊ ጥያቄ ያስነሳል።</w:t>
      </w:r>
    </w:p>
    <w:p>
      <w:r>
        <w:t>ዛሬ ሰዎች ያላቸውን ቅድሚያ ትተው እውነተኛውን አምላክ ለማምለክ ወደ ኢየሩሳሌም እንዲሄዱ ብቻ ቢጠሩ፣ አሕዛብ በፈቃዳቸው ያደርጉት ይሆን?</w:t>
      </w:r>
    </w:p>
    <w:p>
      <w:r>
        <w:t>የሰው ታሪክ ይህን ለማመን ብዙ ምክንያት አይሰጠንም።</w:t>
      </w:r>
    </w:p>
    <w:p>
      <w:r>
        <w:t>ሰዎችና አሕዛብ ብዙ ጊዜ በሀብት፣ በምቾት፣ በብሔራዊ ምኞት፣ በፖለቲካዊ ኃይልና በራስ ጥቅም ይነዳሉ።</w:t>
      </w:r>
    </w:p>
    <w:p>
      <w:r>
        <w:t>መጽሐፍ ቅዱስ የእግዚአብሔር መንግሥት ሰው ቀስ በቀስ የተሻለ ለመሆን ስለወሰነ ብቻ የሚቋቋም እንደሆነ አያሳይም።</w:t>
      </w:r>
    </w:p>
    <w:p>
      <w:r>
        <w:t>እግዚአብሔር ይገባል።</w:t>
      </w:r>
    </w:p>
    <w:p>
      <w:r>
        <w:t>የክርስቶስ ንግሥና በምድር ላይ የእግዚአብሔርን ሥልጣን ያቆማል።</w:t>
      </w:r>
    </w:p>
    <w:p>
      <w:r>
        <w:t>መዝሙር 2 አሕዛብ የእግዚአብሔርን ቅቡዕ ሲቃወሙ ይገልጻል፣ ነገር ግን ይህ ተቃውሞ የእግዚአብሔርን ዓላማ አይሽርም፦</w:t>
      </w:r>
    </w:p>
    <w:p>
      <w:pPr>
        <w:pStyle w:val="Quote"/>
      </w:pPr>
      <w:r>
        <w:t>«እኔ ግን ንጉሤን በቅዱስ ተራራዬ በጽዮን ላይ አኑሬዋለሁ።»</w:t>
      </w:r>
    </w:p>
    <w:p>
      <w:pPr>
        <w:pStyle w:val="Quote"/>
      </w:pPr>
      <w:r>
        <w:t>— መዝሙር 2:6</w:t>
      </w:r>
    </w:p>
    <w:p>
      <w:r>
        <w:t>የክርስቶስ ንግሥና አሕዛብን ጽድቅ ያስተምራል።</w:t>
      </w:r>
    </w:p>
    <w:p>
      <w:r>
        <w:t>ኢሳይያስ ውጤቱን ይገልጻል፦</w:t>
      </w:r>
    </w:p>
    <w:p>
      <w:pPr>
        <w:pStyle w:val="Quote"/>
      </w:pPr>
      <w:r>
        <w:t>«ፍርዶችህ በምድር ላይ ሲሆኑ የዓለም ነዋሪዎች ጽድቅን ይማራሉ።»</w:t>
      </w:r>
    </w:p>
    <w:p>
      <w:pPr>
        <w:pStyle w:val="Quote"/>
      </w:pPr>
      <w:r>
        <w:t>— ኢሳይያስ 26:9</w:t>
      </w:r>
    </w:p>
    <w:p>
      <w:r>
        <w:t>ስለዚህ ፍርድ የእግዚአብሔር የመጨረሻ ዓላማ አይደለም።</w:t>
      </w:r>
    </w:p>
    <w:p>
      <w:r>
        <w:t>ዓላማው መማር ነው።</w:t>
      </w:r>
    </w:p>
    <w:p>
      <w:r>
        <w:t>መለወጥ ነው።</w:t>
      </w:r>
    </w:p>
    <w:p>
      <w:r>
        <w:t>የእግዚአብሔር መንገዶች የሚታወቁና የሚከተሉበት ዓለም ነው።</w:t>
      </w:r>
    </w:p>
    <w:p>
      <w:pPr>
        <w:pStyle w:val="Heading1"/>
      </w:pPr>
      <w:r>
        <w:t>ከፍርድ ወደ በረከት</w:t>
      </w:r>
    </w:p>
    <w:p>
      <w:r>
        <w:t>ይህ በሰሎሞን ጸሎት ውስጥ የሚደገመውን ሂደት እንድንረዳ ይረዳናል።</w:t>
      </w:r>
    </w:p>
    <w:p>
      <w:r>
        <w:t>ፍርድ ለመቅጣት ብቻ አልተሰጠም።</w:t>
      </w:r>
    </w:p>
    <w:p>
      <w:r>
        <w:t>ሽንፈት እስራኤልን ለመመለስ ነበር።</w:t>
      </w:r>
    </w:p>
    <w:p>
      <w:r>
        <w:t>ድርቅ እስራኤልን ለመመለስ ነበር።</w:t>
      </w:r>
    </w:p>
    <w:p>
      <w:r>
        <w:t>ራብ እስራኤልን ለመመለስ ነበር።</w:t>
      </w:r>
    </w:p>
    <w:p>
      <w:r>
        <w:t>ምርኮ እስራኤልን ለመመለስ ነበር።</w:t>
      </w:r>
    </w:p>
    <w:p>
      <w:r>
        <w:t>እግዚአብሔር የሚፈልገው ውጤት ንስሐ፣ ይቅርታ እና መመለስ ነበር።</w:t>
      </w:r>
    </w:p>
    <w:p>
      <w:r>
        <w:t>ይህ መርህ በወደፊቱ ትንቢታዊ ምስል ውስጥም ይታያል።</w:t>
      </w:r>
    </w:p>
    <w:p>
      <w:r>
        <w:t>የእግዚአብሔር መንግሥትን ማቋቋም የሚከተሉ ፍርዶች ዓላማ አላቸው፦ አሕዛብ የእግዚአብሔርን ሥልጣን እንዲያውቁ እና መንገዶቹን እንዲማሩ።</w:t>
      </w:r>
    </w:p>
    <w:p>
      <w:r>
        <w:t>ኢሳይያስ ውብ ውጤቱን ይገልጻል፦</w:t>
      </w:r>
    </w:p>
    <w:p>
      <w:pPr>
        <w:pStyle w:val="Quote"/>
      </w:pPr>
      <w:r>
        <w:t>«ብዙ ሕዝቦች ይሄዳሉ እንዲህም ይላሉ፦ ኑ፣ ወደ እግዚአብሔር ተራራ እንውጣ... መንገዶቹን ያስተምረናል፣ እኛም በፍለጋዎቹ እንሄዳለን...»</w:t>
      </w:r>
    </w:p>
    <w:p>
      <w:pPr>
        <w:pStyle w:val="Quote"/>
      </w:pPr>
      <w:r>
        <w:t>— ኢሳይያስ 2:3</w:t>
      </w:r>
    </w:p>
    <w:p>
      <w:r>
        <w:t>አሕዛብ ከክፉ ነገር ብቻ አይከለከሉም።</w:t>
      </w:r>
    </w:p>
    <w:p>
      <w:r>
        <w:t>ጽድቅን ይማራሉ።</w:t>
      </w:r>
    </w:p>
    <w:p>
      <w:pPr>
        <w:pStyle w:val="Heading1"/>
      </w:pPr>
      <w:r>
        <w:t>ዓለም አቀፍ የጸሎት ቤት</w:t>
      </w:r>
    </w:p>
    <w:p>
      <w:r>
        <w:t>ሰሎሞን ከሦስት ሺህ ዓመት በፊት በተጠናቀቀው መቅደስ ፊት ቆሞ ለእስራኤል ጸለየ።</w:t>
      </w:r>
    </w:p>
    <w:p>
      <w:r>
        <w:t>ነገር ግን በዚያ ጸሎት ውስጥ እጅግ ታላቅ ነገር ነበር።</w:t>
      </w:r>
    </w:p>
    <w:p>
      <w:r>
        <w:t>ለእንግዳው ጸለየ።</w:t>
      </w:r>
    </w:p>
    <w:p>
      <w:r>
        <w:t>ከሩቅ አገሮች የሚመጡ ሰዎች የእግዚአብሔርን ታላቅ ስም እንዲሰሙ ጸለየ።</w:t>
      </w:r>
    </w:p>
    <w:p>
      <w:r>
        <w:t>እግዚአብሔርም እንዲሰማቸው ጸለየ።</w:t>
      </w:r>
    </w:p>
    <w:p>
      <w:r>
        <w:t>ምክንያቱንም እንዲህ አለ፦</w:t>
      </w:r>
    </w:p>
    <w:p>
      <w:pPr>
        <w:pStyle w:val="Quote"/>
      </w:pPr>
      <w:r>
        <w:t>«የምድር ሕዝቦች ሁሉ ስምህን እንዲያውቁ።»</w:t>
      </w:r>
    </w:p>
    <w:p>
      <w:r>
        <w:t>ኢሳይያስ ለሕዝቦች ሁሉ የጸሎት ቤት አየ።</w:t>
      </w:r>
    </w:p>
    <w:p>
      <w:r>
        <w:t>ዘካርያስ ኃያላን አሕዛብ ለመጸለይ ወደ ኢየሩሳሌም ሲመጡ አየ።</w:t>
      </w:r>
    </w:p>
    <w:p>
      <w:r>
        <w:t>የተለያዩ ቋንቋዎች ያሏቸው ሰዎች «ከእናንተ ጋር እንሄዳለን» ሲሉ አየ።</w:t>
      </w:r>
    </w:p>
    <w:p>
      <w:r>
        <w:t>አሕዛብ ሁሉ ንጉሡን ለማምለክ ሲወጡ አየ።</w:t>
      </w:r>
    </w:p>
    <w:p>
      <w:r>
        <w:t>እነዚህ እርስ በርሳቸው ያልተያያዙ ትንቢቶች አይደሉም።</w:t>
      </w:r>
    </w:p>
    <w:p>
      <w:r>
        <w:t>የአንድ መለኮታዊ ዓላማ ክፍሎች ናቸው።</w:t>
      </w:r>
    </w:p>
    <w:p>
      <w:r>
        <w:t>ኢየሩሳሌም፣ ብዙ ጊዜ ከግጭት ጋር የተያያዘችው፣ የሰላም፣ የትምህርት እና የአምልኮ ማዕከል ትሆናለች።</w:t>
      </w:r>
    </w:p>
    <w:p>
      <w:r>
        <w:t>ዛሬ እውነተኛውን አምላክ ትንሽ የሚያውቁ አሕዛብ መንገዶቹን ይማራሉ።</w:t>
      </w:r>
    </w:p>
    <w:p>
      <w:r>
        <w:t>የሰው አገዛዝ ለክርስቶስ ጻድቅ ንግሥና ቦታውን ይሰጣል።</w:t>
      </w:r>
    </w:p>
    <w:p>
      <w:r>
        <w:t>ለአብርሃም የተሰጠው ተስፋ ዓለም አቀፍ ፍጻሜውን ያገኛል።</w:t>
      </w:r>
    </w:p>
    <w:p>
      <w:r>
        <w:t>በሰሎሞን መቅደስ ምረቃ የተነገረውም መርህ በሙሉ ይታያል፦</w:t>
      </w:r>
    </w:p>
    <w:p>
      <w:r/>
      <w:r>
        <w:rPr>
          <w:b/>
        </w:rPr>
        <w:t>የእግዚአብሔር ቤት በእውነት ለአሕዛብ ሁሉ የጸሎት ቤት ይሆናል።</w:t>
      </w:r>
      <w:r/>
    </w:p>
    <w:p>
      <w:pPr>
        <w:pStyle w:val="Heading1"/>
      </w:pPr>
      <w:r>
        <w:t>ይህ ለእኛ ምን ማለት ነው?</w:t>
      </w:r>
    </w:p>
    <w:p>
      <w:r>
        <w:t>እነዚህ ትንቢቶች ስለ ወደፊቱ ይናገራሉ፣ ነገር ግን መልእክታቸው ስለ ወደፊቱ ብቻ አይደለም።</w:t>
      </w:r>
    </w:p>
    <w:p>
      <w:r>
        <w:t>የሰሎሞን ጸሎት ሰዎች በእግዚአብሔር ላይ መደገፋቸውን እንዲያውቁ ዘወትር ይጠራቸዋል።</w:t>
      </w:r>
    </w:p>
    <w:p>
      <w:r>
        <w:t>ዳንኤል የብሔሩ ሁኔታ እስኪሻሻል ድረስ ለመጸለይ አልጠበቀም።</w:t>
      </w:r>
    </w:p>
    <w:p>
      <w:r>
        <w:t>ኢዮሳፋጥ ለይሁዳ ችግር መልስ እንዳለው አላስመሰለም።</w:t>
      </w:r>
    </w:p>
    <w:p>
      <w:r>
        <w:t>ታማኙ እንግዳ ዜግነቱ የእስራኤልን አምላክ እንዳይፈልግ አልፈቀደም።</w:t>
      </w:r>
    </w:p>
    <w:p>
      <w:r>
        <w:t>ሁሉም አንድ መሠረታዊ እውነት ተረዱ፦ የሰው ኃይል በቂ አይደለም፣ እግዚአብሔር ግን በቅን ልብ የሚፈልጉትን ይሰማል።</w:t>
      </w:r>
    </w:p>
    <w:p>
      <w:r>
        <w:t>ስለዚህ እኛም እነዚህን ጥያቄዎች ራሳችንን ልንጠይቅ ይገባል።</w:t>
      </w:r>
    </w:p>
    <w:p>
      <w:r>
        <w:t>እምነታችንን የት እናደርጋለን?</w:t>
      </w:r>
    </w:p>
    <w:p>
      <w:r>
        <w:t>«የልባችንን መቅሰፍት» እናውቃለን?</w:t>
      </w:r>
    </w:p>
    <w:p>
      <w:r>
        <w:t>ኃጢአት ስንሠራ ራሳችንን እንከላከላለን ወይስ ወደ እግዚአብሔር እንመለሳለን?</w:t>
      </w:r>
    </w:p>
    <w:p>
      <w:r>
        <w:t>በሰው መመዘኛዎች ሳይሆን በእግዚአብሔር መመዘኛዎች የሚገዛ ዓለምን በእውነት እንናፍቃለን?</w:t>
      </w:r>
    </w:p>
    <w:p>
      <w:r>
        <w:t>እና አሁን ለሚመጣው መንግሥት ራሳችንን እናዘጋጃለን?</w:t>
      </w:r>
    </w:p>
    <w:p>
      <w:r>
        <w:t>ነቢያት የገለጹት ወደፊት አስደናቂ ነው።</w:t>
      </w:r>
    </w:p>
    <w:p>
      <w:r>
        <w:t>ዛሬ በብሔር፣ በቋንቋ፣ በፖለቲካ፣ በሀብትና በግጭት የተከፋፈለው ዓለም በአንድ ጻድቅ ንጉሥ ሥር ይሆናል።</w:t>
      </w:r>
    </w:p>
    <w:p>
      <w:r>
        <w:t>ከብዙ አሕዛብ የሚመጡ ሰዎች የእስራኤልን አምላክ ይፈልጋሉ።</w:t>
      </w:r>
    </w:p>
    <w:p>
      <w:r>
        <w:t>ኢየሩሳሌም የእግዚአብሔር ትምህርት ወደ ምድር ሁሉ የሚወጣበት ማዕከል ትሆናለች።</w:t>
      </w:r>
    </w:p>
    <w:p>
      <w:r>
        <w:t>ኢሳይያስ እንደሚል፦</w:t>
      </w:r>
    </w:p>
    <w:p>
      <w:pPr>
        <w:pStyle w:val="Quote"/>
      </w:pPr>
      <w:r>
        <w:t>«ከጽዮን ሕግ፣ ከኢየሩሳሌምም የእግዚአብሔር ቃል ይወጣልና።»</w:t>
      </w:r>
    </w:p>
    <w:p>
      <w:pPr>
        <w:pStyle w:val="Quote"/>
      </w:pPr>
      <w:r>
        <w:t>— ኢሳይያስ 2:3</w:t>
      </w:r>
    </w:p>
    <w:p>
      <w:r>
        <w:t>ስለዚህ የሰሎሞን ጸሎት ከጥንታዊ ሕንጻ ምረቃ እጅግ የሚበልጥ ነው።</w:t>
      </w:r>
    </w:p>
    <w:p>
      <w:r>
        <w:t>በእግዚአብሔር ዓላማ ሁሉ ውስጥ የሚሰራ መርህ ያሳያል፦ ኃጢአት መታወቅ አለበት፣ ንስሐ እውነተኛ መሆን አለበት፣ ይቅርታ ከእግዚአብሔር ይመጣል፣ የመጨረሻውም ዓላማው እርሱን የሚያውቁና የሚያመልኩ ሰዎችን ምድር ላይ ማብዛት ነው።</w:t>
      </w:r>
    </w:p>
    <w:p>
      <w:r>
        <w:t>ጥሪው ወደ ዓለም ሁሉ የሚደርስበት ቀን ይመጣል፦</w:t>
      </w:r>
    </w:p>
    <w:p>
      <w:r/>
      <w:r>
        <w:rPr>
          <w:b/>
        </w:rPr>
        <w:t>«ኑ፣ ወደ እግዚአብሔር ተራራ እንውጣ።»</w:t>
      </w:r>
      <w:r/>
    </w:p>
    <w:p>
      <w:r>
        <w:t>ኢየሩሳሌምም በመጨረሻ ታላቁን ትንቢታዊ ራእይ ትፈጽማለች፦</w:t>
      </w:r>
    </w:p>
    <w:p>
      <w:r/>
      <w:r>
        <w:rPr>
          <w:b/>
        </w:rPr>
        <w:t>ለአሕዛብ ሁሉ የጸሎት ቤት።</w:t>
      </w:r>
      <w:r/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 Ethiopic" w:hAnsi="Noto Sans Ethiopic"/>
        <w:sz w:val="18"/>
      </w:rPr>
      <w:t>Bedford Ecclesia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Noto Sans Ethiopic" w:hAnsi="Noto Sans Ethiop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Noto Sans Ethiopic" w:hAnsi="Noto Sans Ethiopic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Noto Sans Ethiopic" w:hAnsi="Noto Sans Ethiopic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20" w:line="240" w:lineRule="auto"/>
      <w:contextualSpacing/>
    </w:pPr>
    <w:rPr>
      <w:rFonts w:asciiTheme="majorHAnsi" w:eastAsiaTheme="majorEastAsia" w:hAnsiTheme="majorHAnsi" w:cstheme="majorBidi" w:ascii="Noto Sans Ethiopic" w:hAnsi="Noto Sans Ethiopic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80" w:after="120"/>
      <w:ind w:left="504" w:right="288"/>
    </w:pPr>
    <w:rPr>
      <w:rFonts w:ascii="Noto Sans Ethiopic" w:hAnsi="Noto Sans Ethiopic"/>
      <w:i/>
      <w:iCs/>
      <w:color w:val="000000" w:themeColor="text1"/>
      <w:sz w:val="2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ለአሕዛብ ሁሉ የጸሎት ቤት</dc:title>
  <dc:subject>Christadelphian Bible article</dc:subject>
  <dc:creator>Bedford Ecclesia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