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MAALMAHA ABUURISTA</w:t>
      </w:r>
    </w:p>
    <w:p>
      <w:pPr>
        <w:jc w:val="center"/>
      </w:pPr>
      <w:r>
        <w:rPr>
          <w:i/>
          <w:color w:val="595959"/>
          <w:sz w:val="20"/>
        </w:rPr>
        <w:t>Wrested Scriptures - Turjumaad Soomaali</w:t>
      </w:r>
    </w:p>
    <w:p>
      <w:pPr/>
      <w:r>
        <w:t>Xoogga cosmic rays-ku ma aha in loo qaato inuu mar walba joogto ahaa. Sidoo kale looma qaadan karo inay jirtay xaalad isu-dheellitirnaan deggan oo u dhexaysay 14CO2-ka jawiga (Carbon-14 dioxide) iyo kaydadka kaarboonka, gaar ahaan badaha. Bilowgii 7:12 iyo 8:2 waxay sheegayaan in Daadkii weynaa ee Nuux samadu furnayd 40 maalmood, sidaas darteedna biyihii "samada ka sarreeyey" ay dib ugu soo noqdeen dhulka. Qaddarro aad u badan oo biyo ah maanta waxay ku kaydsan yihiin baraf ku yaal gobollada cirifyada. Lakabkii uumiga biyaha ee dhulka ku wareegsanaa ka hor Daadka waxaa la filan karaa inuu yareeyo awoodda ionizing-ka ee fallaadhaha qorraxda, sidaas darteed qadarka C-14 ee noolaha markaas jiray wuxuu ka yaraan lahaa kan maanta. Haddii C-14-ka noolaha hore ka yaraa kan maanta, markaas mala-awaalka geologists-ka ee iskujoogtada dabeecadda iyo da'da ay fosillada ku qiyaasaan hababkan waxay noqon karaan kuwo khaldan, maadaama qadarkii C-14 ee bilowga ahaa ka yaraa waxa ay xisaabiyeen.</w:t>
      </w:r>
    </w:p>
    <w:p>
      <w:pPr/>
      <w:r>
        <w:t>c) Heerka burburka C-14 sidoo kale waxaa laga yaabaa inuu ka duwanaa xaaladihii ka hor Daadkii Nuux.</w:t>
      </w:r>
    </w:p>
    <w:p>
      <w:pPr>
        <w:pStyle w:val="BibleQuote"/>
      </w:pPr>
      <w:r>
        <w:t>BILOWGII 1:5 - "Fiid iyo subaxna waxay ahaayeen maalintii kowaad."</w:t>
      </w:r>
    </w:p>
    <w:p>
      <w:pPr/>
      <w:r>
        <w:t>DHIBAATADA: Iyagoo doonaya inay ficillada abuurista ee Bilowgii 1 la waafajiyaan da'aha aadka u dheer ee maanta nolosha dhulka loo qiyaaso, dad diimeed qaarkood waxay maalmaha abuurista u fasireen "xilliyo geology" ama maalmo midkiiba yahay 1,000 sano. Taageerada aragtidan waxaa laga soo qaatay 2 Butros 3:8: "Maalin keliya Rabbiga agtiisa waxay la mid tahay kun sannadood."</w:t>
      </w:r>
    </w:p>
    <w:p>
      <w:pPr>
        <w:pStyle w:val="Heading2"/>
      </w:pPr>
      <w:r>
        <w:t>XALKA:</w:t>
      </w:r>
    </w:p>
    <w:p>
      <w:pPr/>
      <w:r>
        <w:t>1. Baxniintii 20:11 - sidoo kale Baxniintii 31:17 - Ilaah wuxuu reer binu Israa'iil ku amray inay Sabtida ilaaliyaan calaamad axdi ahaan: "Waayo lix maalmood Rabbigu wuxuu ku sameeyey samada iyo dhulka, badda iyo waxa ku jira oo dhan, maalintii toddobaadna wuu nastay; sidaas daraaddeed Rabbigu maalintii sabtida wuu barakeeyey oo quduus ka dhigay." Qof reer binu Israa'iil ah oo helaya amarkan, oo loo sheegay inuu hal maalin nasto sababtoo ah Ilaah lix maalmood ka dib nastay, ma u fahmi lahaa lixdaas maalmood inay yihiin lix "xilli geology" oo aan dhererkooda la sheegin, ama lix xilli oo midkiiba kun sano yahay?</w:t>
      </w:r>
    </w:p>
    <w:p>
      <w:pPr/>
      <w:r>
        <w:t>2. Haddii hal maalin = 1,000 sano, markaas Aadan waa inuu noolaa ugu yaraan 1,000 sano ka hor intuusan dhiman. Xitaa haddii la abuuro dhammaadka maalinta lixaad ee kunka sano ah, ma la qiyaasi karaa inuu dembigu ku dhacay Sabtida - xilligii xigay ee kunka sano - iyadoo Ilaah Sabtida quduus ka dhigay (Bilowgii 2:3) oo wax walba lagu sheegay "aad u wanaagsan" maalintii lixaad (Bilowgii 1:31)? Qoraalku wuxuu sheegayaa in Aadan noolaa oo keliya</w:t>
      </w:r>
    </w:p>
    <w:p>
      <w:pPr>
        <w:pStyle w:val="FootnoteText"/>
      </w:pPr>
      <w:r>
        <w:t>1 Science Digest ee Dec. 1960 wuxuu sheegay in haddii heerka C-14 ee jawigu aanu joogto ahayn, arrintaasi ay burburin karto qaar ka mid ah hababka si taxaddar leh loo horumariyey ee waxyaalihii hore lagu taariikheeyo. Haddii heerka C-14 waagii hore ka hooseeyey sababtoo ah gaashaan magnetik oo xooggan oo cosmic rays-ka ka celinayey, qiyaasaha muddada ka soo wareegtay dhimashada noolaha waxay noqonayaan kuwo aad u dheer. p. 19.</w:t>
      </w:r>
    </w:p>
    <w:p>
      <w:pPr>
        <w:pStyle w:val="FootnoteText"/>
      </w:pPr>
      <w:r>
        <w:t>2 Eeg G. Pearse, "The Weakness of Science Concerning the Origin of Man", Logos, Vol. XXXII, No. 12 (Nov. 1966), pp. 411-419.</w:t>
      </w:r>
    </w:p>
    <w:p>
      <w:pPr>
        <w:pStyle w:val="FootnoteText"/>
      </w:pPr>
      <w:r>
        <w:t>3 Markhaatiyaasha Yehowah, tusaale ahaan, waxay ka mid yihiin kuwa aragtidan qaba. Waxay ku doodaan in Kitaabku ka hadlo lix "maalmood" oo noloshu soo muuqatay, laakiin erayga "maalin" halkan uu ka dhigan yahay muddo, ee aanu ahayn maalin 24 saacadood ah. Did Man Get Here By Evolution Or By Creation? (New York: Watchtower Bible and Tract Society, Inc., 1967), p. 97.</w:t>
      </w:r>
    </w:p>
    <w:p>
      <w:pPr>
        <w:pStyle w:val="FootnoteText"/>
      </w:pPr>
      <w:r>
        <w:t>930 sano (Bilowgii 5:5); sidaas darteed maalmaha abuuristu ma noqon karaan maalmo midkiiba yahay 1,000 sano.</w:t>
      </w:r>
    </w:p>
    <w:p>
      <w:pPr/>
      <w:r>
        <w:t>3. Dhirta waxaa la abuuray maalintii saddexaad (Bilowgii 1:11,13), laakiin cayayaanka lama sheegin ilaa maalintii lixaad (Bilowgii 1:24-31). Haddii hal maalin = 1,000 sano, sidee bay u sii jiri lahaayeen dhir gaar ah oo u baahan cayayaan si ay u pollinate-gareeyaan,</w:t>
      </w:r>
    </w:p>
    <w:p>
      <w:pPr/>
      <w:r>
        <w:t>sida geedka maple, strawberry, blackberry, honeysuckle iyo poppy, haddii aysan awood u lahayn inay tarmaan?</w:t>
      </w:r>
    </w:p>
    <w:p>
      <w:pPr/>
      <w:r>
        <w:t>4. Waxaa loo baahan yahay caddayn ah in Bilowgii 1:5 uu tixraacayo hadalka Butros ee ah in hal maalin Rabbiga agtiisa ay la mid tahay kun sannadood, kun sannadoodna hal maalin (2 Butros 3:8). Xidhiidh khasab ah oo u dhexeeya labada aayadood ma jiro.</w:t>
      </w:r>
    </w:p>
    <w:p>
      <w:pPr>
        <w:pStyle w:val="BibleQuote"/>
      </w:pPr>
      <w:r>
        <w:t>BILOWGII 2:4 - "Kuwanu waa farcammadii samada iyo dhulka markii la abuuray, maalintii Rabbiga Ilaah ahi sameeyey dhulka iyo samada."</w:t>
      </w:r>
    </w:p>
    <w:p>
      <w:pPr/>
      <w:r>
        <w:t>DHIBAATADA: Iyagoo doonaya inay lixda maalmood ee Bilowgii 1 ka dhigaan muddo dheer oo la jaanqaadaysa taariikhaha maanta nolosha dhulka loo qiyaaso, qaar waxay erayga "maalin" ee Bilowgii 2:4 u adeegsadaan inay taageeraan fikradda maalin ka dheer muddada ay xaddidayaan "fiidkii iyo subaxdii" Bilowgii 1.</w:t>
      </w:r>
    </w:p>
    <w:p>
      <w:pPr>
        <w:pStyle w:val="Heading2"/>
      </w:pPr>
      <w:r>
        <w:t>XALKA:</w:t>
      </w:r>
    </w:p>
    <w:p>
      <w:pPr/>
      <w:r>
        <w:t>1. "Maalin" Qorniinka mararka qaarkood waxaa loo adeegsadaa muddo aan dhererkeeda la sheegin. Erayga Cibraaniga ah "yom", oo halkan lagu turjumay "maalin", meelo kale waxaa loogu turjumay "waqti" - tusaale Bilowgii 4:3; 26:8; 38:12. Laakiin marka erayada labaad, saddexaad iwm. lagu daro sida Bilowgii 1, eraygu wuxuu tilmaamayaa maalin dhab ah, oo Bilowgii lagu qeexay "fiid iyo subax".</w:t>
      </w:r>
    </w:p>
    <w:p>
      <w:pPr/>
      <w:r>
        <w:t>2. Sida Bilowgii 2 loogu adeegsaday, "yom" wuxuu daboolayaa dhammaan muddadii Rabbiga Ilaah ahi</w:t>
      </w:r>
    </w:p>
    <w:p>
      <w:pPr/>
      <w:r>
        <w:t>"sameeyey dhulka iyo samada" (Bilowgii 2:4). In la kala saari waayo labadan adeegsi ee "maalin" ayaa horseeday fasiraado khaldan oo Bilowgii 1 ah. Maalmaha Bilowgii 1 waxaa lagu gartaa iftiin iyo mugdi, fiid iyo subax.</w:t>
      </w:r>
    </w:p>
    <w:p>
      <w:pPr>
        <w:pStyle w:val="BibleQuote"/>
      </w:pPr>
      <w:r>
        <w:t>BILOWGII 4:14 - "Qof kasta oo i helaa wuu i dili doonaa."</w:t>
      </w:r>
    </w:p>
    <w:p>
      <w:pPr/>
      <w:r>
        <w:t>DHIBAATADA: Iyagoo doonaya inay qisada abuurista Aadan la waafajiyaan sharaxaadaha evolution-ka, wadaaddo ka tirsan United Church of Canada iyo Anglican Church ayaa aayaddan u daliishada fikradda ah in dad ka hor Aadan jiray ay dhulka ku noolaayeen. Waxaa lagu doodaa in Qaabiil uu halkan dadkaas ka hor-Aadanka ahaa tixraacayo.</w:t>
      </w:r>
    </w:p>
    <w:p>
      <w:pPr>
        <w:pStyle w:val="FootnoteText"/>
      </w:pPr>
      <w:r>
        <w:t>1 Markhaatiyaasha Yehowah waxay adeegsadaan dood la mid ah: Kitaabku wuxuu ka hadlaa lix "maalmood" oo noloshu soo muuqatay, laakiin erayga "maalin" halkan waxaa loola jeedaa muddo, ee ma aha 24 saacadood. Waxay Bilowgii 2:4 u arkaan inuu tan taageerayo, maadaama uu ka hadlo "maalintii Yehowah Ilaah sameeyey dhulka iyo samada" iyadoo lixdii qaybood ee muddadaas mid kasta hore loogu yeedhay "maalin". Did Man Get Here By Evolution Or By Creation? (New York: Watchtower Bible and Tract Society of New York, Inc., 1967), p. 97.</w:t>
      </w:r>
    </w:p>
    <w:p>
      <w:pPr>
        <w:pStyle w:val="FootnoteText"/>
      </w:pPr>
      <w:r>
        <w:t>2 Tusaale ahaan, "maalintii jirrabaadda" (Sabuurradii 95:8), "maalinta dhibaatada" (Maahmaahyadii 24:10), "maalinta aargudashada" (Ishacyaah 61:2); laakiin marka Qorniinku ka hadlo "maalinta shan iyo tobnaad ee isla bisha" (Laawiyiintii 23:6), toddobada maalmood ee Kibista Aan Khamiirka Lahayn, ama kontonka maalmood ilaa Bentakostiga, erayga "maalin" wuxuu noqon karaa oo keliya muddo 24 saacadood ah.</w:t>
      </w:r>
    </w:p>
    <w:p>
      <w:pPr>
        <w:pStyle w:val="Heading2"/>
      </w:pPr>
      <w:r>
        <w:t>XALKA:</w:t>
      </w:r>
    </w:p>
    <w:p>
      <w:pPr/>
      <w:r>
        <w:t>1. Waqtigii Aadan ma jirin dad ka hor-Aadan ah oo dhulka ku noolaa. Qodobadan ayaa taas tilmaamaya:</w:t>
      </w:r>
    </w:p>
    <w:p>
      <w:pPr/>
      <w:r>
        <w:t>a) "Aadan wuxuu magacyo u bixiyey xoolaha oo dhan, haadda hawada iyo dugaag kasta oo duurka jooga; laakiin Aadan looma helin caawiye isaga ku habboon" (Bilowgii 2:20). Laba su'aalood ayaa ka dhasha:</w:t>
      </w:r>
    </w:p>
    <w:p>
      <w:pPr/>
      <w:r>
        <w:t>i) Haddii dad ka hor-Aadan jiray, maxaa loo xusay oo keliya dugaagga Aadan magacyada u bixiyey?</w:t>
      </w:r>
    </w:p>
    <w:p>
      <w:pPr/>
      <w:r>
        <w:t>ii) Maxaa loo xusi waayey haween ka hor-Aadan jiray?</w:t>
      </w:r>
    </w:p>
    <w:p>
      <w:pPr/>
      <w:r>
        <w:t>b) Ciise, isagoo ka jawaabaya su'aashii Farrisiinta ee furriinka, wuxuu yidhi: "Miyaydnaan akhriyin in kii bilowgii sameeyey iyaga uu lab iyo dhaddig ka dhigay, oo yidhi, Sababtaas daraaddeed nin wuxuu ka tegayaa aabbihii iyo hooyadii, wuxuuna ku dhegi doonaa naagtiisa, labaduna waxay noqon doonaan isku jidh?" (Matayos 19:4-5). Ciise wuxuu sheegayaa in "samaynta"asi ahayd "bilowgii abuurista" (Markos 10:6). Taasi ma aha luqadda lagu sharaxayo aadanaha oo si tartiib ah uga soo baxay evolution muddo 30,000 sano ah.</w:t>
      </w:r>
    </w:p>
    <w:p>
      <w:pPr/>
      <w:r>
        <w:t>c) Ilaa la abuuro Aadan, qisadu waxay leedahay: "nin dhulka beera ma jirin" (Bilowgii 2:5). Arrintaasi ma saxnaan lahayd haddii ay jireen noolayaal kale oo u eg aadanaha?</w:t>
      </w:r>
    </w:p>
    <w:p>
      <w:pPr/>
      <w:r>
        <w:t>2. Aadan iyo Xaawa "waxay dhaleen wiilal iyo gabdho" (Bilowgii 5:4). Sidaas darteed Qaabiil wuxuu si macquul ah uga baqi karay in walaalihiis ay dilaan.</w:t>
      </w:r>
    </w:p>
    <w:p>
      <w:pPr>
        <w:pStyle w:val="BibleQuote"/>
      </w:pPr>
      <w:r>
        <w:t>BILOWGII 4:16-17 - "Qaabiilna Rabbiga hortiisa wuu ka baxay, oo wuxuu degay dalka Nood... Qaabiilna naagtiisii buu u tegey."</w:t>
      </w:r>
    </w:p>
    <w:p>
      <w:pPr/>
      <w:r>
        <w:t>DHIBAATADA: Aayaddan waxaa loo adeegsadaa in lagu taageero fasiraad evolution ah oo ku saabsan asalka aadanaha. Waxaa lagu doodaa in dad kale oo aan ka dhalan Aadan ay dhulka joogeen, Qaabiilna uu mid ka mid ah dadkaas ka helay dalka Nood.</w:t>
      </w:r>
    </w:p>
    <w:p>
      <w:pPr>
        <w:pStyle w:val="Heading2"/>
      </w:pPr>
      <w:r>
        <w:t>XALKA:</w:t>
      </w:r>
    </w:p>
    <w:p>
      <w:pPr/>
      <w:r>
        <w:t>1. Aayaddu ma odhanayso Qaabiil wuxuu tegey Nood oo halkaas naag ka helay. Wuxuu naagtiisa la tegi karay Nood.</w:t>
      </w:r>
    </w:p>
    <w:p>
      <w:pPr/>
      <w:r>
        <w:t>2. Aadan wuxuu dhalay wiilal iyo gabdho (Bilowgii 5:4). Sidaas darteed Qaabiil wuxuu guursan lahaa mid ka mid ah walaalihiis gabdhaha ah.</w:t>
      </w:r>
    </w:p>
    <w:p>
      <w:pPr/>
      <w:r>
        <w:t>3. Aayado kale oo Kitaabka ah waxay si cad u sheegayaan in dhammaan dadka ay ka soo jeedaan hal lammaane oo asalka ahaa. Tixgeli kuwan:</w:t>
      </w:r>
    </w:p>
    <w:p>
      <w:pPr/>
      <w:r>
        <w:t>a) "Mid keliya ayuu quruun kasta oo dadka ah ka sameeyey inay degaan wejiga dhulka oo dhan..." (Falimaha 17:26, R.S.V.).</w:t>
      </w:r>
    </w:p>
    <w:p>
      <w:pPr/>
      <w:r>
        <w:t>b) Rooma 5:12 - "hal nin dembigu dunida ku soo galay, dhimashaduna dembiga ayay ku timid"; Rooma 5:16 - "xukunku hal qof ayuu ka yimid ilaa xukun"; Rooma 5:18 - "xadgudubkii hal qof awgiis xukunku dadka oo dhan ku yimid"; Rooma 5:19 - "caasinimadii nin keliya awgeed kuwo badan ayaa dembiilayaal laga dhigay."</w:t>
      </w:r>
    </w:p>
    <w:p>
      <w:pPr/>
      <w:r>
        <w:t>c) "Ninkii ugu horreeyey, Aadan, waxaa laga dhigay naf nool" (1 Korintos 15:45).</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bleQuote">
    <w:name w:val="Bible Quote"/>
    <w:pPr>
      <w:spacing w:after="120"/>
      <w:ind w:left="504" w:right="360"/>
    </w:pPr>
    <w:rPr>
      <w:rFonts w:ascii="Aptos" w:hAnsi="Aptos"/>
      <w:i/>
      <w:sz w:val="21"/>
    </w:rPr>
  </w:style>
  <w:style w:type="paragraph" w:customStyle="1" w:styleId="FootnoteText">
    <w:name w:val="Footnote Text"/>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