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TUSMADA QORNIINKA</w:t>
      </w:r>
    </w:p>
    <w:p>
      <w:pPr>
        <w:jc w:val="center"/>
      </w:pPr>
      <w:r>
        <w:rPr>
          <w:rFonts w:ascii="Aptos" w:hAnsi="Aptos"/>
          <w:i/>
          <w:color w:val="595959"/>
          <w:sz w:val="18"/>
        </w:rPr>
        <w:t>Wrested Scriptures - Turjumaad Soomaali</w:t>
      </w:r>
    </w:p>
    <w:p>
      <w:pPr>
        <w:pStyle w:val="Heading1"/>
        <w:jc w:val="center"/>
      </w:pPr>
      <w:r>
        <w:t>BILOWGII</w:t>
      </w:r>
    </w:p>
    <w:p>
      <w:pPr>
        <w:jc w:val="center"/>
      </w:pPr>
      <w:r>
        <w:rPr>
          <w:rFonts w:ascii="Courier New" w:hAnsi="Courier New"/>
          <w:b/>
          <w:sz w:val="16"/>
        </w:rPr>
        <w:t>BOG                                               BOG</w:t>
      </w:r>
    </w:p>
    <w:p>
      <w:pPr>
        <w:keepLines/>
      </w:pPr>
      <w:r>
        <w:rPr>
          <w:rFonts w:ascii="Courier New" w:hAnsi="Courier New"/>
          <w:sz w:val="16"/>
        </w:rPr>
        <w:t>1               185, 190, 228 6:9                                    .171</w:t>
      </w:r>
    </w:p>
    <w:p>
      <w:pPr>
        <w:keepLines/>
      </w:pPr>
      <w:r>
        <w:rPr>
          <w:rFonts w:ascii="Courier New" w:hAnsi="Courier New"/>
          <w:sz w:val="16"/>
        </w:rPr>
        <w:t xml:space="preserve">                      209, 229  6:13                     83, 130, 202</w:t>
      </w:r>
    </w:p>
    <w:p>
      <w:pPr>
        <w:keepLines/>
      </w:pPr>
      <w:r>
        <w:rPr>
          <w:rFonts w:ascii="Courier New" w:hAnsi="Courier New"/>
          <w:sz w:val="16"/>
        </w:rPr>
        <w:t>1:1                         216 6:14                                  143</w:t>
      </w:r>
    </w:p>
    <w:p>
      <w:pPr>
        <w:keepLines/>
      </w:pPr>
      <w:r>
        <w:rPr>
          <w:rFonts w:ascii="Courier New" w:hAnsi="Courier New"/>
          <w:sz w:val="16"/>
        </w:rPr>
        <w:t>1:1, 2             ..       212 7:12                                  228</w:t>
      </w:r>
    </w:p>
    <w:p>
      <w:pPr>
        <w:keepLines/>
      </w:pPr>
      <w:r>
        <w:rPr>
          <w:rFonts w:ascii="Courier New" w:hAnsi="Courier New"/>
          <w:sz w:val="16"/>
        </w:rPr>
        <w:t>L-2                         201 7:21                               ...130</w:t>
      </w:r>
    </w:p>
    <w:p>
      <w:pPr>
        <w:keepLines/>
      </w:pPr>
      <w:r>
        <w:rPr>
          <w:rFonts w:ascii="Courier New" w:hAnsi="Courier New"/>
          <w:sz w:val="16"/>
        </w:rPr>
        <w:t>1:3                         190 7:21, 22                  ._          Ill</w:t>
      </w:r>
    </w:p>
    <w:p>
      <w:pPr>
        <w:keepLines/>
      </w:pPr>
      <w:r>
        <w:rPr>
          <w:rFonts w:ascii="Courier New" w:hAnsi="Courier New"/>
          <w:sz w:val="16"/>
        </w:rPr>
        <w:t>1-3                         175 7:23                                  116</w:t>
      </w:r>
    </w:p>
    <w:p>
      <w:pPr>
        <w:keepLines/>
      </w:pPr>
      <w:r>
        <w:rPr>
          <w:rFonts w:ascii="Courier New" w:hAnsi="Courier New"/>
          <w:sz w:val="16"/>
        </w:rPr>
        <w:t>1:3-5                       216 8:2                                   228</w:t>
      </w:r>
    </w:p>
    <w:p>
      <w:pPr>
        <w:keepLines/>
      </w:pPr>
      <w:r>
        <w:rPr>
          <w:rFonts w:ascii="Courier New" w:hAnsi="Courier New"/>
          <w:sz w:val="16"/>
        </w:rPr>
        <w:t>1:5               ...228, 229 8:21                                     44</w:t>
      </w:r>
    </w:p>
    <w:p>
      <w:pPr>
        <w:keepLines/>
      </w:pPr>
      <w:r>
        <w:rPr>
          <w:rFonts w:ascii="Courier New" w:hAnsi="Courier New"/>
          <w:sz w:val="16"/>
        </w:rPr>
        <w:t>1:6                         227 8:22 ..,                           .215</w:t>
      </w:r>
    </w:p>
    <w:p>
      <w:pPr>
        <w:keepLines/>
      </w:pPr>
      <w:r>
        <w:rPr>
          <w:rFonts w:ascii="Courier New" w:hAnsi="Courier New"/>
          <w:sz w:val="16"/>
        </w:rPr>
        <w:t>1:11, 13                    229 9:4                             66, 105</w:t>
      </w:r>
    </w:p>
    <w:p>
      <w:pPr>
        <w:keepLines/>
      </w:pPr>
      <w:r>
        <w:rPr>
          <w:rFonts w:ascii="Courier New" w:hAnsi="Courier New"/>
          <w:sz w:val="16"/>
        </w:rPr>
        <w:t>1:16                        216 11:5                            45, 191</w:t>
      </w:r>
    </w:p>
    <w:p>
      <w:pPr>
        <w:keepLines/>
      </w:pPr>
      <w:r>
        <w:rPr>
          <w:rFonts w:ascii="Courier New" w:hAnsi="Courier New"/>
          <w:sz w:val="16"/>
        </w:rPr>
        <w:t>1:16, 17                    116 12:3                          .172, 173</w:t>
      </w:r>
    </w:p>
    <w:p>
      <w:pPr>
        <w:keepLines/>
      </w:pPr>
      <w:r>
        <w:rPr>
          <w:rFonts w:ascii="Courier New" w:hAnsi="Courier New"/>
          <w:sz w:val="16"/>
        </w:rPr>
        <w:t>1:16-19                     216 13:10                                 118</w:t>
      </w:r>
    </w:p>
    <w:p>
      <w:pPr>
        <w:keepLines/>
      </w:pPr>
      <w:r>
        <w:rPr>
          <w:rFonts w:ascii="Courier New" w:hAnsi="Courier New"/>
          <w:sz w:val="16"/>
        </w:rPr>
        <w:t>1:24-31                  ...229 13:14, 15                              70</w:t>
      </w:r>
    </w:p>
    <w:p>
      <w:pPr>
        <w:keepLines/>
      </w:pPr>
      <w:r>
        <w:rPr>
          <w:rFonts w:ascii="Courier New" w:hAnsi="Courier New"/>
          <w:sz w:val="16"/>
        </w:rPr>
        <w:t>1:26       187, 198, 199, 202 13:15                  82, 83, 128, 233</w:t>
      </w:r>
    </w:p>
    <w:p>
      <w:pPr>
        <w:keepLines/>
      </w:pPr>
      <w:r>
        <w:rPr>
          <w:rFonts w:ascii="Courier New" w:hAnsi="Courier New"/>
          <w:sz w:val="16"/>
        </w:rPr>
        <w:t>1:27                     ...232 14:22                                 239</w:t>
      </w:r>
    </w:p>
    <w:p>
      <w:pPr>
        <w:keepLines/>
      </w:pPr>
      <w:r>
        <w:rPr>
          <w:rFonts w:ascii="Courier New" w:hAnsi="Courier New"/>
          <w:sz w:val="16"/>
        </w:rPr>
        <w:t>1:31                  218, 228 15:1-6                                 236</w:t>
      </w:r>
    </w:p>
    <w:p>
      <w:pPr>
        <w:keepLines/>
      </w:pPr>
      <w:r>
        <w:rPr>
          <w:rFonts w:ascii="Courier New" w:hAnsi="Courier New"/>
          <w:sz w:val="16"/>
        </w:rPr>
        <w:t>2                           229 15:6                              .236</w:t>
      </w:r>
    </w:p>
    <w:p>
      <w:pPr>
        <w:keepLines/>
      </w:pPr>
      <w:r>
        <w:rPr>
          <w:rFonts w:ascii="Courier New" w:hAnsi="Courier New"/>
          <w:sz w:val="16"/>
        </w:rPr>
        <w:t>2:2, 3                       40 15:13                                  83</w:t>
      </w:r>
    </w:p>
    <w:p>
      <w:pPr>
        <w:keepLines/>
      </w:pPr>
      <w:r>
        <w:rPr>
          <w:rFonts w:ascii="Courier New" w:hAnsi="Courier New"/>
          <w:sz w:val="16"/>
        </w:rPr>
        <w:t>2:3                         228 15:18                                  82</w:t>
      </w:r>
    </w:p>
    <w:p>
      <w:pPr>
        <w:keepLines/>
      </w:pPr>
      <w:r>
        <w:rPr>
          <w:rFonts w:ascii="Courier New" w:hAnsi="Courier New"/>
          <w:sz w:val="16"/>
        </w:rPr>
        <w:t>2:4                         229 16:7                           198, 199</w:t>
      </w:r>
    </w:p>
    <w:p>
      <w:pPr>
        <w:keepLines/>
      </w:pPr>
      <w:r>
        <w:rPr>
          <w:rFonts w:ascii="Courier New" w:hAnsi="Courier New"/>
          <w:sz w:val="16"/>
        </w:rPr>
        <w:t>2:5                    16, 230  16:13                        .198, 199</w:t>
      </w:r>
    </w:p>
    <w:p>
      <w:pPr>
        <w:keepLines/>
      </w:pPr>
      <w:r>
        <w:rPr>
          <w:rFonts w:ascii="Courier New" w:hAnsi="Courier New"/>
          <w:sz w:val="16"/>
        </w:rPr>
        <w:t>2:7                         138 17:5                                   70</w:t>
      </w:r>
    </w:p>
    <w:p>
      <w:pPr>
        <w:keepLines/>
      </w:pPr>
      <w:r>
        <w:rPr>
          <w:rFonts w:ascii="Courier New" w:hAnsi="Courier New"/>
          <w:sz w:val="16"/>
        </w:rPr>
        <w:t>2:8             119, 124, 171 17:8                                     70</w:t>
      </w:r>
    </w:p>
    <w:p>
      <w:pPr>
        <w:keepLines/>
      </w:pPr>
      <w:r>
        <w:rPr>
          <w:rFonts w:ascii="Courier New" w:hAnsi="Courier New"/>
          <w:sz w:val="16"/>
        </w:rPr>
        <w:t>2:9-14                      217 18:2, 22                              187</w:t>
      </w:r>
    </w:p>
    <w:p>
      <w:pPr>
        <w:keepLines/>
      </w:pPr>
      <w:r>
        <w:rPr>
          <w:rFonts w:ascii="Courier New" w:hAnsi="Courier New"/>
          <w:sz w:val="16"/>
        </w:rPr>
        <w:t>2:16, 17                    143 18:21                          45, 191</w:t>
      </w:r>
    </w:p>
    <w:p>
      <w:pPr>
        <w:keepLines/>
      </w:pPr>
      <w:r>
        <w:rPr>
          <w:rFonts w:ascii="Courier New" w:hAnsi="Courier New"/>
          <w:sz w:val="16"/>
        </w:rPr>
        <w:t>2:20                        230 19:1, 8                              113</w:t>
      </w:r>
    </w:p>
    <w:p>
      <w:pPr>
        <w:keepLines/>
      </w:pPr>
      <w:r>
        <w:rPr>
          <w:rFonts w:ascii="Courier New" w:hAnsi="Courier New"/>
          <w:sz w:val="16"/>
        </w:rPr>
        <w:t xml:space="preserve">  2:24                      232 19:1, 15                             187</w:t>
      </w:r>
    </w:p>
    <w:p>
      <w:pPr>
        <w:keepLines/>
      </w:pPr>
      <w:r>
        <w:rPr>
          <w:rFonts w:ascii="Courier New" w:hAnsi="Courier New"/>
          <w:sz w:val="16"/>
        </w:rPr>
        <w:t>3                           183 19:24                         134, 135</w:t>
      </w:r>
    </w:p>
    <w:p>
      <w:pPr>
        <w:keepLines/>
      </w:pPr>
      <w:r>
        <w:rPr>
          <w:rFonts w:ascii="Courier New" w:hAnsi="Courier New"/>
          <w:sz w:val="16"/>
        </w:rPr>
        <w:t>3:1            165, 216, 217 19:24 25                                173</w:t>
      </w:r>
    </w:p>
    <w:p>
      <w:pPr>
        <w:keepLines/>
      </w:pPr>
      <w:r>
        <w:rPr>
          <w:rFonts w:ascii="Courier New" w:hAnsi="Courier New"/>
          <w:sz w:val="16"/>
        </w:rPr>
        <w:t>3:4                         217 22:1                        .248, 249</w:t>
      </w:r>
    </w:p>
    <w:p>
      <w:pPr>
        <w:keepLines/>
      </w:pPr>
      <w:r>
        <w:rPr>
          <w:rFonts w:ascii="Courier New" w:hAnsi="Courier New"/>
          <w:sz w:val="16"/>
        </w:rPr>
        <w:t>3:4, 5                      164 22:8, 11, 15, 16               198, 199</w:t>
      </w:r>
    </w:p>
    <w:p>
      <w:pPr>
        <w:keepLines/>
      </w:pPr>
      <w:r>
        <w:rPr>
          <w:rFonts w:ascii="Courier New" w:hAnsi="Courier New"/>
          <w:sz w:val="16"/>
        </w:rPr>
        <w:t>3:12                        165 25:8                                  108</w:t>
      </w:r>
    </w:p>
    <w:p>
      <w:pPr>
        <w:keepLines/>
      </w:pPr>
      <w:r>
        <w:rPr>
          <w:rFonts w:ascii="Courier New" w:hAnsi="Courier New"/>
          <w:sz w:val="16"/>
        </w:rPr>
        <w:t>3:13                        165 26:5                                 143</w:t>
      </w:r>
    </w:p>
    <w:p>
      <w:pPr>
        <w:keepLines/>
      </w:pPr>
      <w:r>
        <w:rPr>
          <w:rFonts w:ascii="Courier New" w:hAnsi="Courier New"/>
          <w:sz w:val="16"/>
        </w:rPr>
        <w:t>3:14                  165, 217 26:8                                  229</w:t>
      </w:r>
    </w:p>
    <w:p>
      <w:pPr>
        <w:keepLines/>
      </w:pPr>
      <w:r>
        <w:rPr>
          <w:rFonts w:ascii="Courier New" w:hAnsi="Courier New"/>
          <w:sz w:val="16"/>
        </w:rPr>
        <w:t>3:15                .205, 218 28:18                                    75</w:t>
      </w:r>
    </w:p>
    <w:p>
      <w:pPr>
        <w:keepLines/>
      </w:pPr>
      <w:r>
        <w:rPr>
          <w:rFonts w:ascii="Courier New" w:hAnsi="Courier New"/>
          <w:sz w:val="16"/>
        </w:rPr>
        <w:t>3:20                ...83, 202 28:22                                   75</w:t>
      </w:r>
    </w:p>
    <w:p>
      <w:pPr>
        <w:keepLines/>
      </w:pPr>
      <w:r>
        <w:rPr>
          <w:rFonts w:ascii="Courier New" w:hAnsi="Courier New"/>
          <w:sz w:val="16"/>
        </w:rPr>
        <w:t>3:22                        103 30:27                                148</w:t>
      </w:r>
    </w:p>
    <w:p>
      <w:pPr>
        <w:keepLines/>
      </w:pPr>
      <w:r>
        <w:rPr>
          <w:rFonts w:ascii="Courier New" w:hAnsi="Courier New"/>
          <w:sz w:val="16"/>
        </w:rPr>
        <w:t>4:3                         229 32:1,2       .                       188</w:t>
      </w:r>
    </w:p>
    <w:p>
      <w:pPr>
        <w:keepLines/>
      </w:pPr>
      <w:r>
        <w:rPr>
          <w:rFonts w:ascii="Courier New" w:hAnsi="Courier New"/>
          <w:sz w:val="16"/>
        </w:rPr>
        <w:t>4:10                   26, 115 32:24                           113, 187</w:t>
      </w:r>
    </w:p>
    <w:p>
      <w:pPr>
        <w:keepLines/>
      </w:pPr>
      <w:r>
        <w:rPr>
          <w:rFonts w:ascii="Courier New" w:hAnsi="Courier New"/>
          <w:sz w:val="16"/>
        </w:rPr>
        <w:t>4:14                        229 32:30                                188</w:t>
      </w:r>
    </w:p>
    <w:p>
      <w:pPr>
        <w:keepLines/>
      </w:pPr>
      <w:r>
        <w:rPr>
          <w:rFonts w:ascii="Courier New" w:hAnsi="Courier New"/>
          <w:sz w:val="16"/>
        </w:rPr>
        <w:t>4:16                        167 35:11                            69, 70</w:t>
      </w:r>
    </w:p>
    <w:p>
      <w:pPr>
        <w:keepLines/>
      </w:pPr>
      <w:r>
        <w:rPr>
          <w:rFonts w:ascii="Courier New" w:hAnsi="Courier New"/>
          <w:sz w:val="16"/>
        </w:rPr>
        <w:t>4:16, 17                    230 35:12           ..                     70</w:t>
      </w:r>
    </w:p>
    <w:p>
      <w:pPr>
        <w:keepLines/>
      </w:pPr>
      <w:r>
        <w:rPr>
          <w:rFonts w:ascii="Courier New" w:hAnsi="Courier New"/>
          <w:sz w:val="16"/>
        </w:rPr>
        <w:t>4:26                        166 35:18                                103</w:t>
      </w:r>
    </w:p>
    <w:p>
      <w:pPr>
        <w:keepLines/>
      </w:pPr>
      <w:r>
        <w:rPr>
          <w:rFonts w:ascii="Courier New" w:hAnsi="Courier New"/>
          <w:sz w:val="16"/>
        </w:rPr>
        <w:t>5:4                         230 38:12                                229</w:t>
      </w:r>
    </w:p>
    <w:p>
      <w:pPr>
        <w:keepLines/>
      </w:pPr>
      <w:r>
        <w:rPr>
          <w:rFonts w:ascii="Courier New" w:hAnsi="Courier New"/>
          <w:sz w:val="16"/>
        </w:rPr>
        <w:t>5:5                         229 39:5                                .172</w:t>
      </w:r>
    </w:p>
    <w:p>
      <w:pPr>
        <w:keepLines/>
      </w:pPr>
      <w:r>
        <w:rPr>
          <w:rFonts w:ascii="Courier New" w:hAnsi="Courier New"/>
          <w:sz w:val="16"/>
        </w:rPr>
        <w:t>5:24                        129 39:5, 6                              148</w:t>
      </w:r>
    </w:p>
    <w:p>
      <w:pPr>
        <w:keepLines/>
      </w:pPr>
      <w:r>
        <w:rPr>
          <w:rFonts w:ascii="Courier New" w:hAnsi="Courier New"/>
          <w:sz w:val="16"/>
        </w:rPr>
        <w:t>6:2                   165, 166 49:24                            Λ      68</w:t>
      </w:r>
    </w:p>
    <w:p>
      <w:pPr>
        <w:keepLines/>
      </w:pPr>
      <w:r>
        <w:rPr>
          <w:rFonts w:ascii="Courier New" w:hAnsi="Courier New"/>
          <w:sz w:val="16"/>
        </w:rPr>
        <w:t>6:4                         166 49:26                                132</w:t>
      </w:r>
    </w:p>
    <w:p>
      <w:pPr>
        <w:pStyle w:val="Heading1"/>
        <w:jc w:val="center"/>
      </w:pPr>
      <w:r>
        <w:t>BAXNIINTII</w:t>
      </w:r>
    </w:p>
    <w:p>
      <w:pPr>
        <w:keepLines/>
      </w:pPr>
      <w:r>
        <w:rPr>
          <w:rFonts w:ascii="Courier New" w:hAnsi="Courier New"/>
          <w:sz w:val="16"/>
        </w:rPr>
        <w:t>3:2                      187 7:1                        198, 199, 206</w:t>
      </w:r>
    </w:p>
    <w:p>
      <w:pPr>
        <w:keepLines/>
      </w:pPr>
      <w:r>
        <w:rPr>
          <w:rFonts w:ascii="Courier New" w:hAnsi="Courier New"/>
          <w:sz w:val="16"/>
        </w:rPr>
        <w:t>3:4-8                    187 7:5                                239</w:t>
      </w:r>
    </w:p>
    <w:p>
      <w:pPr>
        <w:keepLines/>
      </w:pPr>
      <w:r>
        <w:rPr>
          <w:rFonts w:ascii="Courier New" w:hAnsi="Courier New"/>
          <w:sz w:val="16"/>
        </w:rPr>
        <w:t>3:7, 8          45, 191, 204 8:10, 22                             239</w:t>
      </w:r>
    </w:p>
    <w:p>
      <w:pPr>
        <w:keepLines/>
      </w:pPr>
      <w:r>
        <w:rPr>
          <w:rFonts w:ascii="Courier New" w:hAnsi="Courier New"/>
          <w:sz w:val="16"/>
        </w:rPr>
        <w:t>3:8, 12                   83 9:16                                 233</w:t>
      </w:r>
    </w:p>
    <w:p>
      <w:pPr>
        <w:keepLines/>
      </w:pPr>
      <w:r>
        <w:rPr>
          <w:rFonts w:ascii="Courier New" w:hAnsi="Courier New"/>
          <w:sz w:val="16"/>
        </w:rPr>
        <w:t>3:14                     194 12:17                                132</w:t>
      </w:r>
    </w:p>
    <w:p>
      <w:pPr>
        <w:keepLines/>
      </w:pPr>
      <w:r>
        <w:rPr>
          <w:rFonts w:ascii="Courier New" w:hAnsi="Courier New"/>
          <w:sz w:val="16"/>
        </w:rPr>
        <w:t>4:19                     104 12:48, 49                             67</w:t>
      </w:r>
    </w:p>
    <w:p>
      <w:pPr>
        <w:keepLines/>
      </w:pPr>
      <w:r>
        <w:rPr>
          <w:rFonts w:ascii="Courier New" w:hAnsi="Courier New"/>
          <w:sz w:val="16"/>
        </w:rPr>
        <w:t>5:2                      239 13:21                                129</w:t>
      </w:r>
    </w:p>
    <w:p>
      <w:pPr>
        <w:keepLines/>
      </w:pPr>
      <w:r>
        <w:rPr>
          <w:rFonts w:ascii="Courier New" w:hAnsi="Courier New"/>
          <w:sz w:val="16"/>
        </w:rPr>
        <w:t>6:3                      239 14:18                                239</w:t>
      </w:r>
    </w:p>
    <w:p>
      <w:pPr>
        <w:keepLines/>
      </w:pPr>
      <w:r>
        <w:rPr>
          <w:rFonts w:ascii="Courier New" w:hAnsi="Courier New"/>
          <w:sz w:val="16"/>
        </w:rPr>
        <w:t>251</w:t>
      </w:r>
    </w:p>
    <w:p>
      <w:pPr>
        <w:jc w:val="center"/>
      </w:pPr>
      <w:r>
        <w:rPr>
          <w:rFonts w:ascii="Courier New" w:hAnsi="Courier New"/>
          <w:b/>
          <w:sz w:val="16"/>
        </w:rPr>
        <w:t>BOG                                               BOG</w:t>
      </w:r>
    </w:p>
    <w:p>
      <w:pPr>
        <w:keepLines/>
      </w:pPr>
      <w:r>
        <w:rPr>
          <w:rFonts w:ascii="Courier New" w:hAnsi="Courier New"/>
          <w:sz w:val="16"/>
        </w:rPr>
        <w:t>14:19                                  129   22:8, 9                         198, 199</w:t>
      </w:r>
    </w:p>
    <w:p>
      <w:pPr>
        <w:keepLines/>
      </w:pPr>
      <w:r>
        <w:rPr>
          <w:rFonts w:ascii="Courier New" w:hAnsi="Courier New"/>
          <w:sz w:val="16"/>
        </w:rPr>
        <w:t>14:25                                  239   22:9, 28                             206</w:t>
      </w:r>
    </w:p>
    <w:p>
      <w:pPr>
        <w:keepLines/>
      </w:pPr>
      <w:r>
        <w:rPr>
          <w:rFonts w:ascii="Courier New" w:hAnsi="Courier New"/>
          <w:sz w:val="16"/>
        </w:rPr>
        <w:t>19:5, 6                                100   22:28                           198, 199</w:t>
      </w:r>
    </w:p>
    <w:p>
      <w:pPr>
        <w:keepLines/>
      </w:pPr>
      <w:r>
        <w:rPr>
          <w:rFonts w:ascii="Courier New" w:hAnsi="Courier New"/>
          <w:sz w:val="16"/>
        </w:rPr>
        <w:t>19:11                                  204   23:20, 21    65, 186, 197, 198, 199, 240</w:t>
      </w:r>
    </w:p>
    <w:p>
      <w:pPr>
        <w:keepLines/>
      </w:pPr>
      <w:r>
        <w:rPr>
          <w:rFonts w:ascii="Courier New" w:hAnsi="Courier New"/>
          <w:sz w:val="16"/>
        </w:rPr>
        <w:t>19:11, 18, 20                          191   23:21                                188</w:t>
      </w:r>
    </w:p>
    <w:p>
      <w:pPr>
        <w:keepLines/>
      </w:pPr>
      <w:r>
        <w:rPr>
          <w:rFonts w:ascii="Courier New" w:hAnsi="Courier New"/>
          <w:sz w:val="16"/>
        </w:rPr>
        <w:t>19:18, 20                              204   25:19, 20                            172</w:t>
      </w:r>
    </w:p>
    <w:p>
      <w:pPr>
        <w:keepLines/>
      </w:pPr>
      <w:r>
        <w:rPr>
          <w:rFonts w:ascii="Courier New" w:hAnsi="Courier New"/>
          <w:sz w:val="16"/>
        </w:rPr>
        <w:t>20:1                                   187   31:15                                 40</w:t>
      </w:r>
    </w:p>
    <w:p>
      <w:pPr>
        <w:keepLines/>
      </w:pPr>
      <w:r>
        <w:rPr>
          <w:rFonts w:ascii="Courier New" w:hAnsi="Courier New"/>
          <w:sz w:val="16"/>
        </w:rPr>
        <w:t>20:2                                   231   31:17                            40, 228</w:t>
      </w:r>
    </w:p>
    <w:p>
      <w:pPr>
        <w:keepLines/>
      </w:pPr>
      <w:r>
        <w:rPr>
          <w:rFonts w:ascii="Courier New" w:hAnsi="Courier New"/>
          <w:sz w:val="16"/>
        </w:rPr>
        <w:t>20:3                               42, 187   32                                   183</w:t>
      </w:r>
    </w:p>
    <w:p>
      <w:pPr>
        <w:keepLines/>
      </w:pPr>
      <w:r>
        <w:rPr>
          <w:rFonts w:ascii="Courier New" w:hAnsi="Courier New"/>
          <w:sz w:val="16"/>
        </w:rPr>
        <w:t>20:4, 5                                 42   33                                   240</w:t>
      </w:r>
    </w:p>
    <w:p>
      <w:pPr>
        <w:keepLines/>
      </w:pPr>
      <w:r>
        <w:rPr>
          <w:rFonts w:ascii="Courier New" w:hAnsi="Courier New"/>
          <w:sz w:val="16"/>
        </w:rPr>
        <w:t>20:4-17                                 23   33:9                                 204</w:t>
      </w:r>
    </w:p>
    <w:p>
      <w:pPr>
        <w:keepLines/>
      </w:pPr>
      <w:r>
        <w:rPr>
          <w:rFonts w:ascii="Courier New" w:hAnsi="Courier New"/>
          <w:sz w:val="16"/>
        </w:rPr>
        <w:t>20:5                                   187   33:11                                239</w:t>
      </w:r>
    </w:p>
    <w:p>
      <w:pPr>
        <w:keepLines/>
      </w:pPr>
      <w:r>
        <w:rPr>
          <w:rFonts w:ascii="Courier New" w:hAnsi="Courier New"/>
          <w:sz w:val="16"/>
        </w:rPr>
        <w:t>20:7                                    42   33:18-23                             213</w:t>
      </w:r>
    </w:p>
    <w:p>
      <w:pPr>
        <w:keepLines/>
      </w:pPr>
      <w:r>
        <w:rPr>
          <w:rFonts w:ascii="Courier New" w:hAnsi="Courier New"/>
          <w:sz w:val="16"/>
        </w:rPr>
        <w:t>20:8                                    42   33:19                                194</w:t>
      </w:r>
    </w:p>
    <w:p>
      <w:pPr>
        <w:keepLines/>
      </w:pPr>
      <w:r>
        <w:rPr>
          <w:rFonts w:ascii="Courier New" w:hAnsi="Courier New"/>
          <w:sz w:val="16"/>
        </w:rPr>
        <w:t>20:11                                  228   33:20                                239</w:t>
      </w:r>
    </w:p>
    <w:p>
      <w:pPr>
        <w:keepLines/>
      </w:pPr>
      <w:r>
        <w:rPr>
          <w:rFonts w:ascii="Courier New" w:hAnsi="Courier New"/>
          <w:sz w:val="16"/>
        </w:rPr>
        <w:t>20:12                                   42   34:5                       129, 191, 204</w:t>
      </w:r>
    </w:p>
    <w:p>
      <w:pPr>
        <w:keepLines/>
      </w:pPr>
      <w:r>
        <w:rPr>
          <w:rFonts w:ascii="Courier New" w:hAnsi="Courier New"/>
          <w:sz w:val="16"/>
        </w:rPr>
        <w:t>20:13                                   42   34:5-7                               213</w:t>
      </w:r>
    </w:p>
    <w:p>
      <w:pPr>
        <w:keepLines/>
      </w:pPr>
      <w:r>
        <w:rPr>
          <w:rFonts w:ascii="Courier New" w:hAnsi="Courier New"/>
          <w:sz w:val="16"/>
        </w:rPr>
        <w:t>20:14                                   42   34:28               ..                41</w:t>
      </w:r>
    </w:p>
    <w:p>
      <w:pPr>
        <w:keepLines/>
      </w:pPr>
      <w:r>
        <w:rPr>
          <w:rFonts w:ascii="Courier New" w:hAnsi="Courier New"/>
          <w:sz w:val="16"/>
        </w:rPr>
        <w:t>20:15                                   42   37:7-9                               172</w:t>
      </w:r>
    </w:p>
    <w:p>
      <w:pPr>
        <w:keepLines/>
      </w:pPr>
      <w:r>
        <w:rPr>
          <w:rFonts w:ascii="Courier New" w:hAnsi="Courier New"/>
          <w:sz w:val="16"/>
        </w:rPr>
        <w:t>20:16                                   42   39                                   109</w:t>
      </w:r>
    </w:p>
    <w:p>
      <w:pPr>
        <w:keepLines/>
      </w:pPr>
      <w:r>
        <w:rPr>
          <w:rFonts w:ascii="Courier New" w:hAnsi="Courier New"/>
          <w:sz w:val="16"/>
        </w:rPr>
        <w:t>20:17                                   42   39:2, 24, 29                         109</w:t>
      </w:r>
    </w:p>
    <w:p>
      <w:pPr>
        <w:keepLines/>
      </w:pPr>
      <w:r>
        <w:rPr>
          <w:rFonts w:ascii="Courier New" w:hAnsi="Courier New"/>
          <w:sz w:val="16"/>
        </w:rPr>
        <w:t>21:2-6                            182, 209   39:10-14                             172</w:t>
      </w:r>
    </w:p>
    <w:p>
      <w:pPr>
        <w:keepLines/>
      </w:pPr>
      <w:r>
        <w:rPr>
          <w:rFonts w:ascii="Courier New" w:hAnsi="Courier New"/>
          <w:sz w:val="16"/>
        </w:rPr>
        <w:t>21:6                    132, 188, 198, 199   39:14                                172</w:t>
      </w:r>
    </w:p>
    <w:p>
      <w:pPr>
        <w:keepLines/>
      </w:pPr>
      <w:r>
        <w:rPr>
          <w:rFonts w:ascii="Courier New" w:hAnsi="Courier New"/>
          <w:sz w:val="16"/>
        </w:rPr>
        <w:t>21:23                                  104   40:15                                132</w:t>
      </w:r>
    </w:p>
    <w:p>
      <w:pPr>
        <w:keepLines/>
      </w:pPr>
      <w:r>
        <w:rPr>
          <w:rFonts w:ascii="Courier New" w:hAnsi="Courier New"/>
          <w:sz w:val="16"/>
        </w:rPr>
        <w:t>21:30                                  104</w:t>
      </w:r>
    </w:p>
    <w:p>
      <w:pPr>
        <w:pStyle w:val="Heading1"/>
        <w:jc w:val="center"/>
      </w:pPr>
      <w:r>
        <w:t>LAAWIYIINTII</w:t>
      </w:r>
    </w:p>
    <w:p>
      <w:pPr>
        <w:keepLines/>
      </w:pPr>
      <w:r>
        <w:rPr>
          <w:rFonts w:ascii="Courier New" w:hAnsi="Courier New"/>
          <w:sz w:val="16"/>
        </w:rPr>
        <w:t>3:17                                     66 20:6                                     26</w:t>
      </w:r>
    </w:p>
    <w:p>
      <w:pPr>
        <w:keepLines/>
      </w:pPr>
      <w:r>
        <w:rPr>
          <w:rFonts w:ascii="Courier New" w:hAnsi="Courier New"/>
          <w:sz w:val="16"/>
        </w:rPr>
        <w:t>4:7                                     115 23                                       63</w:t>
      </w:r>
    </w:p>
    <w:p>
      <w:pPr>
        <w:keepLines/>
      </w:pPr>
      <w:r>
        <w:rPr>
          <w:rFonts w:ascii="Courier New" w:hAnsi="Courier New"/>
          <w:sz w:val="16"/>
        </w:rPr>
        <w:t>9                                       120 23:6                              ......229</w:t>
      </w:r>
    </w:p>
    <w:p>
      <w:pPr>
        <w:keepLines/>
      </w:pPr>
      <w:r>
        <w:rPr>
          <w:rFonts w:ascii="Courier New" w:hAnsi="Courier New"/>
          <w:sz w:val="16"/>
        </w:rPr>
        <w:t>10:1, 2                            134, 135 23:10                                    63</w:t>
      </w:r>
    </w:p>
    <w:p>
      <w:pPr>
        <w:keepLines/>
      </w:pPr>
      <w:r>
        <w:rPr>
          <w:rFonts w:ascii="Courier New" w:hAnsi="Courier New"/>
          <w:sz w:val="16"/>
        </w:rPr>
        <w:t>10:2                                    173 23:17                             63, 64</w:t>
      </w:r>
    </w:p>
    <w:p>
      <w:pPr>
        <w:keepLines/>
      </w:pPr>
      <w:r>
        <w:rPr>
          <w:rFonts w:ascii="Courier New" w:hAnsi="Courier New"/>
          <w:sz w:val="16"/>
        </w:rPr>
        <w:t>12:3                                     40 23:40                                    64</w:t>
      </w:r>
    </w:p>
    <w:p>
      <w:pPr>
        <w:keepLines/>
      </w:pPr>
      <w:r>
        <w:rPr>
          <w:rFonts w:ascii="Courier New" w:hAnsi="Courier New"/>
          <w:sz w:val="16"/>
        </w:rPr>
        <w:t>17:10                  . ...      . .. 67 26                            60, 183, 237</w:t>
      </w:r>
    </w:p>
    <w:p>
      <w:pPr>
        <w:keepLines/>
      </w:pPr>
      <w:r>
        <w:rPr>
          <w:rFonts w:ascii="Courier New" w:hAnsi="Courier New"/>
          <w:sz w:val="16"/>
        </w:rPr>
        <w:t>17:11                             105, 115  26:14-39                                 83</w:t>
      </w:r>
    </w:p>
    <w:p>
      <w:pPr>
        <w:keepLines/>
      </w:pPr>
      <w:r>
        <w:rPr>
          <w:rFonts w:ascii="Courier New" w:hAnsi="Courier New"/>
          <w:sz w:val="16"/>
        </w:rPr>
        <w:t>19:31           :...                    105 26:33, 34, 35, 43                        95</w:t>
      </w:r>
    </w:p>
    <w:p>
      <w:pPr>
        <w:pStyle w:val="Heading1"/>
        <w:jc w:val="center"/>
      </w:pPr>
      <w:r>
        <w:t>TIRINTII</w:t>
      </w:r>
    </w:p>
    <w:p>
      <w:pPr>
        <w:keepLines/>
      </w:pPr>
      <w:r>
        <w:rPr>
          <w:rFonts w:ascii="Courier New" w:hAnsi="Courier New"/>
          <w:sz w:val="16"/>
        </w:rPr>
        <w:t>3:5-10                                  .204 16:22                               113</w:t>
      </w:r>
    </w:p>
    <w:p>
      <w:pPr>
        <w:keepLines/>
      </w:pPr>
      <w:r>
        <w:rPr>
          <w:rFonts w:ascii="Courier New" w:hAnsi="Courier New"/>
          <w:sz w:val="16"/>
        </w:rPr>
        <w:t>8:9-19                                   204 16:31-33                            180</w:t>
      </w:r>
    </w:p>
    <w:p>
      <w:pPr>
        <w:keepLines/>
      </w:pPr>
      <w:r>
        <w:rPr>
          <w:rFonts w:ascii="Courier New" w:hAnsi="Courier New"/>
          <w:sz w:val="16"/>
        </w:rPr>
        <w:t>9:15, 16                                 129 16:35                          134, 135</w:t>
      </w:r>
    </w:p>
    <w:p>
      <w:pPr>
        <w:keepLines/>
      </w:pPr>
      <w:r>
        <w:rPr>
          <w:rFonts w:ascii="Courier New" w:hAnsi="Courier New"/>
          <w:sz w:val="16"/>
        </w:rPr>
        <w:t>13:33                                    166 22:18, 38                           234</w:t>
      </w:r>
    </w:p>
    <w:p>
      <w:pPr>
        <w:keepLines/>
      </w:pPr>
      <w:r>
        <w:rPr>
          <w:rFonts w:ascii="Courier New" w:hAnsi="Courier New"/>
          <w:sz w:val="16"/>
        </w:rPr>
        <w:t>14:21                          78, 131, 206 22:22                                162</w:t>
      </w:r>
    </w:p>
    <w:p>
      <w:pPr>
        <w:keepLines/>
      </w:pPr>
      <w:r>
        <w:rPr>
          <w:rFonts w:ascii="Courier New" w:hAnsi="Courier New"/>
          <w:sz w:val="16"/>
        </w:rPr>
        <w:t>15:32                                     27 22:28                               217</w:t>
      </w:r>
    </w:p>
    <w:p>
      <w:pPr>
        <w:keepLines/>
      </w:pPr>
      <w:r>
        <w:rPr>
          <w:rFonts w:ascii="Courier New" w:hAnsi="Courier New"/>
          <w:sz w:val="16"/>
        </w:rPr>
        <w:t>15:34                                     41 23:19                                50</w:t>
      </w:r>
    </w:p>
    <w:p>
      <w:pPr>
        <w:keepLines/>
      </w:pPr>
      <w:r>
        <w:rPr>
          <w:rFonts w:ascii="Courier New" w:hAnsi="Courier New"/>
          <w:sz w:val="16"/>
        </w:rPr>
        <w:t>16                                 180, 183 27:16                                113</w:t>
      </w:r>
    </w:p>
    <w:p>
      <w:pPr>
        <w:keepLines/>
      </w:pPr>
      <w:r>
        <w:rPr>
          <w:rFonts w:ascii="Courier New" w:hAnsi="Courier New"/>
          <w:sz w:val="16"/>
        </w:rPr>
        <w:t>16:2                                     180 28:6                                216</w:t>
      </w:r>
    </w:p>
    <w:p>
      <w:pPr>
        <w:keepLines/>
      </w:pPr>
      <w:r>
        <w:rPr>
          <w:rFonts w:ascii="Courier New" w:hAnsi="Courier New"/>
          <w:sz w:val="16"/>
        </w:rPr>
        <w:t>16:9                                     180 28:9, 10                             40</w:t>
      </w:r>
    </w:p>
    <w:p>
      <w:pPr>
        <w:keepLines/>
      </w:pPr>
      <w:r>
        <w:rPr>
          <w:rFonts w:ascii="Courier New" w:hAnsi="Courier New"/>
          <w:sz w:val="16"/>
        </w:rPr>
        <w:t>16:10                                    180 31:21                                39</w:t>
      </w:r>
    </w:p>
    <w:p>
      <w:pPr>
        <w:keepLines/>
      </w:pPr>
      <w:r>
        <w:rPr>
          <w:rFonts w:ascii="Courier New" w:hAnsi="Courier New"/>
          <w:sz w:val="16"/>
        </w:rPr>
        <w:t>16:10, 38                                180</w:t>
      </w:r>
    </w:p>
    <w:p>
      <w:pPr>
        <w:pStyle w:val="Heading1"/>
        <w:jc w:val="center"/>
      </w:pPr>
      <w:r>
        <w:t>SHARCIGA KUNOQOSHADIISA</w:t>
      </w:r>
    </w:p>
    <w:p>
      <w:pPr>
        <w:keepLines/>
      </w:pPr>
      <w:r>
        <w:rPr>
          <w:rFonts w:ascii="Courier New" w:hAnsi="Courier New"/>
          <w:sz w:val="16"/>
        </w:rPr>
        <w:t>4:2                                   18 9:10                                     98</w:t>
      </w:r>
    </w:p>
    <w:p>
      <w:pPr>
        <w:keepLines/>
      </w:pPr>
      <w:r>
        <w:rPr>
          <w:rFonts w:ascii="Courier New" w:hAnsi="Courier New"/>
          <w:sz w:val="16"/>
        </w:rPr>
        <w:t>4:10                                  98 10:4                                     98</w:t>
      </w:r>
    </w:p>
    <w:p>
      <w:pPr>
        <w:keepLines/>
      </w:pPr>
      <w:r>
        <w:rPr>
          <w:rFonts w:ascii="Courier New" w:hAnsi="Courier New"/>
          <w:sz w:val="16"/>
        </w:rPr>
        <w:t>4:13                                  41 10:13                                   118</w:t>
      </w:r>
    </w:p>
    <w:p>
      <w:pPr>
        <w:keepLines/>
      </w:pPr>
      <w:r>
        <w:rPr>
          <w:rFonts w:ascii="Courier New" w:hAnsi="Courier New"/>
          <w:sz w:val="16"/>
        </w:rPr>
        <w:t>5:3                                   41 11:8, 13, 28                            118</w:t>
      </w:r>
    </w:p>
    <w:p>
      <w:pPr>
        <w:keepLines/>
      </w:pPr>
      <w:r>
        <w:rPr>
          <w:rFonts w:ascii="Courier New" w:hAnsi="Courier New"/>
          <w:sz w:val="16"/>
        </w:rPr>
        <w:t>5:15                                  40 11:24                                    83</w:t>
      </w:r>
    </w:p>
    <w:p>
      <w:pPr>
        <w:keepLines/>
      </w:pPr>
      <w:r>
        <w:rPr>
          <w:rFonts w:ascii="Courier New" w:hAnsi="Courier New"/>
          <w:sz w:val="16"/>
        </w:rPr>
        <w:t>6:6                                  118 12:23                                ...105</w:t>
      </w:r>
    </w:p>
    <w:p>
      <w:pPr>
        <w:keepLines/>
      </w:pPr>
      <w:r>
        <w:rPr>
          <w:rFonts w:ascii="Courier New" w:hAnsi="Courier New"/>
          <w:sz w:val="16"/>
        </w:rPr>
        <w:t>6:13                                 232 14:1                          166, 167 180</w:t>
      </w:r>
    </w:p>
    <w:p>
      <w:pPr>
        <w:keepLines/>
      </w:pPr>
      <w:r>
        <w:rPr>
          <w:rFonts w:ascii="Courier New" w:hAnsi="Courier New"/>
          <w:sz w:val="16"/>
        </w:rPr>
        <w:t>6:16                                 232 14:21                                    67</w:t>
      </w:r>
    </w:p>
    <w:p>
      <w:pPr>
        <w:keepLines/>
      </w:pPr>
      <w:r>
        <w:rPr>
          <w:rFonts w:ascii="Courier New" w:hAnsi="Courier New"/>
          <w:sz w:val="16"/>
        </w:rPr>
        <w:t>7:11                                 118 18:16                                    98</w:t>
      </w:r>
    </w:p>
    <w:p>
      <w:pPr>
        <w:keepLines/>
      </w:pPr>
      <w:r>
        <w:rPr>
          <w:rFonts w:ascii="Courier New" w:hAnsi="Courier New"/>
          <w:sz w:val="16"/>
        </w:rPr>
        <w:t>8:1                                  118 18:18                                    83</w:t>
      </w:r>
    </w:p>
    <w:p>
      <w:pPr>
        <w:keepLines/>
      </w:pPr>
      <w:r>
        <w:rPr>
          <w:rFonts w:ascii="Courier New" w:hAnsi="Courier New"/>
          <w:sz w:val="16"/>
        </w:rPr>
        <w:t>8:3                                  232 18:18, 19                               142</w:t>
      </w:r>
    </w:p>
    <w:p>
      <w:pPr>
        <w:keepLines/>
      </w:pPr>
      <w:r>
        <w:rPr>
          <w:rFonts w:ascii="Courier New" w:hAnsi="Courier New"/>
          <w:sz w:val="16"/>
        </w:rPr>
        <w:t>252</w:t>
      </w:r>
    </w:p>
    <w:p>
      <w:pPr>
        <w:jc w:val="center"/>
      </w:pPr>
      <w:r>
        <w:rPr>
          <w:rFonts w:ascii="Courier New" w:hAnsi="Courier New"/>
          <w:b/>
          <w:sz w:val="16"/>
        </w:rPr>
        <w:t>BOG                                               BOG</w:t>
      </w:r>
    </w:p>
    <w:p>
      <w:pPr>
        <w:keepLines/>
      </w:pPr>
      <w:r>
        <w:rPr>
          <w:rFonts w:ascii="Courier New" w:hAnsi="Courier New"/>
          <w:sz w:val="16"/>
        </w:rPr>
        <w:t>19:17                      167    29:29          129, 168</w:t>
      </w:r>
    </w:p>
    <w:p>
      <w:pPr>
        <w:keepLines/>
      </w:pPr>
      <w:r>
        <w:rPr>
          <w:rFonts w:ascii="Courier New" w:hAnsi="Courier New"/>
          <w:sz w:val="16"/>
        </w:rPr>
        <w:t>21:17                      202    32:43       ..      233</w:t>
      </w:r>
    </w:p>
    <w:p>
      <w:pPr>
        <w:keepLines/>
      </w:pPr>
      <w:r>
        <w:rPr>
          <w:rFonts w:ascii="Courier New" w:hAnsi="Courier New"/>
          <w:sz w:val="16"/>
        </w:rPr>
        <w:t>28               .60, 183, 237    33:13-15             25</w:t>
      </w:r>
    </w:p>
    <w:p>
      <w:pPr>
        <w:keepLines/>
      </w:pPr>
      <w:r>
        <w:rPr>
          <w:rFonts w:ascii="Courier New" w:hAnsi="Courier New"/>
          <w:sz w:val="16"/>
        </w:rPr>
        <w:t>28:1-14                     83    33:15            24,25</w:t>
      </w:r>
    </w:p>
    <w:p>
      <w:pPr>
        <w:keepLines/>
      </w:pPr>
      <w:r>
        <w:rPr>
          <w:rFonts w:ascii="Courier New" w:hAnsi="Courier New"/>
          <w:sz w:val="16"/>
        </w:rPr>
        <w:t>28:15-68                    83    33:15, 27           132</w:t>
      </w:r>
    </w:p>
    <w:p>
      <w:pPr>
        <w:keepLines/>
      </w:pPr>
      <w:r>
        <w:rPr>
          <w:rFonts w:ascii="Courier New" w:hAnsi="Courier New"/>
          <w:sz w:val="16"/>
        </w:rPr>
        <w:t>29:23           132, 134, 135     34:5                116</w:t>
      </w:r>
    </w:p>
    <w:p>
      <w:pPr>
        <w:pStyle w:val="Heading1"/>
        <w:jc w:val="center"/>
      </w:pPr>
      <w:r>
        <w:t>YASHUCA</w:t>
      </w:r>
    </w:p>
    <w:p>
      <w:pPr>
        <w:keepLines/>
      </w:pPr>
      <w:r>
        <w:rPr>
          <w:rFonts w:ascii="Courier New" w:hAnsi="Courier New"/>
          <w:sz w:val="16"/>
        </w:rPr>
        <w:t>1:3                        83 21:43                   82</w:t>
      </w:r>
    </w:p>
    <w:p>
      <w:pPr>
        <w:keepLines/>
      </w:pPr>
      <w:r>
        <w:rPr>
          <w:rFonts w:ascii="Courier New" w:hAnsi="Courier New"/>
          <w:sz w:val="16"/>
        </w:rPr>
        <w:t>6:2, 4                    160 21:45                   82</w:t>
      </w:r>
    </w:p>
    <w:p>
      <w:pPr>
        <w:keepLines/>
      </w:pPr>
      <w:r>
        <w:rPr>
          <w:rFonts w:ascii="Courier New" w:hAnsi="Courier New"/>
          <w:sz w:val="16"/>
        </w:rPr>
        <w:t>10:13                     218 23:6, 12                39</w:t>
      </w:r>
    </w:p>
    <w:p>
      <w:pPr>
        <w:keepLines/>
      </w:pPr>
      <w:r>
        <w:rPr>
          <w:rFonts w:ascii="Courier New" w:hAnsi="Courier New"/>
          <w:sz w:val="16"/>
        </w:rPr>
        <w:t>10:28                      19 23:14               82, 83</w:t>
      </w:r>
    </w:p>
    <w:p>
      <w:pPr>
        <w:keepLines/>
      </w:pPr>
      <w:r>
        <w:rPr>
          <w:rFonts w:ascii="Courier New" w:hAnsi="Courier New"/>
          <w:sz w:val="16"/>
        </w:rPr>
        <w:t>15:8                      133 23:15, 16               83</w:t>
      </w:r>
    </w:p>
    <w:p>
      <w:pPr>
        <w:keepLines/>
      </w:pPr>
      <w:r>
        <w:rPr>
          <w:rFonts w:ascii="Courier New" w:hAnsi="Courier New"/>
          <w:sz w:val="16"/>
        </w:rPr>
        <w:t>19:9                       72 24:2                   108</w:t>
      </w:r>
    </w:p>
    <w:p>
      <w:pPr>
        <w:pStyle w:val="Heading1"/>
        <w:jc w:val="center"/>
      </w:pPr>
      <w:r>
        <w:t>XAAKIMIINTII</w:t>
      </w:r>
    </w:p>
    <w:p>
      <w:pPr>
        <w:keepLines/>
      </w:pPr>
      <w:r>
        <w:rPr>
          <w:rFonts w:ascii="Courier New" w:hAnsi="Courier New"/>
          <w:sz w:val="16"/>
        </w:rPr>
        <w:t>8:26                      109 16:23                  188</w:t>
      </w:r>
    </w:p>
    <w:p>
      <w:pPr>
        <w:keepLines/>
      </w:pPr>
      <w:r>
        <w:rPr>
          <w:rFonts w:ascii="Courier New" w:hAnsi="Courier New"/>
          <w:sz w:val="16"/>
        </w:rPr>
        <w:t>9:7-15                    108</w:t>
      </w:r>
    </w:p>
    <w:p>
      <w:pPr>
        <w:pStyle w:val="Heading1"/>
        <w:jc w:val="center"/>
      </w:pPr>
      <w:r>
        <w:t>RUUD</w:t>
      </w:r>
    </w:p>
    <w:p>
      <w:pPr>
        <w:keepLines/>
      </w:pPr>
      <w:r>
        <w:rPr>
          <w:rFonts w:ascii="Courier New" w:hAnsi="Courier New"/>
          <w:sz w:val="16"/>
        </w:rPr>
        <w:t>4:11                      146</w:t>
      </w:r>
    </w:p>
    <w:p>
      <w:pPr>
        <w:pStyle w:val="Heading1"/>
        <w:jc w:val="center"/>
      </w:pPr>
      <w:r>
        <w:t>1 SAMUU'EEL</w:t>
      </w:r>
    </w:p>
    <w:p>
      <w:pPr>
        <w:keepLines/>
      </w:pPr>
      <w:r>
        <w:rPr>
          <w:rFonts w:ascii="Courier New" w:hAnsi="Courier New"/>
          <w:sz w:val="16"/>
        </w:rPr>
        <w:t>14:3                     246 28                    ...104</w:t>
      </w:r>
    </w:p>
    <w:p>
      <w:pPr>
        <w:keepLines/>
      </w:pPr>
      <w:r>
        <w:rPr>
          <w:rFonts w:ascii="Courier New" w:hAnsi="Courier New"/>
          <w:sz w:val="16"/>
        </w:rPr>
        <w:t>15:35                    240 28:12                    104</w:t>
      </w:r>
    </w:p>
    <w:p>
      <w:pPr>
        <w:keepLines/>
      </w:pPr>
      <w:r>
        <w:rPr>
          <w:rFonts w:ascii="Courier New" w:hAnsi="Courier New"/>
          <w:sz w:val="16"/>
        </w:rPr>
        <w:t>19:22, 23                240 28:14                    104</w:t>
      </w:r>
    </w:p>
    <w:p>
      <w:pPr>
        <w:keepLines/>
      </w:pPr>
      <w:r>
        <w:rPr>
          <w:rFonts w:ascii="Courier New" w:hAnsi="Courier New"/>
          <w:sz w:val="16"/>
        </w:rPr>
        <w:t>19:24                     240     28:15              104</w:t>
      </w:r>
    </w:p>
    <w:p>
      <w:pPr>
        <w:keepLines/>
      </w:pPr>
      <w:r>
        <w:rPr>
          <w:rFonts w:ascii="Courier New" w:hAnsi="Courier New"/>
          <w:sz w:val="16"/>
        </w:rPr>
        <w:t>21:1-6                    246     28:15-19           104</w:t>
      </w:r>
    </w:p>
    <w:p>
      <w:pPr>
        <w:keepLines/>
      </w:pPr>
      <w:r>
        <w:rPr>
          <w:rFonts w:ascii="Courier New" w:hAnsi="Courier New"/>
          <w:sz w:val="16"/>
        </w:rPr>
        <w:t>22:20                     246     28:19              104</w:t>
      </w:r>
    </w:p>
    <w:p>
      <w:pPr>
        <w:keepLines/>
      </w:pPr>
      <w:r>
        <w:rPr>
          <w:rFonts w:ascii="Courier New" w:hAnsi="Courier New"/>
          <w:sz w:val="16"/>
        </w:rPr>
        <w:t>25:1                      104</w:t>
      </w:r>
    </w:p>
    <w:p>
      <w:pPr>
        <w:pStyle w:val="Heading1"/>
        <w:jc w:val="center"/>
      </w:pPr>
      <w:r>
        <w:t>2 SAMUU'EEL</w:t>
      </w:r>
    </w:p>
    <w:p>
      <w:pPr>
        <w:keepLines/>
      </w:pPr>
      <w:r>
        <w:rPr>
          <w:rFonts w:ascii="Courier New" w:hAnsi="Courier New"/>
          <w:sz w:val="16"/>
        </w:rPr>
        <w:t>5:11                     171 8:17                    246</w:t>
      </w:r>
    </w:p>
    <w:p>
      <w:pPr>
        <w:keepLines/>
      </w:pPr>
      <w:r>
        <w:rPr>
          <w:rFonts w:ascii="Courier New" w:hAnsi="Courier New"/>
          <w:sz w:val="16"/>
        </w:rPr>
        <w:t>7                         73 12:22, 23               146</w:t>
      </w:r>
    </w:p>
    <w:p>
      <w:pPr>
        <w:keepLines/>
      </w:pPr>
      <w:r>
        <w:rPr>
          <w:rFonts w:ascii="Courier New" w:hAnsi="Courier New"/>
          <w:sz w:val="16"/>
        </w:rPr>
        <w:t>7:12, 13, 16              78 14:2, 3, 19             234</w:t>
      </w:r>
    </w:p>
    <w:p>
      <w:pPr>
        <w:keepLines/>
      </w:pPr>
      <w:r>
        <w:rPr>
          <w:rFonts w:ascii="Courier New" w:hAnsi="Courier New"/>
          <w:sz w:val="16"/>
        </w:rPr>
        <w:t>7:12-14                   73 24:1                    162</w:t>
      </w:r>
    </w:p>
    <w:p>
      <w:pPr>
        <w:keepLines/>
      </w:pPr>
      <w:r>
        <w:rPr>
          <w:rFonts w:ascii="Courier New" w:hAnsi="Courier New"/>
          <w:sz w:val="16"/>
        </w:rPr>
        <w:t>7:14                     202</w:t>
      </w:r>
    </w:p>
    <w:p>
      <w:pPr>
        <w:pStyle w:val="Heading1"/>
        <w:jc w:val="center"/>
      </w:pPr>
      <w:r>
        <w:t>1 BOQORRADII</w:t>
      </w:r>
    </w:p>
    <w:p>
      <w:pPr>
        <w:keepLines/>
      </w:pPr>
      <w:r>
        <w:rPr>
          <w:rFonts w:ascii="Courier New" w:hAnsi="Courier New"/>
          <w:sz w:val="16"/>
        </w:rPr>
        <w:t>2:4                       73 12:17                    72</w:t>
      </w:r>
    </w:p>
    <w:p>
      <w:pPr>
        <w:keepLines/>
      </w:pPr>
      <w:r>
        <w:rPr>
          <w:rFonts w:ascii="Courier New" w:hAnsi="Courier New"/>
          <w:sz w:val="16"/>
        </w:rPr>
        <w:t>2:11                      69 12:32, 33               216</w:t>
      </w:r>
    </w:p>
    <w:p>
      <w:pPr>
        <w:keepLines/>
      </w:pPr>
      <w:r>
        <w:rPr>
          <w:rFonts w:ascii="Courier New" w:hAnsi="Courier New"/>
          <w:sz w:val="16"/>
        </w:rPr>
        <w:t>5:1, 6, 7, 10            171 13                      105</w:t>
      </w:r>
    </w:p>
    <w:p>
      <w:pPr>
        <w:keepLines/>
      </w:pPr>
      <w:r>
        <w:rPr>
          <w:rFonts w:ascii="Courier New" w:hAnsi="Courier New"/>
          <w:sz w:val="16"/>
        </w:rPr>
        <w:t>5:1-12                   172 14:8                    241</w:t>
      </w:r>
    </w:p>
    <w:p>
      <w:pPr>
        <w:keepLines/>
      </w:pPr>
      <w:r>
        <w:rPr>
          <w:rFonts w:ascii="Courier New" w:hAnsi="Courier New"/>
          <w:sz w:val="16"/>
        </w:rPr>
        <w:t>5:12, 17, 18             171 15-7                 ...241</w:t>
      </w:r>
    </w:p>
    <w:p>
      <w:pPr>
        <w:keepLines/>
      </w:pPr>
      <w:r>
        <w:rPr>
          <w:rFonts w:ascii="Courier New" w:hAnsi="Courier New"/>
          <w:sz w:val="16"/>
        </w:rPr>
        <w:t>8:9, 21                   41 15:14              240, 241</w:t>
      </w:r>
    </w:p>
    <w:p>
      <w:pPr>
        <w:keepLines/>
      </w:pPr>
      <w:r>
        <w:rPr>
          <w:rFonts w:ascii="Courier New" w:hAnsi="Courier New"/>
          <w:sz w:val="16"/>
        </w:rPr>
        <w:t>8:11                     129 15:32                   241</w:t>
      </w:r>
    </w:p>
    <w:p>
      <w:pPr>
        <w:keepLines/>
      </w:pPr>
      <w:r>
        <w:rPr>
          <w:rFonts w:ascii="Courier New" w:hAnsi="Courier New"/>
          <w:sz w:val="16"/>
        </w:rPr>
        <w:t>11:14                    162 17:10                    27</w:t>
      </w:r>
    </w:p>
    <w:p>
      <w:pPr>
        <w:keepLines/>
      </w:pPr>
      <w:r>
        <w:rPr>
          <w:rFonts w:ascii="Courier New" w:hAnsi="Courier New"/>
          <w:sz w:val="16"/>
        </w:rPr>
        <w:t>11:33                    188 17:21                   105</w:t>
      </w:r>
    </w:p>
    <w:p>
      <w:pPr>
        <w:keepLines/>
      </w:pPr>
      <w:r>
        <w:rPr>
          <w:rFonts w:ascii="Courier New" w:hAnsi="Courier New"/>
          <w:sz w:val="16"/>
        </w:rPr>
        <w:t>11:33, 38                241 17:21-23                145</w:t>
      </w:r>
    </w:p>
    <w:p>
      <w:pPr>
        <w:pStyle w:val="Heading1"/>
        <w:jc w:val="center"/>
      </w:pPr>
      <w:r>
        <w:t>2 BOQORRADII</w:t>
      </w:r>
    </w:p>
    <w:p>
      <w:pPr>
        <w:keepLines/>
      </w:pPr>
      <w:r>
        <w:rPr>
          <w:rFonts w:ascii="Courier New" w:hAnsi="Courier New"/>
          <w:sz w:val="16"/>
        </w:rPr>
        <w:t>1:10                134, 135  18:5              238, 241</w:t>
      </w:r>
    </w:p>
    <w:p>
      <w:pPr>
        <w:keepLines/>
      </w:pPr>
      <w:r>
        <w:rPr>
          <w:rFonts w:ascii="Courier New" w:hAnsi="Courier New"/>
          <w:sz w:val="16"/>
        </w:rPr>
        <w:t>2:11                     116  20:5                   119</w:t>
      </w:r>
    </w:p>
    <w:p>
      <w:pPr>
        <w:keepLines/>
      </w:pPr>
      <w:r>
        <w:rPr>
          <w:rFonts w:ascii="Courier New" w:hAnsi="Courier New"/>
          <w:sz w:val="16"/>
        </w:rPr>
        <w:t>3:10, 11                 116  23:10                  133</w:t>
      </w:r>
    </w:p>
    <w:p>
      <w:pPr>
        <w:keepLines/>
      </w:pPr>
      <w:r>
        <w:rPr>
          <w:rFonts w:ascii="Courier New" w:hAnsi="Courier New"/>
          <w:sz w:val="16"/>
        </w:rPr>
        <w:t>6:6                       27  23:25             238, 241</w:t>
      </w:r>
    </w:p>
    <w:p>
      <w:pPr>
        <w:keepLines/>
      </w:pPr>
      <w:r>
        <w:rPr>
          <w:rFonts w:ascii="Courier New" w:hAnsi="Courier New"/>
          <w:sz w:val="16"/>
        </w:rPr>
        <w:t>13:9, 13                 242  24:6                   242</w:t>
      </w:r>
    </w:p>
    <w:p>
      <w:pPr>
        <w:keepLines/>
      </w:pPr>
      <w:r>
        <w:rPr>
          <w:rFonts w:ascii="Courier New" w:hAnsi="Courier New"/>
          <w:sz w:val="16"/>
        </w:rPr>
        <w:t>14:16                    242  24:8                    85</w:t>
      </w:r>
    </w:p>
    <w:p>
      <w:pPr>
        <w:keepLines/>
      </w:pPr>
      <w:r>
        <w:rPr>
          <w:rFonts w:ascii="Courier New" w:hAnsi="Courier New"/>
          <w:sz w:val="16"/>
        </w:rPr>
        <w:t>15:7, 38                 242  24:15, 17               75</w:t>
      </w:r>
    </w:p>
    <w:p>
      <w:pPr>
        <w:keepLines/>
      </w:pPr>
      <w:r>
        <w:rPr>
          <w:rFonts w:ascii="Courier New" w:hAnsi="Courier New"/>
          <w:sz w:val="16"/>
        </w:rPr>
        <w:t>17:2                     231  25:7                    76</w:t>
      </w:r>
    </w:p>
    <w:p>
      <w:pPr>
        <w:keepLines/>
      </w:pPr>
      <w:r>
        <w:rPr>
          <w:rFonts w:ascii="Courier New" w:hAnsi="Courier New"/>
          <w:sz w:val="16"/>
        </w:rPr>
        <w:t>17:6                 69, 70   25:27-30                85</w:t>
      </w:r>
    </w:p>
    <w:p>
      <w:pPr>
        <w:keepLines/>
      </w:pPr>
      <w:r>
        <w:rPr>
          <w:rFonts w:ascii="Courier New" w:hAnsi="Courier New"/>
          <w:sz w:val="16"/>
        </w:rPr>
        <w:t>253</w:t>
      </w:r>
    </w:p>
    <w:p>
      <w:pPr>
        <w:jc w:val="center"/>
      </w:pPr>
      <w:r>
        <w:rPr>
          <w:rFonts w:ascii="Courier New" w:hAnsi="Courier New"/>
          <w:b/>
          <w:sz w:val="16"/>
        </w:rPr>
        <w:t>BOG                                               BOG</w:t>
      </w:r>
    </w:p>
    <w:p>
      <w:pPr>
        <w:pStyle w:val="Heading1"/>
        <w:jc w:val="center"/>
      </w:pPr>
      <w:r>
        <w:t>1 TAARIIKHDA</w:t>
      </w:r>
    </w:p>
    <w:p>
      <w:pPr>
        <w:keepLines/>
      </w:pPr>
      <w:r>
        <w:rPr>
          <w:rFonts w:ascii="Courier New" w:hAnsi="Courier New"/>
          <w:sz w:val="16"/>
        </w:rPr>
        <w:t>3:16                             85   11:4, 5, 7           78</w:t>
      </w:r>
    </w:p>
    <w:p>
      <w:pPr>
        <w:keepLines/>
      </w:pPr>
      <w:r>
        <w:rPr>
          <w:rFonts w:ascii="Courier New" w:hAnsi="Courier New"/>
          <w:sz w:val="16"/>
        </w:rPr>
        <w:t>5:1                             202   16:30               207</w:t>
      </w:r>
    </w:p>
    <w:p>
      <w:pPr>
        <w:keepLines/>
      </w:pPr>
      <w:r>
        <w:rPr>
          <w:rFonts w:ascii="Courier New" w:hAnsi="Courier New"/>
          <w:sz w:val="16"/>
        </w:rPr>
        <w:t>9:1                              69   18:16               246</w:t>
      </w:r>
    </w:p>
    <w:p>
      <w:pPr>
        <w:keepLines/>
      </w:pPr>
      <w:r>
        <w:rPr>
          <w:rFonts w:ascii="Courier New" w:hAnsi="Courier New"/>
          <w:sz w:val="16"/>
        </w:rPr>
        <w:t>9:3                              69   21:1                162</w:t>
      </w:r>
    </w:p>
    <w:p>
      <w:pPr>
        <w:keepLines/>
      </w:pPr>
      <w:r>
        <w:rPr>
          <w:rFonts w:ascii="Courier New" w:hAnsi="Courier New"/>
          <w:sz w:val="16"/>
        </w:rPr>
        <w:t>10:13, 14                       104   24:6                246</w:t>
      </w:r>
    </w:p>
    <w:p>
      <w:pPr>
        <w:keepLines/>
      </w:pPr>
      <w:r>
        <w:rPr>
          <w:rFonts w:ascii="Courier New" w:hAnsi="Courier New"/>
          <w:sz w:val="16"/>
        </w:rPr>
        <w:t>11:4, 5                  78, 81, 84   28:5                 78</w:t>
      </w:r>
    </w:p>
    <w:p>
      <w:pPr>
        <w:pStyle w:val="Heading1"/>
        <w:jc w:val="center"/>
      </w:pPr>
      <w:r>
        <w:t>2 TAARIIKHDA</w:t>
      </w:r>
    </w:p>
    <w:p>
      <w:pPr>
        <w:keepLines/>
      </w:pPr>
      <w:r>
        <w:rPr>
          <w:rFonts w:ascii="Courier New" w:hAnsi="Courier New"/>
          <w:sz w:val="16"/>
        </w:rPr>
        <w:t>11:3                               72 21:2, 3              202</w:t>
      </w:r>
    </w:p>
    <w:p>
      <w:pPr>
        <w:keepLines/>
      </w:pPr>
      <w:r>
        <w:rPr>
          <w:rFonts w:ascii="Courier New" w:hAnsi="Courier New"/>
          <w:sz w:val="16"/>
        </w:rPr>
        <w:t>11:13, 16                          72 28:3                 133</w:t>
      </w:r>
    </w:p>
    <w:p>
      <w:pPr>
        <w:keepLines/>
      </w:pPr>
      <w:r>
        <w:rPr>
          <w:rFonts w:ascii="Courier New" w:hAnsi="Courier New"/>
          <w:sz w:val="16"/>
        </w:rPr>
        <w:t>11:16, 17                          72 30:13                 98</w:t>
      </w:r>
    </w:p>
    <w:p>
      <w:pPr>
        <w:keepLines/>
      </w:pPr>
      <w:r>
        <w:rPr>
          <w:rFonts w:ascii="Courier New" w:hAnsi="Courier New"/>
          <w:sz w:val="16"/>
        </w:rPr>
        <w:t>14:5                       240, 241 31:3                    39</w:t>
      </w:r>
    </w:p>
    <w:p>
      <w:pPr>
        <w:keepLines/>
      </w:pPr>
      <w:r>
        <w:rPr>
          <w:rFonts w:ascii="Courier New" w:hAnsi="Courier New"/>
          <w:sz w:val="16"/>
        </w:rPr>
        <w:t>15:9                               72 33:6                 133</w:t>
      </w:r>
    </w:p>
    <w:p>
      <w:pPr>
        <w:keepLines/>
      </w:pPr>
      <w:r>
        <w:rPr>
          <w:rFonts w:ascii="Courier New" w:hAnsi="Courier New"/>
          <w:sz w:val="16"/>
        </w:rPr>
        <w:t>15:17                         ...241 36:6                 .242</w:t>
      </w:r>
    </w:p>
    <w:p>
      <w:pPr>
        <w:keepLines/>
      </w:pPr>
      <w:r>
        <w:rPr>
          <w:rFonts w:ascii="Courier New" w:hAnsi="Courier New"/>
          <w:sz w:val="16"/>
        </w:rPr>
        <w:t>19:6                         .....167 36:8                 242</w:t>
      </w:r>
    </w:p>
    <w:p>
      <w:pPr>
        <w:keepLines/>
      </w:pPr>
      <w:r>
        <w:rPr>
          <w:rFonts w:ascii="Courier New" w:hAnsi="Courier New"/>
          <w:sz w:val="16"/>
        </w:rPr>
        <w:t>21:1, 9-12                        116</w:t>
      </w:r>
    </w:p>
    <w:p>
      <w:pPr>
        <w:pStyle w:val="Heading1"/>
        <w:jc w:val="center"/>
      </w:pPr>
      <w:r>
        <w:t>CESRAA</w:t>
      </w:r>
    </w:p>
    <w:p>
      <w:pPr>
        <w:keepLines/>
      </w:pPr>
      <w:r>
        <w:rPr>
          <w:rFonts w:ascii="Courier New" w:hAnsi="Courier New"/>
          <w:sz w:val="16"/>
        </w:rPr>
        <w:t>1:5                              71 2:62                   182</w:t>
      </w:r>
    </w:p>
    <w:p>
      <w:pPr>
        <w:keepLines/>
      </w:pPr>
      <w:r>
        <w:rPr>
          <w:rFonts w:ascii="Courier New" w:hAnsi="Courier New"/>
          <w:sz w:val="16"/>
        </w:rPr>
        <w:t>2:1                              71 6:16, 17                71</w:t>
      </w:r>
    </w:p>
    <w:p>
      <w:pPr>
        <w:keepLines/>
      </w:pPr>
      <w:r>
        <w:rPr>
          <w:rFonts w:ascii="Courier New" w:hAnsi="Courier New"/>
          <w:sz w:val="16"/>
        </w:rPr>
        <w:t>2:61, 62                       .208 8:35                    71</w:t>
      </w:r>
    </w:p>
    <w:p>
      <w:pPr>
        <w:pStyle w:val="Heading1"/>
        <w:jc w:val="center"/>
      </w:pPr>
      <w:r>
        <w:t>NEXEMYAA</w:t>
      </w:r>
    </w:p>
    <w:p>
      <w:pPr>
        <w:keepLines/>
      </w:pPr>
      <w:r>
        <w:rPr>
          <w:rFonts w:ascii="Courier New" w:hAnsi="Courier New"/>
          <w:sz w:val="16"/>
        </w:rPr>
        <w:t>1:2                             69 7:73                    69</w:t>
      </w:r>
    </w:p>
    <w:p>
      <w:pPr>
        <w:keepLines/>
      </w:pPr>
      <w:r>
        <w:rPr>
          <w:rFonts w:ascii="Courier New" w:hAnsi="Courier New"/>
          <w:sz w:val="16"/>
        </w:rPr>
        <w:t>2:1                             69 9:8                 82, 83</w:t>
      </w:r>
    </w:p>
    <w:p>
      <w:pPr>
        <w:keepLines/>
      </w:pPr>
      <w:r>
        <w:rPr>
          <w:rFonts w:ascii="Courier New" w:hAnsi="Courier New"/>
          <w:sz w:val="16"/>
        </w:rPr>
        <w:t>2:10                            69 9:13                   204</w:t>
      </w:r>
    </w:p>
    <w:p>
      <w:pPr>
        <w:keepLines/>
      </w:pPr>
      <w:r>
        <w:rPr>
          <w:rFonts w:ascii="Courier New" w:hAnsi="Courier New"/>
          <w:sz w:val="16"/>
        </w:rPr>
        <w:t>5:1, 8, 17                      69 13:19                   43</w:t>
      </w:r>
    </w:p>
    <w:p>
      <w:pPr>
        <w:pStyle w:val="Heading1"/>
        <w:jc w:val="center"/>
      </w:pPr>
      <w:r>
        <w:t>ESTER</w:t>
      </w:r>
    </w:p>
    <w:p>
      <w:pPr>
        <w:keepLines/>
      </w:pPr>
      <w:r>
        <w:rPr>
          <w:rFonts w:ascii="Courier New" w:hAnsi="Courier New"/>
          <w:sz w:val="16"/>
        </w:rPr>
        <w:t>2:7                               208 8:15                 109</w:t>
      </w:r>
    </w:p>
    <w:p>
      <w:pPr>
        <w:keepLines/>
      </w:pPr>
      <w:r>
        <w:rPr>
          <w:rFonts w:ascii="Courier New" w:hAnsi="Courier New"/>
          <w:sz w:val="16"/>
        </w:rPr>
        <w:t>8:8, 9                             70</w:t>
      </w:r>
    </w:p>
    <w:p>
      <w:pPr>
        <w:pStyle w:val="Heading1"/>
        <w:jc w:val="center"/>
      </w:pPr>
      <w:r>
        <w:t>AYUUB</w:t>
      </w:r>
    </w:p>
    <w:p>
      <w:pPr>
        <w:keepLines/>
      </w:pPr>
      <w:r>
        <w:rPr>
          <w:rFonts w:ascii="Courier New" w:hAnsi="Courier New"/>
          <w:sz w:val="16"/>
        </w:rPr>
        <w:t>1                            .....162 10:18, 19           146</w:t>
      </w:r>
    </w:p>
    <w:p>
      <w:pPr>
        <w:keepLines/>
      </w:pPr>
      <w:r>
        <w:rPr>
          <w:rFonts w:ascii="Courier New" w:hAnsi="Courier New"/>
          <w:sz w:val="16"/>
        </w:rPr>
        <w:t>1:6                        166, 167 14:5                  216</w:t>
      </w:r>
    </w:p>
    <w:p>
      <w:pPr>
        <w:keepLines/>
      </w:pPr>
      <w:r>
        <w:rPr>
          <w:rFonts w:ascii="Courier New" w:hAnsi="Courier New"/>
          <w:sz w:val="16"/>
        </w:rPr>
        <w:t>1:7                               167 19:21               168</w:t>
      </w:r>
    </w:p>
    <w:p>
      <w:pPr>
        <w:keepLines/>
      </w:pPr>
      <w:r>
        <w:rPr>
          <w:rFonts w:ascii="Courier New" w:hAnsi="Courier New"/>
          <w:sz w:val="16"/>
        </w:rPr>
        <w:t>1:12                         .....167 34:14, 15         ...Ill</w:t>
      </w:r>
    </w:p>
    <w:p>
      <w:pPr>
        <w:keepLines/>
      </w:pPr>
      <w:r>
        <w:rPr>
          <w:rFonts w:ascii="Courier New" w:hAnsi="Courier New"/>
          <w:sz w:val="16"/>
        </w:rPr>
        <w:t>2:7                             .167 38:7            166, 167</w:t>
      </w:r>
    </w:p>
    <w:p>
      <w:pPr>
        <w:keepLines/>
      </w:pPr>
      <w:r>
        <w:rPr>
          <w:rFonts w:ascii="Courier New" w:hAnsi="Courier New"/>
          <w:sz w:val="16"/>
        </w:rPr>
        <w:t>2:10                              168 38:8-11             215</w:t>
      </w:r>
    </w:p>
    <w:p>
      <w:pPr>
        <w:keepLines/>
      </w:pPr>
      <w:r>
        <w:rPr>
          <w:rFonts w:ascii="Courier New" w:hAnsi="Courier New"/>
          <w:sz w:val="16"/>
        </w:rPr>
        <w:t>3:11-13                          .146 42:11               168</w:t>
      </w:r>
    </w:p>
    <w:p>
      <w:pPr>
        <w:keepLines/>
      </w:pPr>
      <w:r>
        <w:rPr>
          <w:rFonts w:ascii="Courier New" w:hAnsi="Courier New"/>
          <w:sz w:val="16"/>
        </w:rPr>
        <w:t>3:17                -             104</w:t>
      </w:r>
    </w:p>
    <w:p>
      <w:pPr>
        <w:pStyle w:val="Heading1"/>
        <w:jc w:val="center"/>
      </w:pPr>
      <w:r>
        <w:t>SABUURRADA</w:t>
      </w:r>
    </w:p>
    <w:p>
      <w:pPr>
        <w:keepLines/>
      </w:pPr>
      <w:r>
        <w:rPr>
          <w:rFonts w:ascii="Courier New" w:hAnsi="Courier New"/>
          <w:sz w:val="16"/>
        </w:rPr>
        <w:t>2:6           -                   120 40:6-8             ...208</w:t>
      </w:r>
    </w:p>
    <w:p>
      <w:pPr>
        <w:keepLines/>
      </w:pPr>
      <w:r>
        <w:rPr>
          <w:rFonts w:ascii="Courier New" w:hAnsi="Courier New"/>
          <w:sz w:val="16"/>
        </w:rPr>
        <w:t>2:8                                93 41:13                 199</w:t>
      </w:r>
    </w:p>
    <w:p>
      <w:pPr>
        <w:keepLines/>
      </w:pPr>
      <w:r>
        <w:rPr>
          <w:rFonts w:ascii="Courier New" w:hAnsi="Courier New"/>
          <w:sz w:val="16"/>
        </w:rPr>
        <w:t>5:4             -                 184 45:6           189, 206</w:t>
      </w:r>
    </w:p>
    <w:p>
      <w:pPr>
        <w:keepLines/>
      </w:pPr>
      <w:r>
        <w:rPr>
          <w:rFonts w:ascii="Courier New" w:hAnsi="Courier New"/>
          <w:sz w:val="16"/>
        </w:rPr>
        <w:t>5:4, 5                            167 45:16            61,189</w:t>
      </w:r>
    </w:p>
    <w:p>
      <w:pPr>
        <w:keepLines/>
      </w:pPr>
      <w:r>
        <w:rPr>
          <w:rFonts w:ascii="Courier New" w:hAnsi="Courier New"/>
          <w:sz w:val="16"/>
        </w:rPr>
        <w:t>8:5                               188 47:5                  204</w:t>
      </w:r>
    </w:p>
    <w:p>
      <w:pPr>
        <w:keepLines/>
      </w:pPr>
      <w:r>
        <w:rPr>
          <w:rFonts w:ascii="Courier New" w:hAnsi="Courier New"/>
          <w:sz w:val="16"/>
        </w:rPr>
        <w:t>16:10                   12, 108, 114 48:1, 2                 25</w:t>
      </w:r>
    </w:p>
    <w:p>
      <w:pPr>
        <w:keepLines/>
      </w:pPr>
      <w:r>
        <w:rPr>
          <w:rFonts w:ascii="Courier New" w:hAnsi="Courier New"/>
          <w:sz w:val="16"/>
        </w:rPr>
        <w:t>18:9, 10                          191 49:19, 20             147</w:t>
      </w:r>
    </w:p>
    <w:p>
      <w:pPr>
        <w:keepLines/>
      </w:pPr>
      <w:r>
        <w:rPr>
          <w:rFonts w:ascii="Courier New" w:hAnsi="Courier New"/>
          <w:sz w:val="16"/>
        </w:rPr>
        <w:t>18:49                             233 50:5                  141</w:t>
      </w:r>
    </w:p>
    <w:p>
      <w:pPr>
        <w:keepLines/>
      </w:pPr>
      <w:r>
        <w:rPr>
          <w:rFonts w:ascii="Courier New" w:hAnsi="Courier New"/>
          <w:sz w:val="16"/>
        </w:rPr>
        <w:t>22:12, 13                         178 55:8, 9               237</w:t>
      </w:r>
    </w:p>
    <w:p>
      <w:pPr>
        <w:keepLines/>
      </w:pPr>
      <w:r>
        <w:rPr>
          <w:rFonts w:ascii="Courier New" w:hAnsi="Courier New"/>
          <w:sz w:val="16"/>
        </w:rPr>
        <w:t>33:6                              212 57:4                  178</w:t>
      </w:r>
    </w:p>
    <w:p>
      <w:pPr>
        <w:keepLines/>
      </w:pPr>
      <w:r>
        <w:rPr>
          <w:rFonts w:ascii="Courier New" w:hAnsi="Courier New"/>
          <w:sz w:val="16"/>
        </w:rPr>
        <w:t>33:6, 9                           190 68:17, 31-35         .204</w:t>
      </w:r>
    </w:p>
    <w:p>
      <w:pPr>
        <w:keepLines/>
      </w:pPr>
      <w:r>
        <w:rPr>
          <w:rFonts w:ascii="Courier New" w:hAnsi="Courier New"/>
          <w:sz w:val="16"/>
        </w:rPr>
        <w:t>36:7                              172 68:18          203, 204</w:t>
      </w:r>
    </w:p>
    <w:p>
      <w:pPr>
        <w:keepLines/>
      </w:pPr>
      <w:r>
        <w:rPr>
          <w:rFonts w:ascii="Courier New" w:hAnsi="Courier New"/>
          <w:sz w:val="16"/>
        </w:rPr>
        <w:t>37:9                              133 69:25                .234</w:t>
      </w:r>
    </w:p>
    <w:p>
      <w:pPr>
        <w:keepLines/>
      </w:pPr>
      <w:r>
        <w:rPr>
          <w:rFonts w:ascii="Courier New" w:hAnsi="Courier New"/>
          <w:sz w:val="16"/>
        </w:rPr>
        <w:t>37:10                           .133 72                      84</w:t>
      </w:r>
    </w:p>
    <w:p>
      <w:pPr>
        <w:keepLines/>
      </w:pPr>
      <w:r>
        <w:rPr>
          <w:rFonts w:ascii="Courier New" w:hAnsi="Courier New"/>
          <w:sz w:val="16"/>
        </w:rPr>
        <w:t>37:9, 34                          131 72:1-8              .202</w:t>
      </w:r>
    </w:p>
    <w:p>
      <w:pPr>
        <w:keepLines/>
      </w:pPr>
      <w:r>
        <w:rPr>
          <w:rFonts w:ascii="Courier New" w:hAnsi="Courier New"/>
          <w:sz w:val="16"/>
        </w:rPr>
        <w:t>37:11, 22, 29                    .128 72:4, 12-14            78</w:t>
      </w:r>
    </w:p>
    <w:p>
      <w:pPr>
        <w:keepLines/>
      </w:pPr>
      <w:r>
        <w:rPr>
          <w:rFonts w:ascii="Courier New" w:hAnsi="Courier New"/>
          <w:sz w:val="16"/>
        </w:rPr>
        <w:t>40:6                        114, 182 78:18, 56              249</w:t>
      </w:r>
    </w:p>
    <w:p>
      <w:pPr>
        <w:keepLines/>
      </w:pPr>
      <w:r>
        <w:rPr>
          <w:rFonts w:ascii="Courier New" w:hAnsi="Courier New"/>
          <w:sz w:val="16"/>
        </w:rPr>
        <w:t>254</w:t>
      </w:r>
    </w:p>
    <w:p>
      <w:pPr>
        <w:jc w:val="center"/>
      </w:pPr>
      <w:r>
        <w:rPr>
          <w:rFonts w:ascii="Courier New" w:hAnsi="Courier New"/>
          <w:b/>
          <w:sz w:val="16"/>
        </w:rPr>
        <w:t>BOG                                               BOG</w:t>
      </w:r>
    </w:p>
    <w:p>
      <w:pPr>
        <w:keepLines/>
      </w:pPr>
      <w:r>
        <w:rPr>
          <w:rFonts w:ascii="Courier New" w:hAnsi="Courier New"/>
          <w:sz w:val="16"/>
        </w:rPr>
        <w:t>82:1, 6                           198, 199     103:20, 21                       166</w:t>
      </w:r>
    </w:p>
    <w:p>
      <w:pPr>
        <w:keepLines/>
      </w:pPr>
      <w:r>
        <w:rPr>
          <w:rFonts w:ascii="Courier New" w:hAnsi="Courier New"/>
          <w:sz w:val="16"/>
        </w:rPr>
        <w:t>82:6                    167, 180, 206, 232     104:5                            207</w:t>
      </w:r>
    </w:p>
    <w:p>
      <w:pPr>
        <w:keepLines/>
      </w:pPr>
      <w:r>
        <w:rPr>
          <w:rFonts w:ascii="Courier New" w:hAnsi="Courier New"/>
          <w:sz w:val="16"/>
        </w:rPr>
        <w:t>88:5                                   147     104:8, 9                         215</w:t>
      </w:r>
    </w:p>
    <w:p>
      <w:pPr>
        <w:keepLines/>
      </w:pPr>
      <w:r>
        <w:rPr>
          <w:rFonts w:ascii="Courier New" w:hAnsi="Courier New"/>
          <w:sz w:val="16"/>
        </w:rPr>
        <w:t>89:7                                   142     104:19                           216</w:t>
      </w:r>
    </w:p>
    <w:p>
      <w:pPr>
        <w:keepLines/>
      </w:pPr>
      <w:r>
        <w:rPr>
          <w:rFonts w:ascii="Courier New" w:hAnsi="Courier New"/>
          <w:sz w:val="16"/>
        </w:rPr>
        <w:t>89:26                                  202     106:14                           249</w:t>
      </w:r>
    </w:p>
    <w:p>
      <w:pPr>
        <w:keepLines/>
      </w:pPr>
      <w:r>
        <w:rPr>
          <w:rFonts w:ascii="Courier New" w:hAnsi="Courier New"/>
          <w:sz w:val="16"/>
        </w:rPr>
        <w:t>89:27                                  201     107:20                      .....190</w:t>
      </w:r>
    </w:p>
    <w:p>
      <w:pPr>
        <w:keepLines/>
      </w:pPr>
      <w:r>
        <w:rPr>
          <w:rFonts w:ascii="Courier New" w:hAnsi="Courier New"/>
          <w:sz w:val="16"/>
        </w:rPr>
        <w:t>89:35-37                               202     109:8                            234</w:t>
      </w:r>
    </w:p>
    <w:p>
      <w:pPr>
        <w:keepLines/>
      </w:pPr>
      <w:r>
        <w:rPr>
          <w:rFonts w:ascii="Courier New" w:hAnsi="Courier New"/>
          <w:sz w:val="16"/>
        </w:rPr>
        <w:t>91:4                                   172     110:1                  84, 87, 233</w:t>
      </w:r>
    </w:p>
    <w:p>
      <w:pPr>
        <w:keepLines/>
      </w:pPr>
      <w:r>
        <w:rPr>
          <w:rFonts w:ascii="Courier New" w:hAnsi="Courier New"/>
          <w:sz w:val="16"/>
        </w:rPr>
        <w:t>92:7                                    20     110:1, 2                         .98</w:t>
      </w:r>
    </w:p>
    <w:p>
      <w:pPr>
        <w:keepLines/>
      </w:pPr>
      <w:r>
        <w:rPr>
          <w:rFonts w:ascii="Courier New" w:hAnsi="Courier New"/>
          <w:sz w:val="16"/>
        </w:rPr>
        <w:t>93:1                                   207     110:2       .....                 84</w:t>
      </w:r>
    </w:p>
    <w:p>
      <w:pPr>
        <w:keepLines/>
      </w:pPr>
      <w:r>
        <w:rPr>
          <w:rFonts w:ascii="Courier New" w:hAnsi="Courier New"/>
          <w:sz w:val="16"/>
        </w:rPr>
        <w:t>95:7-11                           233, 234     110:2, 5, 6                       97</w:t>
      </w:r>
    </w:p>
    <w:p>
      <w:pPr>
        <w:keepLines/>
      </w:pPr>
      <w:r>
        <w:rPr>
          <w:rFonts w:ascii="Courier New" w:hAnsi="Courier New"/>
          <w:sz w:val="16"/>
        </w:rPr>
        <w:t>95:8                                   229     115:16               19, 116, 120</w:t>
      </w:r>
    </w:p>
    <w:p>
      <w:pPr>
        <w:keepLines/>
      </w:pPr>
      <w:r>
        <w:rPr>
          <w:rFonts w:ascii="Courier New" w:hAnsi="Courier New"/>
          <w:sz w:val="16"/>
        </w:rPr>
        <w:t>95:9                                   249     117:1·                           233</w:t>
      </w:r>
    </w:p>
    <w:p>
      <w:pPr>
        <w:keepLines/>
      </w:pPr>
      <w:r>
        <w:rPr>
          <w:rFonts w:ascii="Courier New" w:hAnsi="Courier New"/>
          <w:sz w:val="16"/>
        </w:rPr>
        <w:t>102                                    207     118:22, 23                       233</w:t>
      </w:r>
    </w:p>
    <w:p>
      <w:pPr>
        <w:keepLines/>
      </w:pPr>
      <w:r>
        <w:rPr>
          <w:rFonts w:ascii="Courier New" w:hAnsi="Courier New"/>
          <w:sz w:val="16"/>
        </w:rPr>
        <w:t>102:13                                 134     119:130                          141</w:t>
      </w:r>
    </w:p>
    <w:p>
      <w:pPr>
        <w:keepLines/>
      </w:pPr>
      <w:r>
        <w:rPr>
          <w:rFonts w:ascii="Courier New" w:hAnsi="Courier New"/>
          <w:sz w:val="16"/>
        </w:rPr>
        <w:t>102:13-16                              207     125:1, 2                          25</w:t>
      </w:r>
    </w:p>
    <w:p>
      <w:pPr>
        <w:keepLines/>
      </w:pPr>
      <w:r>
        <w:rPr>
          <w:rFonts w:ascii="Courier New" w:hAnsi="Courier New"/>
          <w:sz w:val="16"/>
        </w:rPr>
        <w:t>102:18                           171, 207      146:3, 4                  123, 131</w:t>
      </w:r>
    </w:p>
    <w:p>
      <w:pPr>
        <w:keepLines/>
      </w:pPr>
      <w:r>
        <w:rPr>
          <w:rFonts w:ascii="Courier New" w:hAnsi="Courier New"/>
          <w:sz w:val="16"/>
        </w:rPr>
        <w:t>102:25-27                              206     146:4                112, 136, 203</w:t>
      </w:r>
    </w:p>
    <w:p>
      <w:pPr>
        <w:keepLines/>
      </w:pPr>
      <w:r>
        <w:rPr>
          <w:rFonts w:ascii="Courier New" w:hAnsi="Courier New"/>
          <w:sz w:val="16"/>
        </w:rPr>
        <w:t>102:26                                 207     147:15, 18, 19                   190</w:t>
      </w:r>
    </w:p>
    <w:p>
      <w:pPr>
        <w:keepLines/>
      </w:pPr>
      <w:r>
        <w:rPr>
          <w:rFonts w:ascii="Courier New" w:hAnsi="Courier New"/>
          <w:sz w:val="16"/>
        </w:rPr>
        <w:t>103:20                           174, 188      147:19, 20                        67</w:t>
      </w:r>
    </w:p>
    <w:p>
      <w:pPr>
        <w:pStyle w:val="Heading1"/>
        <w:jc w:val="center"/>
      </w:pPr>
      <w:r>
        <w:t>MAAHMAAHYADII</w:t>
      </w:r>
    </w:p>
    <w:p>
      <w:pPr>
        <w:keepLines/>
      </w:pPr>
      <w:r>
        <w:rPr>
          <w:rFonts w:ascii="Courier New" w:hAnsi="Courier New"/>
          <w:sz w:val="16"/>
        </w:rPr>
        <w:t>8:1, 2                                190 24:10                                229</w:t>
      </w:r>
    </w:p>
    <w:p>
      <w:pPr>
        <w:keepLines/>
      </w:pPr>
      <w:r>
        <w:rPr>
          <w:rFonts w:ascii="Courier New" w:hAnsi="Courier New"/>
          <w:sz w:val="16"/>
        </w:rPr>
        <w:t>8:22, 23                              190 28:15                                178</w:t>
      </w:r>
    </w:p>
    <w:p>
      <w:pPr>
        <w:keepLines/>
      </w:pPr>
      <w:r>
        <w:rPr>
          <w:rFonts w:ascii="Courier New" w:hAnsi="Courier New"/>
          <w:sz w:val="16"/>
        </w:rPr>
        <w:t>8:29                                  215</w:t>
      </w:r>
    </w:p>
    <w:p>
      <w:pPr>
        <w:pStyle w:val="Heading1"/>
        <w:jc w:val="center"/>
      </w:pPr>
      <w:r>
        <w:t>WACDIYIHII</w:t>
      </w:r>
    </w:p>
    <w:p>
      <w:pPr>
        <w:keepLines/>
      </w:pPr>
      <w:r>
        <w:rPr>
          <w:rFonts w:ascii="Courier New" w:hAnsi="Courier New"/>
          <w:sz w:val="16"/>
        </w:rPr>
        <w:t>1:4                                 131, 207 9:5, 6                        112, 203</w:t>
      </w:r>
    </w:p>
    <w:p>
      <w:pPr>
        <w:keepLines/>
      </w:pPr>
      <w:r>
        <w:rPr>
          <w:rFonts w:ascii="Courier New" w:hAnsi="Courier New"/>
          <w:sz w:val="16"/>
        </w:rPr>
        <w:t>3:19, 20                               .106  9:5, 6, 10                         106</w:t>
      </w:r>
    </w:p>
    <w:p>
      <w:pPr>
        <w:keepLines/>
      </w:pPr>
      <w:r>
        <w:rPr>
          <w:rFonts w:ascii="Courier New" w:hAnsi="Courier New"/>
          <w:sz w:val="16"/>
        </w:rPr>
        <w:t>3:20                                126, 203 9:5, 10                            104</w:t>
      </w:r>
    </w:p>
    <w:p>
      <w:pPr>
        <w:keepLines/>
      </w:pPr>
      <w:r>
        <w:rPr>
          <w:rFonts w:ascii="Courier New" w:hAnsi="Courier New"/>
          <w:sz w:val="16"/>
        </w:rPr>
        <w:t>9:5      ....   114, 123, 126, 131, 136, 195 12:7                     .....105, 113</w:t>
      </w:r>
    </w:p>
    <w:p>
      <w:pPr>
        <w:pStyle w:val="Heading1"/>
        <w:jc w:val="center"/>
      </w:pPr>
      <w:r>
        <w:t>ISHACYAAH</w:t>
      </w:r>
    </w:p>
    <w:p>
      <w:pPr>
        <w:keepLines/>
      </w:pPr>
      <w:r>
        <w:rPr>
          <w:rFonts w:ascii="Courier New" w:hAnsi="Courier New"/>
          <w:sz w:val="16"/>
        </w:rPr>
        <w:t>1:26                                     61 11:9                      25, 78, 206</w:t>
      </w:r>
    </w:p>
    <w:p>
      <w:pPr>
        <w:keepLines/>
      </w:pPr>
      <w:r>
        <w:rPr>
          <w:rFonts w:ascii="Courier New" w:hAnsi="Courier New"/>
          <w:sz w:val="16"/>
        </w:rPr>
        <w:t>2: -                                     43 11:10                              .233</w:t>
      </w:r>
    </w:p>
    <w:p>
      <w:pPr>
        <w:keepLines/>
      </w:pPr>
      <w:r>
        <w:rPr>
          <w:rFonts w:ascii="Courier New" w:hAnsi="Courier New"/>
          <w:sz w:val="16"/>
        </w:rPr>
        <w:t>2-14: -                                  23 13: -                             .237</w:t>
      </w:r>
    </w:p>
    <w:p>
      <w:pPr>
        <w:keepLines/>
      </w:pPr>
      <w:r>
        <w:rPr>
          <w:rFonts w:ascii="Courier New" w:hAnsi="Courier New"/>
          <w:sz w:val="16"/>
        </w:rPr>
        <w:t>2:1                                      36 14:4                                169</w:t>
      </w:r>
    </w:p>
    <w:p>
      <w:pPr>
        <w:keepLines/>
      </w:pPr>
      <w:r>
        <w:rPr>
          <w:rFonts w:ascii="Courier New" w:hAnsi="Courier New"/>
          <w:sz w:val="16"/>
        </w:rPr>
        <w:t>2:2, 3                         25, 43, 172 14:8                             ...169</w:t>
      </w:r>
    </w:p>
    <w:p>
      <w:pPr>
        <w:keepLines/>
      </w:pPr>
      <w:r>
        <w:rPr>
          <w:rFonts w:ascii="Courier New" w:hAnsi="Courier New"/>
          <w:sz w:val="16"/>
        </w:rPr>
        <w:t>2:3                                    120 14:9, 10                           .169</w:t>
      </w:r>
    </w:p>
    <w:p>
      <w:pPr>
        <w:keepLines/>
      </w:pPr>
      <w:r>
        <w:rPr>
          <w:rFonts w:ascii="Courier New" w:hAnsi="Courier New"/>
          <w:sz w:val="16"/>
        </w:rPr>
        <w:t>2:13                                     36 14:11                            ...169</w:t>
      </w:r>
    </w:p>
    <w:p>
      <w:pPr>
        <w:keepLines/>
      </w:pPr>
      <w:r>
        <w:rPr>
          <w:rFonts w:ascii="Courier New" w:hAnsi="Courier New"/>
          <w:sz w:val="16"/>
        </w:rPr>
        <w:t>3:1                                      36 14:12                  169, 170, 175</w:t>
      </w:r>
    </w:p>
    <w:p>
      <w:pPr>
        <w:keepLines/>
      </w:pPr>
      <w:r>
        <w:rPr>
          <w:rFonts w:ascii="Courier New" w:hAnsi="Courier New"/>
          <w:sz w:val="16"/>
        </w:rPr>
        <w:t>3:8                                      36 14:12-14                 ...168, 175</w:t>
      </w:r>
    </w:p>
    <w:p>
      <w:pPr>
        <w:keepLines/>
      </w:pPr>
      <w:r>
        <w:rPr>
          <w:rFonts w:ascii="Courier New" w:hAnsi="Courier New"/>
          <w:sz w:val="16"/>
        </w:rPr>
        <w:t>3:12                                     37 14:13                               169</w:t>
      </w:r>
    </w:p>
    <w:p>
      <w:pPr>
        <w:keepLines/>
      </w:pPr>
      <w:r>
        <w:rPr>
          <w:rFonts w:ascii="Courier New" w:hAnsi="Courier New"/>
          <w:sz w:val="16"/>
        </w:rPr>
        <w:t>3:16                                     36 14:15                              .169</w:t>
      </w:r>
    </w:p>
    <w:p>
      <w:pPr>
        <w:keepLines/>
      </w:pPr>
      <w:r>
        <w:rPr>
          <w:rFonts w:ascii="Courier New" w:hAnsi="Courier New"/>
          <w:sz w:val="16"/>
        </w:rPr>
        <w:t>3:16-24                                  37 14:16                               169</w:t>
      </w:r>
    </w:p>
    <w:p>
      <w:pPr>
        <w:keepLines/>
      </w:pPr>
      <w:r>
        <w:rPr>
          <w:rFonts w:ascii="Courier New" w:hAnsi="Courier New"/>
          <w:sz w:val="16"/>
        </w:rPr>
        <w:t>3:17-26                                  23 14:17                             .169</w:t>
      </w:r>
    </w:p>
    <w:p>
      <w:pPr>
        <w:keepLines/>
      </w:pPr>
      <w:r>
        <w:rPr>
          <w:rFonts w:ascii="Courier New" w:hAnsi="Courier New"/>
          <w:sz w:val="16"/>
        </w:rPr>
        <w:t>3:25                                     36 14:20                               169</w:t>
      </w:r>
    </w:p>
    <w:p>
      <w:pPr>
        <w:keepLines/>
      </w:pPr>
      <w:r>
        <w:rPr>
          <w:rFonts w:ascii="Courier New" w:hAnsi="Courier New"/>
          <w:sz w:val="16"/>
        </w:rPr>
        <w:t>4:1                                 36, 37 22:21-24                             189</w:t>
      </w:r>
    </w:p>
    <w:p>
      <w:pPr>
        <w:keepLines/>
      </w:pPr>
      <w:r>
        <w:rPr>
          <w:rFonts w:ascii="Courier New" w:hAnsi="Courier New"/>
          <w:sz w:val="16"/>
        </w:rPr>
        <w:t>4:3                                      36 24:1, 3, 19                    43, 44</w:t>
      </w:r>
    </w:p>
    <w:p>
      <w:pPr>
        <w:keepLines/>
      </w:pPr>
      <w:r>
        <w:rPr>
          <w:rFonts w:ascii="Courier New" w:hAnsi="Courier New"/>
          <w:sz w:val="16"/>
        </w:rPr>
        <w:t>4:4                                      37 24:6, 10, 11, 14                     43</w:t>
      </w:r>
    </w:p>
    <w:p>
      <w:pPr>
        <w:keepLines/>
      </w:pPr>
      <w:r>
        <w:rPr>
          <w:rFonts w:ascii="Courier New" w:hAnsi="Courier New"/>
          <w:sz w:val="16"/>
        </w:rPr>
        <w:t>4:5                                      36 24:23                                43</w:t>
      </w:r>
    </w:p>
    <w:p>
      <w:pPr>
        <w:keepLines/>
      </w:pPr>
      <w:r>
        <w:rPr>
          <w:rFonts w:ascii="Courier New" w:hAnsi="Courier New"/>
          <w:sz w:val="16"/>
        </w:rPr>
        <w:t>5:25                                     23 26:13, 14                           149</w:t>
      </w:r>
    </w:p>
    <w:p>
      <w:pPr>
        <w:keepLines/>
      </w:pPr>
      <w:r>
        <w:rPr>
          <w:rFonts w:ascii="Courier New" w:hAnsi="Courier New"/>
          <w:sz w:val="16"/>
        </w:rPr>
        <w:t>6:9, 10                                234 26:14                          22, 147</w:t>
      </w:r>
    </w:p>
    <w:p>
      <w:pPr>
        <w:keepLines/>
      </w:pPr>
      <w:r>
        <w:rPr>
          <w:rFonts w:ascii="Courier New" w:hAnsi="Courier New"/>
          <w:sz w:val="16"/>
        </w:rPr>
        <w:t>6:13                                     23 26:14: 19                            38</w:t>
      </w:r>
    </w:p>
    <w:p>
      <w:pPr>
        <w:keepLines/>
      </w:pPr>
      <w:r>
        <w:rPr>
          <w:rFonts w:ascii="Courier New" w:hAnsi="Courier New"/>
          <w:sz w:val="16"/>
        </w:rPr>
        <w:t xml:space="preserve">  8:17, 18                             189 26:19                     ...138, 149</w:t>
      </w:r>
    </w:p>
    <w:p>
      <w:pPr>
        <w:keepLines/>
      </w:pPr>
      <w:r>
        <w:rPr>
          <w:rFonts w:ascii="Courier New" w:hAnsi="Courier New"/>
          <w:sz w:val="16"/>
        </w:rPr>
        <w:t>8:18                                   114 29: -                                 26</w:t>
      </w:r>
    </w:p>
    <w:p>
      <w:pPr>
        <w:keepLines/>
      </w:pPr>
      <w:r>
        <w:rPr>
          <w:rFonts w:ascii="Courier New" w:hAnsi="Courier New"/>
          <w:sz w:val="16"/>
        </w:rPr>
        <w:t>8:19, 20                                26 29:1                                  26</w:t>
      </w:r>
    </w:p>
    <w:p>
      <w:pPr>
        <w:keepLines/>
      </w:pPr>
      <w:r>
        <w:rPr>
          <w:rFonts w:ascii="Courier New" w:hAnsi="Courier New"/>
          <w:sz w:val="16"/>
        </w:rPr>
        <w:t>9:6                     186, 188, 189, 206 29:3, 7                               26</w:t>
      </w:r>
    </w:p>
    <w:p>
      <w:pPr>
        <w:keepLines/>
      </w:pPr>
      <w:r>
        <w:rPr>
          <w:rFonts w:ascii="Courier New" w:hAnsi="Courier New"/>
          <w:sz w:val="16"/>
        </w:rPr>
        <w:t>9:6, 7                              82, 96 29:4                            25, 26</w:t>
      </w:r>
    </w:p>
    <w:p>
      <w:pPr>
        <w:keepLines/>
      </w:pPr>
      <w:r>
        <w:rPr>
          <w:rFonts w:ascii="Courier New" w:hAnsi="Courier New"/>
          <w:sz w:val="16"/>
        </w:rPr>
        <w:t>9:7                                    188 29:9                                  26</w:t>
      </w:r>
    </w:p>
    <w:p>
      <w:pPr>
        <w:keepLines/>
      </w:pPr>
      <w:r>
        <w:rPr>
          <w:rFonts w:ascii="Courier New" w:hAnsi="Courier New"/>
          <w:sz w:val="16"/>
        </w:rPr>
        <w:t>11: -                                  189 34:4                                  27</w:t>
      </w:r>
    </w:p>
    <w:p>
      <w:pPr>
        <w:keepLines/>
      </w:pPr>
      <w:r>
        <w:rPr>
          <w:rFonts w:ascii="Courier New" w:hAnsi="Courier New"/>
          <w:sz w:val="16"/>
        </w:rPr>
        <w:t>11:2                                   212 34:6                                 135</w:t>
      </w:r>
    </w:p>
    <w:p>
      <w:pPr>
        <w:keepLines/>
      </w:pPr>
      <w:r>
        <w:rPr>
          <w:rFonts w:ascii="Courier New" w:hAnsi="Courier New"/>
          <w:sz w:val="16"/>
        </w:rPr>
        <w:t>11:2, 3                                 30 34:10                                135</w:t>
      </w:r>
    </w:p>
    <w:p>
      <w:pPr>
        <w:keepLines/>
      </w:pPr>
      <w:r>
        <w:rPr>
          <w:rFonts w:ascii="Courier New" w:hAnsi="Courier New"/>
          <w:sz w:val="16"/>
        </w:rPr>
        <w:t>255</w:t>
      </w:r>
    </w:p>
    <w:p>
      <w:pPr>
        <w:jc w:val="center"/>
      </w:pPr>
      <w:r>
        <w:rPr>
          <w:rFonts w:ascii="Courier New" w:hAnsi="Courier New"/>
          <w:b/>
          <w:sz w:val="16"/>
        </w:rPr>
        <w:t>BOG                                               BOG</w:t>
      </w:r>
    </w:p>
    <w:p>
      <w:pPr>
        <w:keepLines/>
      </w:pPr>
      <w:r>
        <w:rPr>
          <w:rFonts w:ascii="Courier New" w:hAnsi="Courier New"/>
          <w:sz w:val="16"/>
        </w:rPr>
        <w:t>34:11                  135   53:10, 11             189</w:t>
      </w:r>
    </w:p>
    <w:p>
      <w:pPr>
        <w:keepLines/>
      </w:pPr>
      <w:r>
        <w:rPr>
          <w:rFonts w:ascii="Courier New" w:hAnsi="Courier New"/>
          <w:sz w:val="16"/>
        </w:rPr>
        <w:t>38:10, 17, 18            5   53:12                 233</w:t>
      </w:r>
    </w:p>
    <w:p>
      <w:pPr>
        <w:keepLines/>
      </w:pPr>
      <w:r>
        <w:rPr>
          <w:rFonts w:ascii="Courier New" w:hAnsi="Courier New"/>
          <w:sz w:val="16"/>
        </w:rPr>
        <w:t>38:18                  114   55:11                 190</w:t>
      </w:r>
    </w:p>
    <w:p>
      <w:pPr>
        <w:keepLines/>
      </w:pPr>
      <w:r>
        <w:rPr>
          <w:rFonts w:ascii="Courier New" w:hAnsi="Courier New"/>
          <w:sz w:val="16"/>
        </w:rPr>
        <w:t>40:6, 7                149   56:7                  172</w:t>
      </w:r>
    </w:p>
    <w:p>
      <w:pPr>
        <w:keepLines/>
      </w:pPr>
      <w:r>
        <w:rPr>
          <w:rFonts w:ascii="Courier New" w:hAnsi="Courier New"/>
          <w:sz w:val="16"/>
        </w:rPr>
        <w:t>40:17                  149   59:20, 21              61</w:t>
      </w:r>
    </w:p>
    <w:p>
      <w:pPr>
        <w:keepLines/>
      </w:pPr>
      <w:r>
        <w:rPr>
          <w:rFonts w:ascii="Courier New" w:hAnsi="Courier New"/>
          <w:sz w:val="16"/>
        </w:rPr>
        <w:t>41:22, 23               60   61:1                  113</w:t>
      </w:r>
    </w:p>
    <w:p>
      <w:pPr>
        <w:keepLines/>
      </w:pPr>
      <w:r>
        <w:rPr>
          <w:rFonts w:ascii="Courier New" w:hAnsi="Courier New"/>
          <w:sz w:val="16"/>
        </w:rPr>
        <w:t>42:1                    28   61:1, 2               233</w:t>
      </w:r>
    </w:p>
    <w:p>
      <w:pPr>
        <w:keepLines/>
      </w:pPr>
      <w:r>
        <w:rPr>
          <w:rFonts w:ascii="Courier New" w:hAnsi="Courier New"/>
          <w:sz w:val="16"/>
        </w:rPr>
        <w:t>42:6                    28   61:2                  229</w:t>
      </w:r>
    </w:p>
    <w:p>
      <w:pPr>
        <w:keepLines/>
      </w:pPr>
      <w:r>
        <w:rPr>
          <w:rFonts w:ascii="Courier New" w:hAnsi="Courier New"/>
          <w:sz w:val="16"/>
        </w:rPr>
        <w:t>42:6, 7                113   62: -                  60</w:t>
      </w:r>
    </w:p>
    <w:p>
      <w:pPr>
        <w:keepLines/>
      </w:pPr>
      <w:r>
        <w:rPr>
          <w:rFonts w:ascii="Courier New" w:hAnsi="Courier New"/>
          <w:sz w:val="16"/>
        </w:rPr>
        <w:t>43:3                    60   62:2                   59</w:t>
      </w:r>
    </w:p>
    <w:p>
      <w:pPr>
        <w:keepLines/>
      </w:pPr>
      <w:r>
        <w:rPr>
          <w:rFonts w:ascii="Courier New" w:hAnsi="Courier New"/>
          <w:sz w:val="16"/>
        </w:rPr>
        <w:t>43:10                   59   62:4                   60</w:t>
      </w:r>
    </w:p>
    <w:p>
      <w:pPr>
        <w:keepLines/>
      </w:pPr>
      <w:r>
        <w:rPr>
          <w:rFonts w:ascii="Courier New" w:hAnsi="Courier New"/>
          <w:sz w:val="16"/>
        </w:rPr>
        <w:t>43:10-12                59   62:7                   60</w:t>
      </w:r>
    </w:p>
    <w:p>
      <w:pPr>
        <w:keepLines/>
      </w:pPr>
      <w:r>
        <w:rPr>
          <w:rFonts w:ascii="Courier New" w:hAnsi="Courier New"/>
          <w:sz w:val="16"/>
        </w:rPr>
        <w:t>43:22, 24               60   64:1                  191</w:t>
      </w:r>
    </w:p>
    <w:p>
      <w:pPr>
        <w:keepLines/>
      </w:pPr>
      <w:r>
        <w:rPr>
          <w:rFonts w:ascii="Courier New" w:hAnsi="Courier New"/>
          <w:sz w:val="16"/>
        </w:rPr>
        <w:t>43:23                   60   65:-                   43</w:t>
      </w:r>
    </w:p>
    <w:p>
      <w:pPr>
        <w:keepLines/>
      </w:pPr>
      <w:r>
        <w:rPr>
          <w:rFonts w:ascii="Courier New" w:hAnsi="Courier New"/>
          <w:sz w:val="16"/>
        </w:rPr>
        <w:t>45:18             131, 206   65:16                  44</w:t>
      </w:r>
    </w:p>
    <w:p>
      <w:pPr>
        <w:keepLines/>
      </w:pPr>
      <w:r>
        <w:rPr>
          <w:rFonts w:ascii="Courier New" w:hAnsi="Courier New"/>
          <w:sz w:val="16"/>
        </w:rPr>
        <w:t>46:9, 10          185, 237   65:17       124, 130, 207</w:t>
      </w:r>
    </w:p>
    <w:p>
      <w:pPr>
        <w:keepLines/>
      </w:pPr>
      <w:r>
        <w:rPr>
          <w:rFonts w:ascii="Courier New" w:hAnsi="Courier New"/>
          <w:sz w:val="16"/>
        </w:rPr>
        <w:t>51: -                   26   65:17-20           43, 96</w:t>
      </w:r>
    </w:p>
    <w:p>
      <w:pPr>
        <w:keepLines/>
      </w:pPr>
      <w:r>
        <w:rPr>
          <w:rFonts w:ascii="Courier New" w:hAnsi="Courier New"/>
          <w:sz w:val="16"/>
        </w:rPr>
        <w:t>51:3                   118   65: 17-25              78</w:t>
      </w:r>
    </w:p>
    <w:p>
      <w:pPr>
        <w:keepLines/>
      </w:pPr>
      <w:r>
        <w:rPr>
          <w:rFonts w:ascii="Courier New" w:hAnsi="Courier New"/>
          <w:sz w:val="16"/>
        </w:rPr>
        <w:t>51:17                   26   65:18-25              130</w:t>
      </w:r>
    </w:p>
    <w:p>
      <w:pPr>
        <w:keepLines/>
      </w:pPr>
      <w:r>
        <w:rPr>
          <w:rFonts w:ascii="Courier New" w:hAnsi="Courier New"/>
          <w:sz w:val="16"/>
        </w:rPr>
        <w:t>51:19,23                26   65:19-25              130</w:t>
      </w:r>
    </w:p>
    <w:p>
      <w:pPr>
        <w:keepLines/>
      </w:pPr>
      <w:r>
        <w:rPr>
          <w:rFonts w:ascii="Courier New" w:hAnsi="Courier New"/>
          <w:sz w:val="16"/>
        </w:rPr>
        <w:t>51:21                   26   66:1                   84</w:t>
      </w:r>
    </w:p>
    <w:p>
      <w:pPr>
        <w:keepLines/>
      </w:pPr>
      <w:r>
        <w:rPr>
          <w:rFonts w:ascii="Courier New" w:hAnsi="Courier New"/>
          <w:sz w:val="16"/>
        </w:rPr>
        <w:t>51:23                   26   66:20                 133</w:t>
      </w:r>
    </w:p>
    <w:p>
      <w:pPr>
        <w:keepLines/>
      </w:pPr>
      <w:r>
        <w:rPr>
          <w:rFonts w:ascii="Courier New" w:hAnsi="Courier New"/>
          <w:sz w:val="16"/>
        </w:rPr>
        <w:t>52:9                    26   66:22            130, 207</w:t>
      </w:r>
    </w:p>
    <w:p>
      <w:pPr>
        <w:keepLines/>
      </w:pPr>
      <w:r>
        <w:rPr>
          <w:rFonts w:ascii="Courier New" w:hAnsi="Courier New"/>
          <w:sz w:val="16"/>
        </w:rPr>
        <w:t>53:2                   196   66:24                 133</w:t>
      </w:r>
    </w:p>
    <w:p>
      <w:pPr>
        <w:keepLines/>
      </w:pPr>
      <w:r>
        <w:rPr>
          <w:rFonts w:ascii="Courier New" w:hAnsi="Courier New"/>
          <w:sz w:val="16"/>
        </w:rPr>
        <w:t>53:9                    38</w:t>
      </w:r>
    </w:p>
    <w:p>
      <w:pPr>
        <w:pStyle w:val="Heading1"/>
        <w:jc w:val="center"/>
      </w:pPr>
      <w:r>
        <w:t>YEREMYAAH</w:t>
      </w:r>
    </w:p>
    <w:p>
      <w:pPr>
        <w:keepLines/>
      </w:pPr>
      <w:r>
        <w:rPr>
          <w:rFonts w:ascii="Courier New" w:hAnsi="Courier New"/>
          <w:sz w:val="16"/>
        </w:rPr>
        <w:t>1:4-19                236 31:33                   233</w:t>
      </w:r>
    </w:p>
    <w:p>
      <w:pPr>
        <w:keepLines/>
      </w:pPr>
      <w:r>
        <w:rPr>
          <w:rFonts w:ascii="Courier New" w:hAnsi="Courier New"/>
          <w:sz w:val="16"/>
        </w:rPr>
        <w:t>1:5                   198 31:33, 34               234</w:t>
      </w:r>
    </w:p>
    <w:p>
      <w:pPr>
        <w:keepLines/>
      </w:pPr>
      <w:r>
        <w:rPr>
          <w:rFonts w:ascii="Courier New" w:hAnsi="Courier New"/>
          <w:sz w:val="16"/>
        </w:rPr>
        <w:t>3:8                    61 31:35, 36              .215</w:t>
      </w:r>
    </w:p>
    <w:p>
      <w:pPr>
        <w:keepLines/>
      </w:pPr>
      <w:r>
        <w:rPr>
          <w:rFonts w:ascii="Courier New" w:hAnsi="Courier New"/>
          <w:sz w:val="16"/>
        </w:rPr>
        <w:t>3:12, 13-15            61 32:35                   133</w:t>
      </w:r>
    </w:p>
    <w:p>
      <w:pPr>
        <w:keepLines/>
      </w:pPr>
      <w:r>
        <w:rPr>
          <w:rFonts w:ascii="Courier New" w:hAnsi="Courier New"/>
          <w:sz w:val="16"/>
        </w:rPr>
        <w:t>4:1-3, 5, 6            44 32:37                    60</w:t>
      </w:r>
    </w:p>
    <w:p>
      <w:pPr>
        <w:keepLines/>
      </w:pPr>
      <w:r>
        <w:rPr>
          <w:rFonts w:ascii="Courier New" w:hAnsi="Courier New"/>
          <w:sz w:val="16"/>
        </w:rPr>
        <w:t>4:7, 23                44 33:14                    73</w:t>
      </w:r>
    </w:p>
    <w:p>
      <w:pPr>
        <w:keepLines/>
      </w:pPr>
      <w:r>
        <w:rPr>
          <w:rFonts w:ascii="Courier New" w:hAnsi="Courier New"/>
          <w:sz w:val="16"/>
        </w:rPr>
        <w:t>7:20                  134 33:15, 16                74</w:t>
      </w:r>
    </w:p>
    <w:p>
      <w:pPr>
        <w:keepLines/>
      </w:pPr>
      <w:r>
        <w:rPr>
          <w:rFonts w:ascii="Courier New" w:hAnsi="Courier New"/>
          <w:sz w:val="16"/>
        </w:rPr>
        <w:t>10:12, 13             190 33:17                    73</w:t>
      </w:r>
    </w:p>
    <w:p>
      <w:pPr>
        <w:keepLines/>
      </w:pPr>
      <w:r>
        <w:rPr>
          <w:rFonts w:ascii="Courier New" w:hAnsi="Courier New"/>
          <w:sz w:val="16"/>
        </w:rPr>
        <w:t>10:12                 212 33:18                    73</w:t>
      </w:r>
    </w:p>
    <w:p>
      <w:pPr>
        <w:keepLines/>
      </w:pPr>
      <w:r>
        <w:rPr>
          <w:rFonts w:ascii="Courier New" w:hAnsi="Courier New"/>
          <w:sz w:val="16"/>
        </w:rPr>
        <w:t>16:19                  29 33:20                   215</w:t>
      </w:r>
    </w:p>
    <w:p>
      <w:pPr>
        <w:keepLines/>
      </w:pPr>
      <w:r>
        <w:rPr>
          <w:rFonts w:ascii="Courier New" w:hAnsi="Courier New"/>
          <w:sz w:val="16"/>
        </w:rPr>
        <w:t>17:9                  162 33:21, 22                73</w:t>
      </w:r>
    </w:p>
    <w:p>
      <w:pPr>
        <w:keepLines/>
      </w:pPr>
      <w:r>
        <w:rPr>
          <w:rFonts w:ascii="Courier New" w:hAnsi="Courier New"/>
          <w:sz w:val="16"/>
        </w:rPr>
        <w:t>17:27                 134 36:30            .     .242</w:t>
      </w:r>
    </w:p>
    <w:p>
      <w:pPr>
        <w:keepLines/>
      </w:pPr>
      <w:r>
        <w:rPr>
          <w:rFonts w:ascii="Courier New" w:hAnsi="Courier New"/>
          <w:sz w:val="16"/>
        </w:rPr>
        <w:t>20:9                  234 40:7                     76</w:t>
      </w:r>
    </w:p>
    <w:p>
      <w:pPr>
        <w:keepLines/>
      </w:pPr>
      <w:r>
        <w:rPr>
          <w:rFonts w:ascii="Courier New" w:hAnsi="Courier New"/>
          <w:sz w:val="16"/>
        </w:rPr>
        <w:t>22:18, 19             242 43:5-7                   74</w:t>
      </w:r>
    </w:p>
    <w:p>
      <w:pPr>
        <w:keepLines/>
      </w:pPr>
      <w:r>
        <w:rPr>
          <w:rFonts w:ascii="Courier New" w:hAnsi="Courier New"/>
          <w:sz w:val="16"/>
        </w:rPr>
        <w:t>22:29                  76 43:7                     75</w:t>
      </w:r>
    </w:p>
    <w:p>
      <w:pPr>
        <w:keepLines/>
      </w:pPr>
      <w:r>
        <w:rPr>
          <w:rFonts w:ascii="Courier New" w:hAnsi="Courier New"/>
          <w:sz w:val="16"/>
        </w:rPr>
        <w:t>22:30                  84 44:2, 6                  44</w:t>
      </w:r>
    </w:p>
    <w:p>
      <w:pPr>
        <w:keepLines/>
      </w:pPr>
      <w:r>
        <w:rPr>
          <w:rFonts w:ascii="Courier New" w:hAnsi="Courier New"/>
          <w:sz w:val="16"/>
        </w:rPr>
        <w:t>24:1                   85 44:8                     75</w:t>
      </w:r>
    </w:p>
    <w:p>
      <w:pPr>
        <w:keepLines/>
      </w:pPr>
      <w:r>
        <w:rPr>
          <w:rFonts w:ascii="Courier New" w:hAnsi="Courier New"/>
          <w:sz w:val="16"/>
        </w:rPr>
        <w:t>25:15                .135 44:12                    75</w:t>
      </w:r>
    </w:p>
    <w:p>
      <w:pPr>
        <w:keepLines/>
      </w:pPr>
      <w:r>
        <w:rPr>
          <w:rFonts w:ascii="Courier New" w:hAnsi="Courier New"/>
          <w:sz w:val="16"/>
        </w:rPr>
        <w:t>27:5                  212 44:14, 28                75</w:t>
      </w:r>
    </w:p>
    <w:p>
      <w:pPr>
        <w:keepLines/>
      </w:pPr>
      <w:r>
        <w:rPr>
          <w:rFonts w:ascii="Courier New" w:hAnsi="Courier New"/>
          <w:sz w:val="16"/>
        </w:rPr>
        <w:t>30:12-15, 32-42       146 44:15                    75</w:t>
      </w:r>
    </w:p>
    <w:p>
      <w:pPr>
        <w:keepLines/>
      </w:pPr>
      <w:r>
        <w:rPr>
          <w:rFonts w:ascii="Courier New" w:hAnsi="Courier New"/>
          <w:sz w:val="16"/>
        </w:rPr>
        <w:t>30:17                 146 44:16, 18                75</w:t>
      </w:r>
    </w:p>
    <w:p>
      <w:pPr>
        <w:keepLines/>
      </w:pPr>
      <w:r>
        <w:rPr>
          <w:rFonts w:ascii="Courier New" w:hAnsi="Courier New"/>
          <w:sz w:val="16"/>
        </w:rPr>
        <w:t>30:18                  61 44:28                    75</w:t>
      </w:r>
    </w:p>
    <w:p>
      <w:pPr>
        <w:keepLines/>
      </w:pPr>
      <w:r>
        <w:rPr>
          <w:rFonts w:ascii="Courier New" w:hAnsi="Courier New"/>
          <w:sz w:val="16"/>
        </w:rPr>
        <w:t>31:3, 4               146 51:15                   212</w:t>
      </w:r>
    </w:p>
    <w:p>
      <w:pPr>
        <w:keepLines/>
      </w:pPr>
      <w:r>
        <w:rPr>
          <w:rFonts w:ascii="Courier New" w:hAnsi="Courier New"/>
          <w:sz w:val="16"/>
        </w:rPr>
        <w:t>31:8, 10, 28          146 51:39,57             38,149</w:t>
      </w:r>
    </w:p>
    <w:p>
      <w:pPr>
        <w:keepLines/>
      </w:pPr>
      <w:r>
        <w:rPr>
          <w:rFonts w:ascii="Courier New" w:hAnsi="Courier New"/>
          <w:sz w:val="16"/>
        </w:rPr>
        <w:t>31:11-13,16,21        146 51:53                   169</w:t>
      </w:r>
    </w:p>
    <w:p>
      <w:pPr>
        <w:keepLines/>
      </w:pPr>
      <w:r>
        <w:rPr>
          <w:rFonts w:ascii="Courier New" w:hAnsi="Courier New"/>
          <w:sz w:val="16"/>
        </w:rPr>
        <w:t>31:13                 146 51:53, 57               159</w:t>
      </w:r>
    </w:p>
    <w:p>
      <w:pPr>
        <w:keepLines/>
      </w:pPr>
      <w:r>
        <w:rPr>
          <w:rFonts w:ascii="Courier New" w:hAnsi="Courier New"/>
          <w:sz w:val="16"/>
        </w:rPr>
        <w:t>31:15, 16             146 51:57                   147</w:t>
      </w:r>
    </w:p>
    <w:p>
      <w:pPr>
        <w:keepLines/>
      </w:pPr>
      <w:r>
        <w:rPr>
          <w:rFonts w:ascii="Courier New" w:hAnsi="Courier New"/>
          <w:sz w:val="16"/>
        </w:rPr>
        <w:t>31:15, 18, 28         146 52:5, 7, 8               44</w:t>
      </w:r>
    </w:p>
    <w:p>
      <w:pPr>
        <w:keepLines/>
      </w:pPr>
      <w:r>
        <w:rPr>
          <w:rFonts w:ascii="Courier New" w:hAnsi="Courier New"/>
          <w:sz w:val="16"/>
        </w:rPr>
        <w:t>31:16                 146 52:15, 16                44</w:t>
      </w:r>
    </w:p>
    <w:p>
      <w:pPr>
        <w:keepLines/>
      </w:pPr>
      <w:r>
        <w:rPr>
          <w:rFonts w:ascii="Courier New" w:hAnsi="Courier New"/>
          <w:sz w:val="16"/>
        </w:rPr>
        <w:t>31:20                 146 52:16                    44</w:t>
      </w:r>
    </w:p>
    <w:p>
      <w:pPr>
        <w:keepLines/>
      </w:pPr>
      <w:r>
        <w:rPr>
          <w:rFonts w:ascii="Courier New" w:hAnsi="Courier New"/>
          <w:sz w:val="16"/>
        </w:rPr>
        <w:t>31:31-34               61</w:t>
      </w:r>
    </w:p>
    <w:p>
      <w:pPr>
        <w:pStyle w:val="Heading1"/>
        <w:jc w:val="center"/>
      </w:pPr>
      <w:r>
        <w:t>BAROORTII YEREMYAAH</w:t>
      </w:r>
    </w:p>
    <w:p>
      <w:pPr>
        <w:keepLines/>
      </w:pPr>
      <w:r>
        <w:rPr>
          <w:rFonts w:ascii="Courier New" w:hAnsi="Courier New"/>
          <w:sz w:val="16"/>
        </w:rPr>
        <w:t>2:1                  169 4:6             132, 134, 135</w:t>
      </w:r>
    </w:p>
    <w:p>
      <w:pPr>
        <w:keepLines/>
      </w:pPr>
      <w:r>
        <w:rPr>
          <w:rFonts w:ascii="Courier New" w:hAnsi="Courier New"/>
          <w:sz w:val="16"/>
        </w:rPr>
        <w:t>256</w:t>
      </w:r>
    </w:p>
    <w:p>
      <w:pPr>
        <w:jc w:val="center"/>
      </w:pPr>
      <w:r>
        <w:rPr>
          <w:rFonts w:ascii="Courier New" w:hAnsi="Courier New"/>
          <w:b/>
          <w:sz w:val="16"/>
        </w:rPr>
        <w:t>BOG                                               BOG</w:t>
      </w:r>
    </w:p>
    <w:p>
      <w:pPr>
        <w:pStyle w:val="Heading1"/>
        <w:jc w:val="center"/>
      </w:pPr>
      <w:r>
        <w:t>YEXESQEEL</w:t>
      </w:r>
    </w:p>
    <w:p>
      <w:pPr>
        <w:keepLines/>
      </w:pPr>
      <w:r>
        <w:rPr>
          <w:rFonts w:ascii="Courier New" w:hAnsi="Courier New"/>
          <w:sz w:val="16"/>
        </w:rPr>
        <w:t>2:7                                   234 28:13-15                            170</w:t>
      </w:r>
    </w:p>
    <w:p>
      <w:pPr>
        <w:keepLines/>
      </w:pPr>
      <w:r>
        <w:rPr>
          <w:rFonts w:ascii="Courier New" w:hAnsi="Courier New"/>
          <w:sz w:val="16"/>
        </w:rPr>
        <w:t>18:4, 20                              ..19 28:13, 15                          171</w:t>
      </w:r>
    </w:p>
    <w:p>
      <w:pPr>
        <w:keepLines/>
      </w:pPr>
      <w:r>
        <w:rPr>
          <w:rFonts w:ascii="Courier New" w:hAnsi="Courier New"/>
          <w:sz w:val="16"/>
        </w:rPr>
        <w:t>19:9                                  242 28:13-18               168, 171, 175</w:t>
      </w:r>
    </w:p>
    <w:p>
      <w:pPr>
        <w:keepLines/>
      </w:pPr>
      <w:r>
        <w:rPr>
          <w:rFonts w:ascii="Courier New" w:hAnsi="Courier New"/>
          <w:sz w:val="16"/>
        </w:rPr>
        <w:t>20:40                                 172 28:14                         170, 172</w:t>
      </w:r>
    </w:p>
    <w:p>
      <w:pPr>
        <w:keepLines/>
      </w:pPr>
      <w:r>
        <w:rPr>
          <w:rFonts w:ascii="Courier New" w:hAnsi="Courier New"/>
          <w:sz w:val="16"/>
        </w:rPr>
        <w:t>21:26                            73, 76 28:14, 15                             170</w:t>
      </w:r>
    </w:p>
    <w:p>
      <w:pPr>
        <w:keepLines/>
      </w:pPr>
      <w:r>
        <w:rPr>
          <w:rFonts w:ascii="Courier New" w:hAnsi="Courier New"/>
          <w:sz w:val="16"/>
        </w:rPr>
        <w:t>21:26, 27                         78, 81 28:15                                171</w:t>
      </w:r>
    </w:p>
    <w:p>
      <w:pPr>
        <w:keepLines/>
      </w:pPr>
      <w:r>
        <w:rPr>
          <w:rFonts w:ascii="Courier New" w:hAnsi="Courier New"/>
          <w:sz w:val="16"/>
        </w:rPr>
        <w:t>21:27                      61, 76, 84 28:16                                   170</w:t>
      </w:r>
    </w:p>
    <w:p>
      <w:pPr>
        <w:keepLines/>
      </w:pPr>
      <w:r>
        <w:rPr>
          <w:rFonts w:ascii="Courier New" w:hAnsi="Courier New"/>
          <w:sz w:val="16"/>
        </w:rPr>
        <w:t>21:30                                 171 28:17                               170</w:t>
      </w:r>
    </w:p>
    <w:p>
      <w:pPr>
        <w:keepLines/>
      </w:pPr>
      <w:r>
        <w:rPr>
          <w:rFonts w:ascii="Courier New" w:hAnsi="Courier New"/>
          <w:sz w:val="16"/>
        </w:rPr>
        <w:t>26: -                         170, 237 28:18                       .....172, 173</w:t>
      </w:r>
    </w:p>
    <w:p>
      <w:pPr>
        <w:keepLines/>
      </w:pPr>
      <w:r>
        <w:rPr>
          <w:rFonts w:ascii="Courier New" w:hAnsi="Courier New"/>
          <w:sz w:val="16"/>
        </w:rPr>
        <w:t>26:2                                  172 28:18, 19                           171</w:t>
      </w:r>
    </w:p>
    <w:p>
      <w:pPr>
        <w:keepLines/>
      </w:pPr>
      <w:r>
        <w:rPr>
          <w:rFonts w:ascii="Courier New" w:hAnsi="Courier New"/>
          <w:sz w:val="16"/>
        </w:rPr>
        <w:t>26:14                                .170 31:2, 3                             171</w:t>
      </w:r>
    </w:p>
    <w:p>
      <w:pPr>
        <w:keepLines/>
      </w:pPr>
      <w:r>
        <w:rPr>
          <w:rFonts w:ascii="Courier New" w:hAnsi="Courier New"/>
          <w:sz w:val="16"/>
        </w:rPr>
        <w:t>27                                    170 31:8, 9, 16, 18                     171</w:t>
      </w:r>
    </w:p>
    <w:p>
      <w:pPr>
        <w:keepLines/>
      </w:pPr>
      <w:r>
        <w:rPr>
          <w:rFonts w:ascii="Courier New" w:hAnsi="Courier New"/>
          <w:sz w:val="16"/>
        </w:rPr>
        <w:t>27:23                            ...171 34: -                                   80</w:t>
      </w:r>
    </w:p>
    <w:p>
      <w:pPr>
        <w:keepLines/>
      </w:pPr>
      <w:r>
        <w:rPr>
          <w:rFonts w:ascii="Courier New" w:hAnsi="Courier New"/>
          <w:sz w:val="16"/>
        </w:rPr>
        <w:t>28:2                                  170 34:2-4                              110</w:t>
      </w:r>
    </w:p>
    <w:p>
      <w:pPr>
        <w:keepLines/>
      </w:pPr>
      <w:r>
        <w:rPr>
          <w:rFonts w:ascii="Courier New" w:hAnsi="Courier New"/>
          <w:sz w:val="16"/>
        </w:rPr>
        <w:t>28:2, 9                               170 36: -                               146</w:t>
      </w:r>
    </w:p>
    <w:p>
      <w:pPr>
        <w:keepLines/>
      </w:pPr>
      <w:r>
        <w:rPr>
          <w:rFonts w:ascii="Courier New" w:hAnsi="Courier New"/>
          <w:sz w:val="16"/>
        </w:rPr>
        <w:t>28:3                            ...171 36:35                            118, 124</w:t>
      </w:r>
    </w:p>
    <w:p>
      <w:pPr>
        <w:keepLines/>
      </w:pPr>
      <w:r>
        <w:rPr>
          <w:rFonts w:ascii="Courier New" w:hAnsi="Courier New"/>
          <w:sz w:val="16"/>
        </w:rPr>
        <w:t>28:4, 5               170, 171, 172 37: -                                     146</w:t>
      </w:r>
    </w:p>
    <w:p>
      <w:pPr>
        <w:keepLines/>
      </w:pPr>
      <w:r>
        <w:rPr>
          <w:rFonts w:ascii="Courier New" w:hAnsi="Courier New"/>
          <w:sz w:val="16"/>
        </w:rPr>
        <w:t>28:5                                  171 37:19                               .27</w:t>
      </w:r>
    </w:p>
    <w:p>
      <w:pPr>
        <w:keepLines/>
      </w:pPr>
      <w:r>
        <w:rPr>
          <w:rFonts w:ascii="Courier New" w:hAnsi="Courier New"/>
          <w:sz w:val="16"/>
        </w:rPr>
        <w:t>28:10                                 171 37:21,22                         .....27</w:t>
      </w:r>
    </w:p>
    <w:p>
      <w:pPr>
        <w:keepLines/>
      </w:pPr>
      <w:r>
        <w:rPr>
          <w:rFonts w:ascii="Courier New" w:hAnsi="Courier New"/>
          <w:sz w:val="16"/>
        </w:rPr>
        <w:t>28:12                                 170 38:8, 16                              88</w:t>
      </w:r>
    </w:p>
    <w:p>
      <w:pPr>
        <w:keepLines/>
      </w:pPr>
      <w:r>
        <w:rPr>
          <w:rFonts w:ascii="Courier New" w:hAnsi="Courier New"/>
          <w:sz w:val="16"/>
        </w:rPr>
        <w:t>28:13                  124, 171, 172 44:27                                    205</w:t>
      </w:r>
    </w:p>
    <w:p>
      <w:pPr>
        <w:pStyle w:val="Heading1"/>
        <w:jc w:val="center"/>
      </w:pPr>
      <w:r>
        <w:t>DAANYEEL</w:t>
      </w:r>
    </w:p>
    <w:p>
      <w:pPr>
        <w:keepLines/>
      </w:pPr>
      <w:r>
        <w:rPr>
          <w:rFonts w:ascii="Courier New" w:hAnsi="Courier New"/>
          <w:sz w:val="16"/>
        </w:rPr>
        <w:t>2: -                                    86 7:21, 22                         87</w:t>
      </w:r>
    </w:p>
    <w:p>
      <w:pPr>
        <w:keepLines/>
      </w:pPr>
      <w:r>
        <w:rPr>
          <w:rFonts w:ascii="Courier New" w:hAnsi="Courier New"/>
          <w:sz w:val="16"/>
        </w:rPr>
        <w:t>2:22                                  237 7:22, 27                          92</w:t>
      </w:r>
    </w:p>
    <w:p>
      <w:pPr>
        <w:keepLines/>
      </w:pPr>
      <w:r>
        <w:rPr>
          <w:rFonts w:ascii="Courier New" w:hAnsi="Courier New"/>
          <w:sz w:val="16"/>
        </w:rPr>
        <w:t>2:33                                   85 7:23-27                           86</w:t>
      </w:r>
    </w:p>
    <w:p>
      <w:pPr>
        <w:keepLines/>
      </w:pPr>
      <w:r>
        <w:rPr>
          <w:rFonts w:ascii="Courier New" w:hAnsi="Courier New"/>
          <w:sz w:val="16"/>
        </w:rPr>
        <w:t>2:44        85, 86, 92, 96, 120, 124 7:27                              19, 124</w:t>
      </w:r>
    </w:p>
    <w:p>
      <w:pPr>
        <w:keepLines/>
      </w:pPr>
      <w:r>
        <w:rPr>
          <w:rFonts w:ascii="Courier New" w:hAnsi="Courier New"/>
          <w:sz w:val="16"/>
        </w:rPr>
        <w:t>4:15                                   87 8:14                              57</w:t>
      </w:r>
    </w:p>
    <w:p>
      <w:pPr>
        <w:keepLines/>
      </w:pPr>
      <w:r>
        <w:rPr>
          <w:rFonts w:ascii="Courier New" w:hAnsi="Courier New"/>
          <w:sz w:val="16"/>
        </w:rPr>
        <w:t>4:30                                  169 8:27                             237</w:t>
      </w:r>
    </w:p>
    <w:p>
      <w:pPr>
        <w:keepLines/>
      </w:pPr>
      <w:r>
        <w:rPr>
          <w:rFonts w:ascii="Courier New" w:hAnsi="Courier New"/>
          <w:sz w:val="16"/>
        </w:rPr>
        <w:t>4:32                                  173 10: -                            124</w:t>
      </w:r>
    </w:p>
    <w:p>
      <w:pPr>
        <w:keepLines/>
      </w:pPr>
      <w:r>
        <w:rPr>
          <w:rFonts w:ascii="Courier New" w:hAnsi="Courier New"/>
          <w:sz w:val="16"/>
        </w:rPr>
        <w:t>7:7-9                                  86 10:1                             237</w:t>
      </w:r>
    </w:p>
    <w:p>
      <w:pPr>
        <w:keepLines/>
      </w:pPr>
      <w:r>
        <w:rPr>
          <w:rFonts w:ascii="Courier New" w:hAnsi="Courier New"/>
          <w:sz w:val="16"/>
        </w:rPr>
        <w:t>7:10                                   87 11:40                             88</w:t>
      </w:r>
    </w:p>
    <w:p>
      <w:pPr>
        <w:keepLines/>
      </w:pPr>
      <w:r>
        <w:rPr>
          <w:rFonts w:ascii="Courier New" w:hAnsi="Courier New"/>
          <w:sz w:val="16"/>
        </w:rPr>
        <w:t>7:12                                   86 12:1, 2                           88</w:t>
      </w:r>
    </w:p>
    <w:p>
      <w:pPr>
        <w:keepLines/>
      </w:pPr>
      <w:r>
        <w:rPr>
          <w:rFonts w:ascii="Courier New" w:hAnsi="Courier New"/>
          <w:sz w:val="16"/>
        </w:rPr>
        <w:t>7:13                     ......87, 128 12:2                 Ill, 121, 132, 158</w:t>
      </w:r>
    </w:p>
    <w:p>
      <w:pPr>
        <w:keepLines/>
      </w:pPr>
      <w:r>
        <w:rPr>
          <w:rFonts w:ascii="Courier New" w:hAnsi="Courier New"/>
          <w:sz w:val="16"/>
        </w:rPr>
        <w:t>7:14, 27                               94 12:2, 3                          126</w:t>
      </w:r>
    </w:p>
    <w:p>
      <w:pPr>
        <w:keepLines/>
      </w:pPr>
      <w:r>
        <w:rPr>
          <w:rFonts w:ascii="Courier New" w:hAnsi="Courier New"/>
          <w:sz w:val="16"/>
        </w:rPr>
        <w:t>7:18-27                           .128 12:7                                 57</w:t>
      </w:r>
    </w:p>
    <w:p>
      <w:pPr>
        <w:keepLines/>
      </w:pPr>
      <w:r>
        <w:rPr>
          <w:rFonts w:ascii="Courier New" w:hAnsi="Courier New"/>
          <w:sz w:val="16"/>
        </w:rPr>
        <w:t>7:20                                   86 12:9 ..                        .231</w:t>
      </w:r>
    </w:p>
    <w:p>
      <w:pPr>
        <w:keepLines/>
      </w:pPr>
      <w:r>
        <w:rPr>
          <w:rFonts w:ascii="Courier New" w:hAnsi="Courier New"/>
          <w:sz w:val="16"/>
        </w:rPr>
        <w:t>7:20, 21                               85</w:t>
      </w:r>
    </w:p>
    <w:p>
      <w:pPr>
        <w:pStyle w:val="Heading1"/>
        <w:jc w:val="center"/>
      </w:pPr>
      <w:r>
        <w:t>HOOSHEECA</w:t>
      </w:r>
    </w:p>
    <w:p>
      <w:pPr>
        <w:keepLines/>
      </w:pPr>
      <w:r>
        <w:rPr>
          <w:rFonts w:ascii="Courier New" w:hAnsi="Courier New"/>
          <w:sz w:val="16"/>
        </w:rPr>
        <w:t>1:10                  166, 167, 180 3:5                                     74</w:t>
      </w:r>
    </w:p>
    <w:p>
      <w:pPr>
        <w:keepLines/>
      </w:pPr>
      <w:r>
        <w:rPr>
          <w:rFonts w:ascii="Courier New" w:hAnsi="Courier New"/>
          <w:sz w:val="16"/>
        </w:rPr>
        <w:t>3:4                          . 7 4 , 76 12:3, 4                       187, 188</w:t>
      </w:r>
    </w:p>
    <w:p>
      <w:pPr>
        <w:pStyle w:val="Heading1"/>
        <w:jc w:val="center"/>
      </w:pPr>
      <w:r>
        <w:t>YOO'EEL</w:t>
      </w:r>
    </w:p>
    <w:p>
      <w:pPr>
        <w:keepLines/>
      </w:pPr>
      <w:r>
        <w:rPr>
          <w:rFonts w:ascii="Courier New" w:hAnsi="Courier New"/>
          <w:sz w:val="16"/>
        </w:rPr>
        <w:t>2:32                              .....88</w:t>
      </w:r>
    </w:p>
    <w:p>
      <w:pPr>
        <w:pStyle w:val="Heading1"/>
        <w:jc w:val="center"/>
      </w:pPr>
      <w:r>
        <w:t>CAAMOOS</w:t>
      </w:r>
    </w:p>
    <w:p>
      <w:pPr>
        <w:keepLines/>
      </w:pPr>
      <w:r>
        <w:rPr>
          <w:rFonts w:ascii="Courier New" w:hAnsi="Courier New"/>
          <w:sz w:val="16"/>
        </w:rPr>
        <w:t>8:12                                 234 9:13                                 94</w:t>
      </w:r>
    </w:p>
    <w:p>
      <w:pPr>
        <w:keepLines/>
      </w:pPr>
      <w:r>
        <w:rPr>
          <w:rFonts w:ascii="Courier New" w:hAnsi="Courier New"/>
          <w:sz w:val="16"/>
        </w:rPr>
        <w:t>9:11, 12                               94 9:15                                95</w:t>
      </w:r>
    </w:p>
    <w:p>
      <w:pPr>
        <w:pStyle w:val="Heading1"/>
        <w:jc w:val="center"/>
      </w:pPr>
      <w:r>
        <w:t>YOONIS</w:t>
      </w:r>
    </w:p>
    <w:p>
      <w:pPr>
        <w:keepLines/>
      </w:pPr>
      <w:r>
        <w:rPr>
          <w:rFonts w:ascii="Courier New" w:hAnsi="Courier New"/>
          <w:sz w:val="16"/>
        </w:rPr>
        <w:t>2:6                                  132 4:1-9                              231</w:t>
      </w:r>
    </w:p>
    <w:p>
      <w:pPr>
        <w:pStyle w:val="Heading1"/>
        <w:jc w:val="center"/>
      </w:pPr>
      <w:r>
        <w:t>MIIGAAH</w:t>
      </w:r>
    </w:p>
    <w:p>
      <w:pPr>
        <w:keepLines/>
      </w:pPr>
      <w:r>
        <w:rPr>
          <w:rFonts w:ascii="Courier New" w:hAnsi="Courier New"/>
          <w:sz w:val="16"/>
        </w:rPr>
        <w:t>1:4                                  130 4:1-3                                78</w:t>
      </w:r>
    </w:p>
    <w:p>
      <w:pPr>
        <w:keepLines/>
      </w:pPr>
      <w:r>
        <w:rPr>
          <w:rFonts w:ascii="Courier New" w:hAnsi="Courier New"/>
          <w:sz w:val="16"/>
        </w:rPr>
        <w:t>3:12                            88, 95 4:2                               21, 87</w:t>
      </w:r>
    </w:p>
    <w:p>
      <w:pPr>
        <w:keepLines/>
      </w:pPr>
      <w:r>
        <w:rPr>
          <w:rFonts w:ascii="Courier New" w:hAnsi="Courier New"/>
          <w:sz w:val="16"/>
        </w:rPr>
        <w:t>4: -                                 119 4:7                               ...88</w:t>
      </w:r>
    </w:p>
    <w:p>
      <w:pPr>
        <w:keepLines/>
      </w:pPr>
      <w:r>
        <w:rPr>
          <w:rFonts w:ascii="Courier New" w:hAnsi="Courier New"/>
          <w:sz w:val="16"/>
        </w:rPr>
        <w:t>4:1,2                 .87, 119, 130 4:8                                       84</w:t>
      </w:r>
    </w:p>
    <w:p>
      <w:pPr>
        <w:pStyle w:val="Heading1"/>
        <w:jc w:val="center"/>
      </w:pPr>
      <w:r>
        <w:t>XABAQUUQ</w:t>
      </w:r>
    </w:p>
    <w:p>
      <w:pPr>
        <w:keepLines/>
      </w:pPr>
      <w:r>
        <w:rPr>
          <w:rFonts w:ascii="Courier New" w:hAnsi="Courier New"/>
          <w:sz w:val="16"/>
        </w:rPr>
        <w:t>1:13                        167, 184 3:6                              132, 188</w:t>
      </w:r>
    </w:p>
    <w:p>
      <w:pPr>
        <w:keepLines/>
      </w:pPr>
      <w:r>
        <w:rPr>
          <w:rFonts w:ascii="Courier New" w:hAnsi="Courier New"/>
          <w:sz w:val="16"/>
        </w:rPr>
        <w:t>2:14             78, 131, 206, 207</w:t>
      </w:r>
    </w:p>
    <w:p>
      <w:pPr>
        <w:keepLines/>
      </w:pPr>
      <w:r>
        <w:rPr>
          <w:rFonts w:ascii="Courier New" w:hAnsi="Courier New"/>
          <w:sz w:val="16"/>
        </w:rPr>
        <w:t>257</w:t>
      </w:r>
    </w:p>
    <w:p>
      <w:pPr>
        <w:jc w:val="center"/>
      </w:pPr>
      <w:r>
        <w:rPr>
          <w:rFonts w:ascii="Courier New" w:hAnsi="Courier New"/>
          <w:b/>
          <w:sz w:val="16"/>
        </w:rPr>
        <w:t>BOG                                               BOG</w:t>
      </w:r>
    </w:p>
    <w:p>
      <w:pPr>
        <w:pStyle w:val="Heading1"/>
        <w:jc w:val="center"/>
      </w:pPr>
      <w:r>
        <w:t>SEFANYAAH</w:t>
      </w:r>
    </w:p>
    <w:p>
      <w:pPr>
        <w:keepLines/>
      </w:pPr>
      <w:r>
        <w:rPr>
          <w:rFonts w:ascii="Courier New" w:hAnsi="Courier New"/>
          <w:sz w:val="16"/>
        </w:rPr>
        <w:t>3:8                       130 3:9, 10                          130</w:t>
      </w:r>
    </w:p>
    <w:p>
      <w:pPr>
        <w:pStyle w:val="Heading1"/>
        <w:jc w:val="center"/>
      </w:pPr>
      <w:r>
        <w:t>SEKARYAAH</w:t>
      </w:r>
    </w:p>
    <w:p>
      <w:pPr>
        <w:keepLines/>
      </w:pPr>
      <w:r>
        <w:rPr>
          <w:rFonts w:ascii="Courier New" w:hAnsi="Courier New"/>
          <w:sz w:val="16"/>
        </w:rPr>
        <w:t>3:2                       182     14:4                    64, 65, 95</w:t>
      </w:r>
    </w:p>
    <w:p>
      <w:pPr>
        <w:keepLines/>
      </w:pPr>
      <w:r>
        <w:rPr>
          <w:rFonts w:ascii="Courier New" w:hAnsi="Courier New"/>
          <w:sz w:val="16"/>
        </w:rPr>
        <w:t>3:4                       182     14:4, 5, 9, 14-17              21</w:t>
      </w:r>
    </w:p>
    <w:p>
      <w:pPr>
        <w:keepLines/>
      </w:pPr>
      <w:r>
        <w:rPr>
          <w:rFonts w:ascii="Courier New" w:hAnsi="Courier New"/>
          <w:sz w:val="16"/>
        </w:rPr>
        <w:t>9:2                       171     14:4, 9, 12-19                 96</w:t>
      </w:r>
    </w:p>
    <w:p>
      <w:pPr>
        <w:keepLines/>
      </w:pPr>
      <w:r>
        <w:rPr>
          <w:rFonts w:ascii="Courier New" w:hAnsi="Courier New"/>
          <w:sz w:val="16"/>
        </w:rPr>
        <w:t>9:9                     90, 92    14:10                          65</w:t>
      </w:r>
    </w:p>
    <w:p>
      <w:pPr>
        <w:keepLines/>
      </w:pPr>
      <w:r>
        <w:rPr>
          <w:rFonts w:ascii="Courier New" w:hAnsi="Courier New"/>
          <w:sz w:val="16"/>
        </w:rPr>
        <w:t>12:10                       66    14:16, 17                      44</w:t>
      </w:r>
    </w:p>
    <w:p>
      <w:pPr>
        <w:keepLines/>
      </w:pPr>
      <w:r>
        <w:rPr>
          <w:rFonts w:ascii="Courier New" w:hAnsi="Courier New"/>
          <w:sz w:val="16"/>
        </w:rPr>
        <w:t>13:6                        66    14:16-18                       78</w:t>
      </w:r>
    </w:p>
    <w:p>
      <w:pPr>
        <w:keepLines/>
      </w:pPr>
      <w:r>
        <w:rPr>
          <w:rFonts w:ascii="Courier New" w:hAnsi="Courier New"/>
          <w:sz w:val="16"/>
        </w:rPr>
        <w:t>14:1-5                      95    14:17                          43</w:t>
      </w:r>
    </w:p>
    <w:p>
      <w:pPr>
        <w:keepLines/>
      </w:pPr>
      <w:r>
        <w:rPr>
          <w:rFonts w:ascii="Courier New" w:hAnsi="Courier New"/>
          <w:sz w:val="16"/>
        </w:rPr>
        <w:t>14:3                       65</w:t>
      </w:r>
    </w:p>
    <w:p>
      <w:pPr>
        <w:pStyle w:val="Heading1"/>
        <w:jc w:val="center"/>
      </w:pPr>
      <w:r>
        <w:t>MALAAKII</w:t>
      </w:r>
    </w:p>
    <w:p>
      <w:pPr>
        <w:keepLines/>
      </w:pPr>
      <w:r>
        <w:rPr>
          <w:rFonts w:ascii="Courier New" w:hAnsi="Courier New"/>
          <w:sz w:val="16"/>
        </w:rPr>
        <w:t>2:7                       100 4:2                              24</w:t>
      </w:r>
    </w:p>
    <w:p>
      <w:pPr>
        <w:keepLines/>
      </w:pPr>
      <w:r>
        <w:rPr>
          <w:rFonts w:ascii="Courier New" w:hAnsi="Courier New"/>
          <w:sz w:val="16"/>
        </w:rPr>
        <w:t>3:2                         13 4:1-3                           13</w:t>
      </w:r>
    </w:p>
    <w:p>
      <w:pPr>
        <w:keepLines/>
      </w:pPr>
      <w:r>
        <w:rPr>
          <w:rFonts w:ascii="Courier New" w:hAnsi="Courier New"/>
          <w:sz w:val="16"/>
        </w:rPr>
        <w:t>3:6                     20, 50 4:3                            133</w:t>
      </w:r>
    </w:p>
    <w:p>
      <w:pPr>
        <w:keepLines/>
      </w:pPr>
      <w:r>
        <w:rPr>
          <w:rFonts w:ascii="Courier New" w:hAnsi="Courier New"/>
          <w:sz w:val="16"/>
        </w:rPr>
        <w:t>3 &amp; 4-                      23    4:5                           88</w:t>
      </w:r>
    </w:p>
    <w:p>
      <w:pPr>
        <w:keepLines/>
      </w:pPr>
      <w:r>
        <w:rPr>
          <w:rFonts w:ascii="Courier New" w:hAnsi="Courier New"/>
          <w:sz w:val="16"/>
        </w:rPr>
        <w:t>4:1                        133    4:5, 6                        90</w:t>
      </w:r>
    </w:p>
    <w:p>
      <w:pPr>
        <w:pStyle w:val="Heading1"/>
        <w:jc w:val="center"/>
      </w:pPr>
      <w:r>
        <w:t>MATAYOS</w:t>
      </w:r>
    </w:p>
    <w:p>
      <w:pPr>
        <w:keepLines/>
      </w:pPr>
      <w:r>
        <w:rPr>
          <w:rFonts w:ascii="Courier New" w:hAnsi="Courier New"/>
          <w:sz w:val="16"/>
        </w:rPr>
        <w:t xml:space="preserve"> 1: -                       208   7:22, 23              79, 100, 139</w:t>
      </w:r>
    </w:p>
    <w:p>
      <w:pPr>
        <w:keepLines/>
      </w:pPr>
      <w:r>
        <w:rPr>
          <w:rFonts w:ascii="Courier New" w:hAnsi="Courier New"/>
          <w:sz w:val="16"/>
        </w:rPr>
        <w:t>1:1-11                       85   7:29                          195</w:t>
      </w:r>
    </w:p>
    <w:p>
      <w:pPr>
        <w:keepLines/>
      </w:pPr>
      <w:r>
        <w:rPr>
          <w:rFonts w:ascii="Courier New" w:hAnsi="Courier New"/>
          <w:sz w:val="16"/>
        </w:rPr>
        <w:t>1:11-13                      75   8:2                           201</w:t>
      </w:r>
    </w:p>
    <w:p>
      <w:pPr>
        <w:keepLines/>
      </w:pPr>
      <w:r>
        <w:rPr>
          <w:rFonts w:ascii="Courier New" w:hAnsi="Courier New"/>
          <w:sz w:val="16"/>
        </w:rPr>
        <w:t xml:space="preserve"> 1:18, 20              185, 186   8:11                        64, 90</w:t>
      </w:r>
    </w:p>
    <w:p>
      <w:pPr>
        <w:keepLines/>
      </w:pPr>
      <w:r>
        <w:rPr>
          <w:rFonts w:ascii="Courier New" w:hAnsi="Courier New"/>
          <w:sz w:val="16"/>
        </w:rPr>
        <w:t>2:1                29, 114, 242   8:11, 12                      142</w:t>
      </w:r>
    </w:p>
    <w:p>
      <w:pPr>
        <w:keepLines/>
      </w:pPr>
      <w:r>
        <w:rPr>
          <w:rFonts w:ascii="Courier New" w:hAnsi="Courier New"/>
          <w:sz w:val="16"/>
        </w:rPr>
        <w:t>2:13                        106   8:12                          131</w:t>
      </w:r>
    </w:p>
    <w:p>
      <w:pPr>
        <w:keepLines/>
      </w:pPr>
      <w:r>
        <w:rPr>
          <w:rFonts w:ascii="Courier New" w:hAnsi="Courier New"/>
          <w:sz w:val="16"/>
        </w:rPr>
        <w:t>2:17, 18                    146   8:14                           14</w:t>
      </w:r>
    </w:p>
    <w:p>
      <w:pPr>
        <w:keepLines/>
      </w:pPr>
      <w:r>
        <w:rPr>
          <w:rFonts w:ascii="Courier New" w:hAnsi="Courier New"/>
          <w:sz w:val="16"/>
        </w:rPr>
        <w:t>3:2                      89, 90   8:28                          178</w:t>
      </w:r>
    </w:p>
    <w:p>
      <w:pPr>
        <w:keepLines/>
      </w:pPr>
      <w:r>
        <w:rPr>
          <w:rFonts w:ascii="Courier New" w:hAnsi="Courier New"/>
          <w:sz w:val="16"/>
        </w:rPr>
        <w:t>3:2, 7-10                   109   9:2                           201</w:t>
      </w:r>
    </w:p>
    <w:p>
      <w:pPr>
        <w:keepLines/>
      </w:pPr>
      <w:r>
        <w:rPr>
          <w:rFonts w:ascii="Courier New" w:hAnsi="Courier New"/>
          <w:sz w:val="16"/>
        </w:rPr>
        <w:t>3:5, 6                      174   9:14                          108</w:t>
      </w:r>
    </w:p>
    <w:p>
      <w:pPr>
        <w:keepLines/>
      </w:pPr>
      <w:r>
        <w:rPr>
          <w:rFonts w:ascii="Courier New" w:hAnsi="Courier New"/>
          <w:sz w:val="16"/>
        </w:rPr>
        <w:t>3:9                         110   9:18                          201</w:t>
      </w:r>
    </w:p>
    <w:p>
      <w:pPr>
        <w:keepLines/>
      </w:pPr>
      <w:r>
        <w:rPr>
          <w:rFonts w:ascii="Courier New" w:hAnsi="Courier New"/>
          <w:sz w:val="16"/>
        </w:rPr>
        <w:t>3:15                        152   9:32, 33                      178</w:t>
      </w:r>
    </w:p>
    <w:p>
      <w:pPr>
        <w:keepLines/>
      </w:pPr>
      <w:r>
        <w:rPr>
          <w:rFonts w:ascii="Courier New" w:hAnsi="Courier New"/>
          <w:sz w:val="16"/>
        </w:rPr>
        <w:t>3:16         151, 173, 174, 213   10:5, 6                        50</w:t>
      </w:r>
    </w:p>
    <w:p>
      <w:pPr>
        <w:keepLines/>
      </w:pPr>
      <w:r>
        <w:rPr>
          <w:rFonts w:ascii="Courier New" w:hAnsi="Courier New"/>
          <w:sz w:val="16"/>
        </w:rPr>
        <w:t>4: -                        162   10:6                           72</w:t>
      </w:r>
    </w:p>
    <w:p>
      <w:pPr>
        <w:keepLines/>
      </w:pPr>
      <w:r>
        <w:rPr>
          <w:rFonts w:ascii="Courier New" w:hAnsi="Courier New"/>
          <w:sz w:val="16"/>
        </w:rPr>
        <w:t>4:1-11                      173   10:22                     155, 161</w:t>
      </w:r>
    </w:p>
    <w:p>
      <w:pPr>
        <w:keepLines/>
      </w:pPr>
      <w:r>
        <w:rPr>
          <w:rFonts w:ascii="Courier New" w:hAnsi="Courier New"/>
          <w:sz w:val="16"/>
        </w:rPr>
        <w:t>4:4, 7, 10                  232   10: 26                        106</w:t>
      </w:r>
    </w:p>
    <w:p>
      <w:pPr>
        <w:keepLines/>
      </w:pPr>
      <w:r>
        <w:rPr>
          <w:rFonts w:ascii="Courier New" w:hAnsi="Courier New"/>
          <w:sz w:val="16"/>
        </w:rPr>
        <w:t>4:8                         173   10:28                         106</w:t>
      </w:r>
    </w:p>
    <w:p>
      <w:pPr>
        <w:keepLines/>
      </w:pPr>
      <w:r>
        <w:rPr>
          <w:rFonts w:ascii="Courier New" w:hAnsi="Courier New"/>
          <w:sz w:val="16"/>
        </w:rPr>
        <w:t>4:10                    42, 191   10:40                         151</w:t>
      </w:r>
    </w:p>
    <w:p>
      <w:pPr>
        <w:keepLines/>
      </w:pPr>
      <w:r>
        <w:rPr>
          <w:rFonts w:ascii="Courier New" w:hAnsi="Courier New"/>
          <w:sz w:val="16"/>
        </w:rPr>
        <w:t>4:17                         89   10:40-42                       80</w:t>
      </w:r>
    </w:p>
    <w:p>
      <w:pPr>
        <w:keepLines/>
      </w:pPr>
      <w:r>
        <w:rPr>
          <w:rFonts w:ascii="Courier New" w:hAnsi="Courier New"/>
          <w:sz w:val="16"/>
        </w:rPr>
        <w:t>5-7: -                       23   11:10                     179, 184</w:t>
      </w:r>
    </w:p>
    <w:p>
      <w:pPr>
        <w:keepLines/>
      </w:pPr>
      <w:r>
        <w:rPr>
          <w:rFonts w:ascii="Courier New" w:hAnsi="Courier New"/>
          <w:sz w:val="16"/>
        </w:rPr>
        <w:t>5:4                          96   11:11                       89, 90</w:t>
      </w:r>
    </w:p>
    <w:p>
      <w:pPr>
        <w:keepLines/>
      </w:pPr>
      <w:r>
        <w:rPr>
          <w:rFonts w:ascii="Courier New" w:hAnsi="Courier New"/>
          <w:sz w:val="16"/>
        </w:rPr>
        <w:t>5:5                         128   11:12                          89</w:t>
      </w:r>
    </w:p>
    <w:p>
      <w:pPr>
        <w:keepLines/>
      </w:pPr>
      <w:r>
        <w:rPr>
          <w:rFonts w:ascii="Courier New" w:hAnsi="Courier New"/>
          <w:sz w:val="16"/>
        </w:rPr>
        <w:t>5:12                        115   11:14                       88, 90</w:t>
      </w:r>
    </w:p>
    <w:p>
      <w:pPr>
        <w:keepLines/>
      </w:pPr>
      <w:r>
        <w:rPr>
          <w:rFonts w:ascii="Courier New" w:hAnsi="Courier New"/>
          <w:sz w:val="16"/>
        </w:rPr>
        <w:t>5:21, 22                    .42   11:23                         169</w:t>
      </w:r>
    </w:p>
    <w:p>
      <w:pPr>
        <w:keepLines/>
      </w:pPr>
      <w:r>
        <w:rPr>
          <w:rFonts w:ascii="Courier New" w:hAnsi="Courier New"/>
          <w:sz w:val="16"/>
        </w:rPr>
        <w:t>5:27, 28                     42   11:28                          41</w:t>
      </w:r>
    </w:p>
    <w:p>
      <w:pPr>
        <w:keepLines/>
      </w:pPr>
      <w:r>
        <w:rPr>
          <w:rFonts w:ascii="Courier New" w:hAnsi="Courier New"/>
          <w:sz w:val="16"/>
        </w:rPr>
        <w:t>5:34                        120   12:5                           40</w:t>
      </w:r>
    </w:p>
    <w:p>
      <w:pPr>
        <w:keepLines/>
      </w:pPr>
      <w:r>
        <w:rPr>
          <w:rFonts w:ascii="Courier New" w:hAnsi="Courier New"/>
          <w:sz w:val="16"/>
        </w:rPr>
        <w:t>5:34, 35                     42   12:14                         106</w:t>
      </w:r>
    </w:p>
    <w:p>
      <w:pPr>
        <w:keepLines/>
      </w:pPr>
      <w:r>
        <w:rPr>
          <w:rFonts w:ascii="Courier New" w:hAnsi="Courier New"/>
          <w:sz w:val="16"/>
        </w:rPr>
        <w:t>5:35            21, 64, 78, 134   12:18-21                       28</w:t>
      </w:r>
    </w:p>
    <w:p>
      <w:pPr>
        <w:keepLines/>
      </w:pPr>
      <w:r>
        <w:rPr>
          <w:rFonts w:ascii="Courier New" w:hAnsi="Courier New"/>
          <w:sz w:val="16"/>
        </w:rPr>
        <w:t>5:39                   :     22   12:20                          92</w:t>
      </w:r>
    </w:p>
    <w:p>
      <w:pPr>
        <w:keepLines/>
      </w:pPr>
      <w:r>
        <w:rPr>
          <w:rFonts w:ascii="Courier New" w:hAnsi="Courier New"/>
          <w:sz w:val="16"/>
        </w:rPr>
        <w:t>5:44                         22   12:22               162, 163, 178</w:t>
      </w:r>
    </w:p>
    <w:p>
      <w:pPr>
        <w:keepLines/>
      </w:pPr>
      <w:r>
        <w:rPr>
          <w:rFonts w:ascii="Courier New" w:hAnsi="Courier New"/>
          <w:sz w:val="16"/>
        </w:rPr>
        <w:t>5:48                        127   12:27                     105, 108</w:t>
      </w:r>
    </w:p>
    <w:p>
      <w:pPr>
        <w:keepLines/>
      </w:pPr>
      <w:r>
        <w:rPr>
          <w:rFonts w:ascii="Courier New" w:hAnsi="Courier New"/>
          <w:sz w:val="16"/>
        </w:rPr>
        <w:t>6:9                         120   12:28                        ..90</w:t>
      </w:r>
    </w:p>
    <w:p>
      <w:pPr>
        <w:keepLines/>
      </w:pPr>
      <w:r>
        <w:rPr>
          <w:rFonts w:ascii="Courier New" w:hAnsi="Courier New"/>
          <w:sz w:val="16"/>
        </w:rPr>
        <w:t>6:10         120, 127, 168, 184   12:32                          12</w:t>
      </w:r>
    </w:p>
    <w:p>
      <w:pPr>
        <w:keepLines/>
      </w:pPr>
      <w:r>
        <w:rPr>
          <w:rFonts w:ascii="Courier New" w:hAnsi="Courier New"/>
          <w:sz w:val="16"/>
        </w:rPr>
        <w:t>6:24                        173   12:36                      13, 142</w:t>
      </w:r>
    </w:p>
    <w:p>
      <w:pPr>
        <w:keepLines/>
      </w:pPr>
      <w:r>
        <w:rPr>
          <w:rFonts w:ascii="Courier New" w:hAnsi="Courier New"/>
          <w:sz w:val="16"/>
        </w:rPr>
        <w:t>6:33                         96   12:40                    Ill, 118</w:t>
      </w:r>
    </w:p>
    <w:p>
      <w:pPr>
        <w:keepLines/>
      </w:pPr>
      <w:r>
        <w:rPr>
          <w:rFonts w:ascii="Courier New" w:hAnsi="Courier New"/>
          <w:sz w:val="16"/>
        </w:rPr>
        <w:t>7:13, 14                      2   12:41                         175</w:t>
      </w:r>
    </w:p>
    <w:p>
      <w:pPr>
        <w:keepLines/>
      </w:pPr>
      <w:r>
        <w:rPr>
          <w:rFonts w:ascii="Courier New" w:hAnsi="Courier New"/>
          <w:sz w:val="16"/>
        </w:rPr>
        <w:t>7:21                         80   12:41, 42                     143</w:t>
      </w:r>
    </w:p>
    <w:p>
      <w:pPr>
        <w:keepLines/>
      </w:pPr>
      <w:r>
        <w:rPr>
          <w:rFonts w:ascii="Courier New" w:hAnsi="Courier New"/>
          <w:sz w:val="16"/>
        </w:rPr>
        <w:t>7:21-23             47, 53, 159   12:42                         231</w:t>
      </w:r>
    </w:p>
    <w:p>
      <w:pPr>
        <w:keepLines/>
      </w:pPr>
      <w:r>
        <w:rPr>
          <w:rFonts w:ascii="Courier New" w:hAnsi="Courier New"/>
          <w:sz w:val="16"/>
        </w:rPr>
        <w:t>7:22                     13, 80   12:43-45                      174</w:t>
      </w:r>
    </w:p>
    <w:p>
      <w:pPr>
        <w:keepLines/>
      </w:pPr>
      <w:r>
        <w:rPr>
          <w:rFonts w:ascii="Courier New" w:hAnsi="Courier New"/>
          <w:sz w:val="16"/>
        </w:rPr>
        <w:t>258</w:t>
      </w:r>
    </w:p>
    <w:p>
      <w:pPr>
        <w:jc w:val="center"/>
      </w:pPr>
      <w:r>
        <w:rPr>
          <w:rFonts w:ascii="Courier New" w:hAnsi="Courier New"/>
          <w:b/>
          <w:sz w:val="16"/>
        </w:rPr>
        <w:t>BOG                                               BOG</w:t>
      </w:r>
    </w:p>
    <w:p>
      <w:pPr>
        <w:keepLines/>
      </w:pPr>
      <w:r>
        <w:rPr>
          <w:rFonts w:ascii="Courier New" w:hAnsi="Courier New"/>
          <w:sz w:val="16"/>
        </w:rPr>
        <w:t xml:space="preserve"> 12:44                                  174 21:43                                 71</w:t>
      </w:r>
    </w:p>
    <w:p>
      <w:pPr>
        <w:keepLines/>
      </w:pPr>
      <w:r>
        <w:rPr>
          <w:rFonts w:ascii="Courier New" w:hAnsi="Courier New"/>
          <w:sz w:val="16"/>
        </w:rPr>
        <w:t xml:space="preserve"> 12:45                                  175 22:7                                 106</w:t>
      </w:r>
    </w:p>
    <w:p>
      <w:pPr>
        <w:keepLines/>
      </w:pPr>
      <w:r>
        <w:rPr>
          <w:rFonts w:ascii="Courier New" w:hAnsi="Courier New"/>
          <w:sz w:val="16"/>
        </w:rPr>
        <w:t>13:23                                   137 22:31                               117</w:t>
      </w:r>
    </w:p>
    <w:p>
      <w:pPr>
        <w:keepLines/>
      </w:pPr>
      <w:r>
        <w:rPr>
          <w:rFonts w:ascii="Courier New" w:hAnsi="Courier New"/>
          <w:sz w:val="16"/>
        </w:rPr>
        <w:t xml:space="preserve"> 13:30, 40-42, 49-50                    131 22:31, 32                           232</w:t>
      </w:r>
    </w:p>
    <w:p>
      <w:pPr>
        <w:keepLines/>
      </w:pPr>
      <w:r>
        <w:rPr>
          <w:rFonts w:ascii="Courier New" w:hAnsi="Courier New"/>
          <w:sz w:val="16"/>
        </w:rPr>
        <w:t>13:39                                   138 22:32                               117</w:t>
      </w:r>
    </w:p>
    <w:p>
      <w:pPr>
        <w:keepLines/>
      </w:pPr>
      <w:r>
        <w:rPr>
          <w:rFonts w:ascii="Courier New" w:hAnsi="Courier New"/>
          <w:sz w:val="16"/>
        </w:rPr>
        <w:t>15:19                                    29 23:13                                  5</w:t>
      </w:r>
    </w:p>
    <w:p>
      <w:pPr>
        <w:keepLines/>
      </w:pPr>
      <w:r>
        <w:rPr>
          <w:rFonts w:ascii="Courier New" w:hAnsi="Courier New"/>
          <w:sz w:val="16"/>
        </w:rPr>
        <w:t xml:space="preserve"> 15:24                               28, 72 23:23                               108</w:t>
      </w:r>
    </w:p>
    <w:p>
      <w:pPr>
        <w:keepLines/>
      </w:pPr>
      <w:r>
        <w:rPr>
          <w:rFonts w:ascii="Courier New" w:hAnsi="Courier New"/>
          <w:sz w:val="16"/>
        </w:rPr>
        <w:t>15:27                                   110 23:28                                92</w:t>
      </w:r>
    </w:p>
    <w:p>
      <w:pPr>
        <w:keepLines/>
      </w:pPr>
      <w:r>
        <w:rPr>
          <w:rFonts w:ascii="Courier New" w:hAnsi="Courier New"/>
          <w:sz w:val="16"/>
        </w:rPr>
        <w:t>16:16                                     4 23:33                               165</w:t>
      </w:r>
    </w:p>
    <w:p>
      <w:pPr>
        <w:keepLines/>
      </w:pPr>
      <w:r>
        <w:rPr>
          <w:rFonts w:ascii="Courier New" w:hAnsi="Courier New"/>
          <w:sz w:val="16"/>
        </w:rPr>
        <w:t>16:18                               1, 4, 6 23:35                              217</w:t>
      </w:r>
    </w:p>
    <w:p>
      <w:pPr>
        <w:keepLines/>
      </w:pPr>
      <w:r>
        <w:rPr>
          <w:rFonts w:ascii="Courier New" w:hAnsi="Courier New"/>
          <w:sz w:val="16"/>
        </w:rPr>
        <w:t>16:19                                     5 23:37                               172</w:t>
      </w:r>
    </w:p>
    <w:p>
      <w:pPr>
        <w:keepLines/>
      </w:pPr>
      <w:r>
        <w:rPr>
          <w:rFonts w:ascii="Courier New" w:hAnsi="Courier New"/>
          <w:sz w:val="16"/>
        </w:rPr>
        <w:t>16:21                                   118 23:37, 38                         59, 60</w:t>
      </w:r>
    </w:p>
    <w:p>
      <w:pPr>
        <w:keepLines/>
      </w:pPr>
      <w:r>
        <w:rPr>
          <w:rFonts w:ascii="Courier New" w:hAnsi="Courier New"/>
          <w:sz w:val="16"/>
        </w:rPr>
        <w:t xml:space="preserve"> 16:22, 23                                5 23:39                                61</w:t>
      </w:r>
    </w:p>
    <w:p>
      <w:pPr>
        <w:keepLines/>
      </w:pPr>
      <w:r>
        <w:rPr>
          <w:rFonts w:ascii="Courier New" w:hAnsi="Courier New"/>
          <w:sz w:val="16"/>
        </w:rPr>
        <w:t>16:23                                   162 24:3                                 65</w:t>
      </w:r>
    </w:p>
    <w:p>
      <w:pPr>
        <w:keepLines/>
      </w:pPr>
      <w:r>
        <w:rPr>
          <w:rFonts w:ascii="Courier New" w:hAnsi="Courier New"/>
          <w:sz w:val="16"/>
        </w:rPr>
        <w:t>16:25, 26                               106 24:13                           96, 113</w:t>
      </w:r>
    </w:p>
    <w:p>
      <w:pPr>
        <w:keepLines/>
      </w:pPr>
      <w:r>
        <w:rPr>
          <w:rFonts w:ascii="Courier New" w:hAnsi="Courier New"/>
          <w:sz w:val="16"/>
        </w:rPr>
        <w:t>16:27          81, 115, 119, 125, 188, 192 24:20                                 42</w:t>
      </w:r>
    </w:p>
    <w:p>
      <w:pPr>
        <w:keepLines/>
      </w:pPr>
      <w:r>
        <w:rPr>
          <w:rFonts w:ascii="Courier New" w:hAnsi="Courier New"/>
          <w:sz w:val="16"/>
        </w:rPr>
        <w:t>17:1                               91, 243 24:24                                 53</w:t>
      </w:r>
    </w:p>
    <w:p>
      <w:pPr>
        <w:keepLines/>
      </w:pPr>
      <w:r>
        <w:rPr>
          <w:rFonts w:ascii="Courier New" w:hAnsi="Courier New"/>
          <w:sz w:val="16"/>
        </w:rPr>
        <w:t>17:3                                    116 24:26, 27                            65</w:t>
      </w:r>
    </w:p>
    <w:p>
      <w:pPr>
        <w:keepLines/>
      </w:pPr>
      <w:r>
        <w:rPr>
          <w:rFonts w:ascii="Courier New" w:hAnsi="Courier New"/>
          <w:sz w:val="16"/>
        </w:rPr>
        <w:t>17:9                               91, 116 24:30                          128, 129</w:t>
      </w:r>
    </w:p>
    <w:p>
      <w:pPr>
        <w:keepLines/>
      </w:pPr>
      <w:r>
        <w:rPr>
          <w:rFonts w:ascii="Courier New" w:hAnsi="Courier New"/>
          <w:sz w:val="16"/>
        </w:rPr>
        <w:t>18:1                                   5, 6 25:21-34                             87</w:t>
      </w:r>
    </w:p>
    <w:p>
      <w:pPr>
        <w:keepLines/>
      </w:pPr>
      <w:r>
        <w:rPr>
          <w:rFonts w:ascii="Courier New" w:hAnsi="Courier New"/>
          <w:sz w:val="16"/>
        </w:rPr>
        <w:t>18:3, 4                                 150 25:31                       80, 81, 84</w:t>
      </w:r>
    </w:p>
    <w:p>
      <w:pPr>
        <w:keepLines/>
      </w:pPr>
      <w:r>
        <w:rPr>
          <w:rFonts w:ascii="Courier New" w:hAnsi="Courier New"/>
          <w:sz w:val="16"/>
        </w:rPr>
        <w:t>18:4                                    150 25:31, 32                           121</w:t>
      </w:r>
    </w:p>
    <w:p>
      <w:pPr>
        <w:keepLines/>
      </w:pPr>
      <w:r>
        <w:rPr>
          <w:rFonts w:ascii="Courier New" w:hAnsi="Courier New"/>
          <w:sz w:val="16"/>
        </w:rPr>
        <w:t>18:10, 14                               150 25:31, 32, 34, 46                    79</w:t>
      </w:r>
    </w:p>
    <w:p>
      <w:pPr>
        <w:keepLines/>
      </w:pPr>
      <w:r>
        <w:rPr>
          <w:rFonts w:ascii="Courier New" w:hAnsi="Courier New"/>
          <w:sz w:val="16"/>
        </w:rPr>
        <w:t>18:18                                     5 25:31, 34, 46                   97, 102</w:t>
      </w:r>
    </w:p>
    <w:p>
      <w:pPr>
        <w:keepLines/>
      </w:pPr>
      <w:r>
        <w:rPr>
          <w:rFonts w:ascii="Courier New" w:hAnsi="Courier New"/>
          <w:sz w:val="16"/>
        </w:rPr>
        <w:t>19: -                                  235 25:31-34, 46                        138</w:t>
      </w:r>
    </w:p>
    <w:p>
      <w:pPr>
        <w:keepLines/>
      </w:pPr>
      <w:r>
        <w:rPr>
          <w:rFonts w:ascii="Courier New" w:hAnsi="Courier New"/>
          <w:sz w:val="16"/>
        </w:rPr>
        <w:t>19:1                                   248 25:31-46                29, 79, 96, 119,</w:t>
      </w:r>
    </w:p>
    <w:p>
      <w:pPr>
        <w:keepLines/>
      </w:pPr>
      <w:r>
        <w:rPr>
          <w:rFonts w:ascii="Courier New" w:hAnsi="Courier New"/>
          <w:sz w:val="16"/>
        </w:rPr>
        <w:t>19:4                                      1                          139, 149, 158</w:t>
      </w:r>
    </w:p>
    <w:p>
      <w:pPr>
        <w:keepLines/>
      </w:pPr>
      <w:r>
        <w:rPr>
          <w:rFonts w:ascii="Courier New" w:hAnsi="Courier New"/>
          <w:sz w:val="16"/>
        </w:rPr>
        <w:t>19:4, 5                           217, 230 25:33                               159</w:t>
      </w:r>
    </w:p>
    <w:p>
      <w:pPr>
        <w:keepLines/>
      </w:pPr>
      <w:r>
        <w:rPr>
          <w:rFonts w:ascii="Courier New" w:hAnsi="Courier New"/>
          <w:sz w:val="16"/>
        </w:rPr>
        <w:t>19:4-6                                 232 25:34                       93, 99, 112,</w:t>
      </w:r>
    </w:p>
    <w:p>
      <w:pPr>
        <w:keepLines/>
      </w:pPr>
      <w:r>
        <w:rPr>
          <w:rFonts w:ascii="Courier New" w:hAnsi="Courier New"/>
          <w:sz w:val="16"/>
        </w:rPr>
        <w:t>19:12                                    14                          185, 193, 197</w:t>
      </w:r>
    </w:p>
    <w:p>
      <w:pPr>
        <w:keepLines/>
      </w:pPr>
      <w:r>
        <w:rPr>
          <w:rFonts w:ascii="Courier New" w:hAnsi="Courier New"/>
          <w:sz w:val="16"/>
        </w:rPr>
        <w:t>19:16                                  243 25:41-46                            159</w:t>
      </w:r>
    </w:p>
    <w:p>
      <w:pPr>
        <w:keepLines/>
      </w:pPr>
      <w:r>
        <w:rPr>
          <w:rFonts w:ascii="Courier New" w:hAnsi="Courier New"/>
          <w:sz w:val="16"/>
        </w:rPr>
        <w:t>19:24                                    80 25:46               131, 138, 140, 158</w:t>
      </w:r>
    </w:p>
    <w:p>
      <w:pPr>
        <w:keepLines/>
      </w:pPr>
      <w:r>
        <w:rPr>
          <w:rFonts w:ascii="Courier New" w:hAnsi="Courier New"/>
          <w:sz w:val="16"/>
        </w:rPr>
        <w:t>19:27, 28             9, 78, 80, 120, 149 26:26                                  10</w:t>
      </w:r>
    </w:p>
    <w:p>
      <w:pPr>
        <w:keepLines/>
      </w:pPr>
      <w:r>
        <w:rPr>
          <w:rFonts w:ascii="Courier New" w:hAnsi="Courier New"/>
          <w:sz w:val="16"/>
        </w:rPr>
        <w:t>19:28                           78, 80, 99 26:33, 34                              9</w:t>
      </w:r>
    </w:p>
    <w:p>
      <w:pPr>
        <w:keepLines/>
      </w:pPr>
      <w:r>
        <w:rPr>
          <w:rFonts w:ascii="Courier New" w:hAnsi="Courier New"/>
          <w:sz w:val="16"/>
        </w:rPr>
        <w:t>20:20-23                                  6 26:39                   186, 201, 209</w:t>
      </w:r>
    </w:p>
    <w:p>
      <w:pPr>
        <w:keepLines/>
      </w:pPr>
      <w:r>
        <w:rPr>
          <w:rFonts w:ascii="Courier New" w:hAnsi="Courier New"/>
          <w:sz w:val="16"/>
        </w:rPr>
        <w:t>20:23                                  120 26: 64                                87</w:t>
      </w:r>
    </w:p>
    <w:p>
      <w:pPr>
        <w:keepLines/>
      </w:pPr>
      <w:r>
        <w:rPr>
          <w:rFonts w:ascii="Courier New" w:hAnsi="Courier New"/>
          <w:sz w:val="16"/>
        </w:rPr>
        <w:t>20:29-34                         238, 244 27:6, 7                              244</w:t>
      </w:r>
    </w:p>
    <w:p>
      <w:pPr>
        <w:keepLines/>
      </w:pPr>
      <w:r>
        <w:rPr>
          <w:rFonts w:ascii="Courier New" w:hAnsi="Courier New"/>
          <w:sz w:val="16"/>
        </w:rPr>
        <w:t>21:5, 9                             90, 92 27:20                               106</w:t>
      </w:r>
    </w:p>
    <w:p>
      <w:pPr>
        <w:keepLines/>
      </w:pPr>
      <w:r>
        <w:rPr>
          <w:rFonts w:ascii="Courier New" w:hAnsi="Courier New"/>
          <w:sz w:val="16"/>
        </w:rPr>
        <w:t>21:9                                   248 27:37                               245</w:t>
      </w:r>
    </w:p>
    <w:p>
      <w:pPr>
        <w:keepLines/>
      </w:pPr>
      <w:r>
        <w:rPr>
          <w:rFonts w:ascii="Courier New" w:hAnsi="Courier New"/>
          <w:sz w:val="16"/>
        </w:rPr>
        <w:t>21:12, 13                        109, 248 28:1                                   89</w:t>
      </w:r>
    </w:p>
    <w:p>
      <w:pPr>
        <w:keepLines/>
      </w:pPr>
      <w:r>
        <w:rPr>
          <w:rFonts w:ascii="Courier New" w:hAnsi="Courier New"/>
          <w:sz w:val="16"/>
        </w:rPr>
        <w:t>21:18, 19                              248 28:7                                245</w:t>
      </w:r>
    </w:p>
    <w:p>
      <w:pPr>
        <w:keepLines/>
      </w:pPr>
      <w:r>
        <w:rPr>
          <w:rFonts w:ascii="Courier New" w:hAnsi="Courier New"/>
          <w:sz w:val="16"/>
        </w:rPr>
        <w:t>21:23                                  195 28:9                                247</w:t>
      </w:r>
    </w:p>
    <w:p>
      <w:pPr>
        <w:keepLines/>
      </w:pPr>
      <w:r>
        <w:rPr>
          <w:rFonts w:ascii="Courier New" w:hAnsi="Courier New"/>
          <w:sz w:val="16"/>
        </w:rPr>
        <w:t>21:41                                  106 28:10                               247</w:t>
      </w:r>
    </w:p>
    <w:p>
      <w:pPr>
        <w:keepLines/>
      </w:pPr>
      <w:r>
        <w:rPr>
          <w:rFonts w:ascii="Courier New" w:hAnsi="Courier New"/>
          <w:sz w:val="16"/>
        </w:rPr>
        <w:t>21:42                                   .4</w:t>
      </w:r>
    </w:p>
    <w:p>
      <w:pPr>
        <w:pStyle w:val="Heading1"/>
        <w:jc w:val="center"/>
      </w:pPr>
      <w:r>
        <w:t>MARKOS</w:t>
      </w:r>
    </w:p>
    <w:p>
      <w:pPr>
        <w:keepLines/>
      </w:pPr>
      <w:r>
        <w:rPr>
          <w:rFonts w:ascii="Courier New" w:hAnsi="Courier New"/>
          <w:sz w:val="16"/>
        </w:rPr>
        <w:t>1:13                                173   9:1                                  90</w:t>
      </w:r>
    </w:p>
    <w:p>
      <w:pPr>
        <w:keepLines/>
      </w:pPr>
      <w:r>
        <w:rPr>
          <w:rFonts w:ascii="Courier New" w:hAnsi="Courier New"/>
          <w:sz w:val="16"/>
        </w:rPr>
        <w:t>2:26                                246   9:2                             91, 243</w:t>
      </w:r>
    </w:p>
    <w:p>
      <w:pPr>
        <w:keepLines/>
      </w:pPr>
      <w:r>
        <w:rPr>
          <w:rFonts w:ascii="Courier New" w:hAnsi="Courier New"/>
          <w:sz w:val="16"/>
        </w:rPr>
        <w:t>3:11                   1            178   9:17-22                            178</w:t>
      </w:r>
    </w:p>
    <w:p>
      <w:pPr>
        <w:keepLines/>
      </w:pPr>
      <w:r>
        <w:rPr>
          <w:rFonts w:ascii="Courier New" w:hAnsi="Courier New"/>
          <w:sz w:val="16"/>
        </w:rPr>
        <w:t>3:21                  ,             164   9:17-27                            163</w:t>
      </w:r>
    </w:p>
    <w:p>
      <w:pPr>
        <w:keepLines/>
      </w:pPr>
      <w:r>
        <w:rPr>
          <w:rFonts w:ascii="Courier New" w:hAnsi="Courier New"/>
          <w:sz w:val="16"/>
        </w:rPr>
        <w:t>3:29                                 12   9:34                                  6</w:t>
      </w:r>
    </w:p>
    <w:p>
      <w:pPr>
        <w:keepLines/>
      </w:pPr>
      <w:r>
        <w:rPr>
          <w:rFonts w:ascii="Courier New" w:hAnsi="Courier New"/>
          <w:sz w:val="16"/>
        </w:rPr>
        <w:t>4:11, 12                            107   9:43-48                            133</w:t>
      </w:r>
    </w:p>
    <w:p>
      <w:pPr>
        <w:keepLines/>
      </w:pPr>
      <w:r>
        <w:rPr>
          <w:rFonts w:ascii="Courier New" w:hAnsi="Courier New"/>
          <w:sz w:val="16"/>
        </w:rPr>
        <w:t>4:28                                137   10:6                               230</w:t>
      </w:r>
    </w:p>
    <w:p>
      <w:pPr>
        <w:keepLines/>
      </w:pPr>
      <w:r>
        <w:rPr>
          <w:rFonts w:ascii="Courier New" w:hAnsi="Courier New"/>
          <w:sz w:val="16"/>
        </w:rPr>
        <w:t>4:34                                107   10:14                              150</w:t>
      </w:r>
    </w:p>
    <w:p>
      <w:pPr>
        <w:keepLines/>
      </w:pPr>
      <w:r>
        <w:rPr>
          <w:rFonts w:ascii="Courier New" w:hAnsi="Courier New"/>
          <w:sz w:val="16"/>
        </w:rPr>
        <w:t>5:1-5                               163   10:14, 15                          150</w:t>
      </w:r>
    </w:p>
    <w:p>
      <w:pPr>
        <w:keepLines/>
      </w:pPr>
      <w:r>
        <w:rPr>
          <w:rFonts w:ascii="Courier New" w:hAnsi="Courier New"/>
          <w:sz w:val="16"/>
        </w:rPr>
        <w:t>5:7, 9                              164   10:15                              150</w:t>
      </w:r>
    </w:p>
    <w:p>
      <w:pPr>
        <w:keepLines/>
      </w:pPr>
      <w:r>
        <w:rPr>
          <w:rFonts w:ascii="Courier New" w:hAnsi="Courier New"/>
          <w:sz w:val="16"/>
        </w:rPr>
        <w:t>5:9                                 178   10:17                              243</w:t>
      </w:r>
    </w:p>
    <w:p>
      <w:pPr>
        <w:keepLines/>
      </w:pPr>
      <w:r>
        <w:rPr>
          <w:rFonts w:ascii="Courier New" w:hAnsi="Courier New"/>
          <w:sz w:val="16"/>
        </w:rPr>
        <w:t>5:15                                164   10:18                              187</w:t>
      </w:r>
    </w:p>
    <w:p>
      <w:pPr>
        <w:keepLines/>
      </w:pPr>
      <w:r>
        <w:rPr>
          <w:rFonts w:ascii="Courier New" w:hAnsi="Courier New"/>
          <w:sz w:val="16"/>
        </w:rPr>
        <w:t>7:4                                 150   10:24                              150</w:t>
      </w:r>
    </w:p>
    <w:p>
      <w:pPr>
        <w:keepLines/>
      </w:pPr>
      <w:r>
        <w:rPr>
          <w:rFonts w:ascii="Courier New" w:hAnsi="Courier New"/>
          <w:sz w:val="16"/>
        </w:rPr>
        <w:t>7:4, 8                              151   10:46-52                       238, 244</w:t>
      </w:r>
    </w:p>
    <w:p>
      <w:pPr>
        <w:keepLines/>
      </w:pPr>
      <w:r>
        <w:rPr>
          <w:rFonts w:ascii="Courier New" w:hAnsi="Courier New"/>
          <w:sz w:val="16"/>
        </w:rPr>
        <w:t>7:9, 10, 13                         232   11:9, 10                         90, 92</w:t>
      </w:r>
    </w:p>
    <w:p>
      <w:pPr>
        <w:keepLines/>
      </w:pPr>
      <w:r>
        <w:rPr>
          <w:rFonts w:ascii="Courier New" w:hAnsi="Courier New"/>
          <w:sz w:val="16"/>
        </w:rPr>
        <w:t>7:10                                232   11:16                              248</w:t>
      </w:r>
    </w:p>
    <w:p>
      <w:pPr>
        <w:keepLines/>
      </w:pPr>
      <w:r>
        <w:rPr>
          <w:rFonts w:ascii="Courier New" w:hAnsi="Courier New"/>
          <w:sz w:val="16"/>
        </w:rPr>
        <w:t>7:19                                 21   12:10, 11                          233</w:t>
      </w:r>
    </w:p>
    <w:p>
      <w:pPr>
        <w:keepLines/>
      </w:pPr>
      <w:r>
        <w:rPr>
          <w:rFonts w:ascii="Courier New" w:hAnsi="Courier New"/>
          <w:sz w:val="16"/>
        </w:rPr>
        <w:t>7:20-23                             162   12:26, 27                          232</w:t>
      </w:r>
    </w:p>
    <w:p>
      <w:pPr>
        <w:keepLines/>
      </w:pPr>
      <w:r>
        <w:rPr>
          <w:rFonts w:ascii="Courier New" w:hAnsi="Courier New"/>
          <w:sz w:val="16"/>
        </w:rPr>
        <w:t>259</w:t>
      </w:r>
    </w:p>
    <w:p>
      <w:pPr>
        <w:jc w:val="center"/>
      </w:pPr>
      <w:r>
        <w:rPr>
          <w:rFonts w:ascii="Courier New" w:hAnsi="Courier New"/>
          <w:b/>
          <w:sz w:val="16"/>
        </w:rPr>
        <w:t>BOG                                               BOG</w:t>
      </w:r>
    </w:p>
    <w:p>
      <w:pPr>
        <w:keepLines/>
      </w:pPr>
      <w:r>
        <w:rPr>
          <w:rFonts w:ascii="Courier New" w:hAnsi="Courier New"/>
          <w:sz w:val="16"/>
        </w:rPr>
        <w:t>12:35, 36                               233       16:15                                   50</w:t>
      </w:r>
    </w:p>
    <w:p>
      <w:pPr>
        <w:keepLines/>
      </w:pPr>
      <w:r>
        <w:rPr>
          <w:rFonts w:ascii="Courier New" w:hAnsi="Courier New"/>
          <w:sz w:val="16"/>
        </w:rPr>
        <w:t>15:26                                   245       16:15, 16                              152</w:t>
      </w:r>
    </w:p>
    <w:p>
      <w:pPr>
        <w:keepLines/>
      </w:pPr>
      <w:r>
        <w:rPr>
          <w:rFonts w:ascii="Courier New" w:hAnsi="Courier New"/>
          <w:sz w:val="16"/>
        </w:rPr>
        <w:t>16:7, 8                                 246       16:16                             152, 153</w:t>
      </w:r>
    </w:p>
    <w:p>
      <w:pPr>
        <w:keepLines/>
      </w:pPr>
      <w:r>
        <w:rPr>
          <w:rFonts w:ascii="Courier New" w:hAnsi="Courier New"/>
          <w:sz w:val="16"/>
        </w:rPr>
        <w:t>16:9                                    247       16:17, 18                               51</w:t>
      </w:r>
    </w:p>
    <w:p>
      <w:pPr>
        <w:keepLines/>
      </w:pPr>
      <w:r>
        <w:rPr>
          <w:rFonts w:ascii="Courier New" w:hAnsi="Courier New"/>
          <w:sz w:val="16"/>
        </w:rPr>
        <w:t>16:12                                   200       16:20                                  .50</w:t>
      </w:r>
    </w:p>
    <w:p>
      <w:pPr>
        <w:pStyle w:val="Heading1"/>
        <w:jc w:val="center"/>
      </w:pPr>
      <w:r>
        <w:t>LUUKOS</w:t>
      </w:r>
    </w:p>
    <w:p>
      <w:pPr>
        <w:keepLines/>
      </w:pPr>
      <w:r>
        <w:rPr>
          <w:rFonts w:ascii="Courier New" w:hAnsi="Courier New"/>
          <w:sz w:val="16"/>
        </w:rPr>
        <w:t>1:2                                           190 12:47, 48                              .131</w:t>
      </w:r>
    </w:p>
    <w:p>
      <w:pPr>
        <w:keepLines/>
      </w:pPr>
      <w:r>
        <w:rPr>
          <w:rFonts w:ascii="Courier New" w:hAnsi="Courier New"/>
          <w:sz w:val="16"/>
        </w:rPr>
        <w:t>1:5                                           212 13:3, 5                                  159</w:t>
      </w:r>
    </w:p>
    <w:p>
      <w:pPr>
        <w:keepLines/>
      </w:pPr>
      <w:r>
        <w:rPr>
          <w:rFonts w:ascii="Courier New" w:hAnsi="Courier New"/>
          <w:sz w:val="16"/>
        </w:rPr>
        <w:t>1:17                                           88 13:10-17                                 176</w:t>
      </w:r>
    </w:p>
    <w:p>
      <w:pPr>
        <w:keepLines/>
      </w:pPr>
      <w:r>
        <w:rPr>
          <w:rFonts w:ascii="Courier New" w:hAnsi="Courier New"/>
          <w:sz w:val="16"/>
        </w:rPr>
        <w:t>1:26, 27                                      243 13:11                                    176</w:t>
      </w:r>
    </w:p>
    <w:p>
      <w:pPr>
        <w:keepLines/>
      </w:pPr>
      <w:r>
        <w:rPr>
          <w:rFonts w:ascii="Courier New" w:hAnsi="Courier New"/>
          <w:sz w:val="16"/>
        </w:rPr>
        <w:t>1:31-33                                       134 13:11-17                                 163</w:t>
      </w:r>
    </w:p>
    <w:p>
      <w:pPr>
        <w:keepLines/>
      </w:pPr>
      <w:r>
        <w:rPr>
          <w:rFonts w:ascii="Courier New" w:hAnsi="Courier New"/>
          <w:sz w:val="16"/>
        </w:rPr>
        <w:t>1:31, 35                                20, 185 13:16                                      176</w:t>
      </w:r>
    </w:p>
    <w:p>
      <w:pPr>
        <w:keepLines/>
      </w:pPr>
      <w:r>
        <w:rPr>
          <w:rFonts w:ascii="Courier New" w:hAnsi="Courier New"/>
          <w:sz w:val="16"/>
        </w:rPr>
        <w:t>1:31-35                                 29, 205 13:22                                       89</w:t>
      </w:r>
    </w:p>
    <w:p>
      <w:pPr>
        <w:keepLines/>
      </w:pPr>
      <w:r>
        <w:rPr>
          <w:rFonts w:ascii="Courier New" w:hAnsi="Courier New"/>
          <w:sz w:val="16"/>
        </w:rPr>
        <w:t>1:32                                     78, 84 13:24-30                                   149</w:t>
      </w:r>
    </w:p>
    <w:p>
      <w:pPr>
        <w:keepLines/>
      </w:pPr>
      <w:r>
        <w:rPr>
          <w:rFonts w:ascii="Courier New" w:hAnsi="Courier New"/>
          <w:sz w:val="16"/>
        </w:rPr>
        <w:t xml:space="preserve"> 1:32, 33            64, 74, 78, 81, 120, 121 13:25-30                                     159</w:t>
      </w:r>
    </w:p>
    <w:p>
      <w:pPr>
        <w:keepLines/>
      </w:pPr>
      <w:r>
        <w:rPr>
          <w:rFonts w:ascii="Courier New" w:hAnsi="Courier New"/>
          <w:sz w:val="16"/>
        </w:rPr>
        <w:t>1:34, 35                                      186 13:26, 27                             .159</w:t>
      </w:r>
    </w:p>
    <w:p>
      <w:pPr>
        <w:keepLines/>
      </w:pPr>
      <w:r>
        <w:rPr>
          <w:rFonts w:ascii="Courier New" w:hAnsi="Courier New"/>
          <w:sz w:val="16"/>
        </w:rPr>
        <w:t xml:space="preserve"> 1:35 . 1 9 1 , 192, 193, 204, 208. 211, 212 13:28                                          64</w:t>
      </w:r>
    </w:p>
    <w:p>
      <w:pPr>
        <w:keepLines/>
      </w:pPr>
      <w:r>
        <w:rPr>
          <w:rFonts w:ascii="Courier New" w:hAnsi="Courier New"/>
          <w:sz w:val="16"/>
        </w:rPr>
        <w:t>1:69                               .'         137 13:29                                     90</w:t>
      </w:r>
    </w:p>
    <w:p>
      <w:pPr>
        <w:keepLines/>
      </w:pPr>
      <w:r>
        <w:rPr>
          <w:rFonts w:ascii="Courier New" w:hAnsi="Courier New"/>
          <w:sz w:val="16"/>
        </w:rPr>
        <w:t>1:72, 73                                       92 15:27                                     66</w:t>
      </w:r>
    </w:p>
    <w:p>
      <w:pPr>
        <w:keepLines/>
      </w:pPr>
      <w:r>
        <w:rPr>
          <w:rFonts w:ascii="Courier New" w:hAnsi="Courier New"/>
          <w:sz w:val="16"/>
        </w:rPr>
        <w:t>2:1                                    147, 202 16                                         108</w:t>
      </w:r>
    </w:p>
    <w:p>
      <w:pPr>
        <w:keepLines/>
      </w:pPr>
      <w:r>
        <w:rPr>
          <w:rFonts w:ascii="Courier New" w:hAnsi="Courier New"/>
          <w:sz w:val="16"/>
        </w:rPr>
        <w:t>2:1-7                                        243 16:1                                      107</w:t>
      </w:r>
    </w:p>
    <w:p>
      <w:pPr>
        <w:keepLines/>
      </w:pPr>
      <w:r>
        <w:rPr>
          <w:rFonts w:ascii="Courier New" w:hAnsi="Courier New"/>
          <w:sz w:val="16"/>
        </w:rPr>
        <w:t>2:4                                          242 16:8                                      171</w:t>
      </w:r>
    </w:p>
    <w:p>
      <w:pPr>
        <w:keepLines/>
      </w:pPr>
      <w:r>
        <w:rPr>
          <w:rFonts w:ascii="Courier New" w:hAnsi="Courier New"/>
          <w:sz w:val="16"/>
        </w:rPr>
        <w:t>2:11                                         118 16:14, 15                                 108</w:t>
      </w:r>
    </w:p>
    <w:p>
      <w:pPr>
        <w:keepLines/>
      </w:pPr>
      <w:r>
        <w:rPr>
          <w:rFonts w:ascii="Courier New" w:hAnsi="Courier New"/>
          <w:sz w:val="16"/>
        </w:rPr>
        <w:t>2:21                                          185 16:16                              89, 109</w:t>
      </w:r>
    </w:p>
    <w:p>
      <w:pPr>
        <w:keepLines/>
      </w:pPr>
      <w:r>
        <w:rPr>
          <w:rFonts w:ascii="Courier New" w:hAnsi="Courier New"/>
          <w:sz w:val="16"/>
        </w:rPr>
        <w:t>2:23                                          147 16:16, 17, 18, 19                        109</w:t>
      </w:r>
    </w:p>
    <w:p>
      <w:pPr>
        <w:keepLines/>
      </w:pPr>
      <w:r>
        <w:rPr>
          <w:rFonts w:ascii="Courier New" w:hAnsi="Courier New"/>
          <w:sz w:val="16"/>
        </w:rPr>
        <w:t>2:36, 37                                       72 16:18                          ..       .110</w:t>
      </w:r>
    </w:p>
    <w:p>
      <w:pPr>
        <w:keepLines/>
      </w:pPr>
      <w:r>
        <w:rPr>
          <w:rFonts w:ascii="Courier New" w:hAnsi="Courier New"/>
          <w:sz w:val="16"/>
        </w:rPr>
        <w:t>3                                      85, 208 16:19-31                             105, 107</w:t>
      </w:r>
    </w:p>
    <w:p>
      <w:pPr>
        <w:keepLines/>
      </w:pPr>
      <w:r>
        <w:rPr>
          <w:rFonts w:ascii="Courier New" w:hAnsi="Courier New"/>
          <w:sz w:val="16"/>
        </w:rPr>
        <w:t>3:31                                           85 16:20                                    109</w:t>
      </w:r>
    </w:p>
    <w:p>
      <w:pPr>
        <w:keepLines/>
      </w:pPr>
      <w:r>
        <w:rPr>
          <w:rFonts w:ascii="Courier New" w:hAnsi="Courier New"/>
          <w:sz w:val="16"/>
        </w:rPr>
        <w:t>3:38                            166, 167, 180 16:21                _.                      109</w:t>
      </w:r>
    </w:p>
    <w:p>
      <w:pPr>
        <w:keepLines/>
      </w:pPr>
      <w:r>
        <w:rPr>
          <w:rFonts w:ascii="Courier New" w:hAnsi="Courier New"/>
          <w:sz w:val="16"/>
        </w:rPr>
        <w:t>4:5                                          173 16:22                                     107</w:t>
      </w:r>
    </w:p>
    <w:p>
      <w:pPr>
        <w:keepLines/>
      </w:pPr>
      <w:r>
        <w:rPr>
          <w:rFonts w:ascii="Courier New" w:hAnsi="Courier New"/>
          <w:sz w:val="16"/>
        </w:rPr>
        <w:t>4:18                                         213 16:23                                     107</w:t>
      </w:r>
    </w:p>
    <w:p>
      <w:pPr>
        <w:keepLines/>
      </w:pPr>
      <w:r>
        <w:rPr>
          <w:rFonts w:ascii="Courier New" w:hAnsi="Courier New"/>
          <w:sz w:val="16"/>
        </w:rPr>
        <w:t>4:18-21                                      233 16:22-31                                  110</w:t>
      </w:r>
    </w:p>
    <w:p>
      <w:pPr>
        <w:keepLines/>
      </w:pPr>
      <w:r>
        <w:rPr>
          <w:rFonts w:ascii="Courier New" w:hAnsi="Courier New"/>
          <w:sz w:val="16"/>
        </w:rPr>
        <w:t>4:34,41                                      178 16:24                         -           107</w:t>
      </w:r>
    </w:p>
    <w:p>
      <w:pPr>
        <w:keepLines/>
      </w:pPr>
      <w:r>
        <w:rPr>
          <w:rFonts w:ascii="Courier New" w:hAnsi="Courier New"/>
          <w:sz w:val="16"/>
        </w:rPr>
        <w:t>6:12                                         186 16:26                                     107</w:t>
      </w:r>
    </w:p>
    <w:p>
      <w:pPr>
        <w:keepLines/>
      </w:pPr>
      <w:r>
        <w:rPr>
          <w:rFonts w:ascii="Courier New" w:hAnsi="Courier New"/>
          <w:sz w:val="16"/>
        </w:rPr>
        <w:t>6:21                                           96 16:27                                    107</w:t>
      </w:r>
    </w:p>
    <w:p>
      <w:pPr>
        <w:keepLines/>
      </w:pPr>
      <w:r>
        <w:rPr>
          <w:rFonts w:ascii="Courier New" w:hAnsi="Courier New"/>
          <w:sz w:val="16"/>
        </w:rPr>
        <w:t>7:8                                          195 16:31                                 1, 233</w:t>
      </w:r>
    </w:p>
    <w:p>
      <w:pPr>
        <w:keepLines/>
      </w:pPr>
      <w:r>
        <w:rPr>
          <w:rFonts w:ascii="Courier New" w:hAnsi="Courier New"/>
          <w:sz w:val="16"/>
        </w:rPr>
        <w:t>7:24, 27                              179, 184 17:20, 21                       ..           91</w:t>
      </w:r>
    </w:p>
    <w:p>
      <w:pPr>
        <w:keepLines/>
      </w:pPr>
      <w:r>
        <w:rPr>
          <w:rFonts w:ascii="Courier New" w:hAnsi="Courier New"/>
          <w:sz w:val="16"/>
        </w:rPr>
        <w:t>7:28                                           90 17:27                                    231</w:t>
      </w:r>
    </w:p>
    <w:p>
      <w:pPr>
        <w:keepLines/>
      </w:pPr>
      <w:r>
        <w:rPr>
          <w:rFonts w:ascii="Courier New" w:hAnsi="Courier New"/>
          <w:sz w:val="16"/>
        </w:rPr>
        <w:t>7:29, 30                                     109 18:12                           -108, 109</w:t>
      </w:r>
    </w:p>
    <w:p>
      <w:pPr>
        <w:keepLines/>
      </w:pPr>
      <w:r>
        <w:rPr>
          <w:rFonts w:ascii="Courier New" w:hAnsi="Courier New"/>
          <w:sz w:val="16"/>
        </w:rPr>
        <w:t>8:21                                           80 18:18                                    243</w:t>
      </w:r>
    </w:p>
    <w:p>
      <w:pPr>
        <w:keepLines/>
      </w:pPr>
      <w:r>
        <w:rPr>
          <w:rFonts w:ascii="Courier New" w:hAnsi="Courier New"/>
          <w:sz w:val="16"/>
        </w:rPr>
        <w:t>9:27                                         243 18:35-43                                  244</w:t>
      </w:r>
    </w:p>
    <w:p>
      <w:pPr>
        <w:keepLines/>
      </w:pPr>
      <w:r>
        <w:rPr>
          <w:rFonts w:ascii="Courier New" w:hAnsi="Courier New"/>
          <w:sz w:val="16"/>
        </w:rPr>
        <w:t>9:28                                   91, 243 19:11                                        93</w:t>
      </w:r>
    </w:p>
    <w:p>
      <w:pPr>
        <w:keepLines/>
      </w:pPr>
      <w:r>
        <w:rPr>
          <w:rFonts w:ascii="Courier New" w:hAnsi="Courier New"/>
          <w:sz w:val="16"/>
        </w:rPr>
        <w:t>9:52                                  179, 184 19:11, 12                                    90</w:t>
      </w:r>
    </w:p>
    <w:p>
      <w:pPr>
        <w:keepLines/>
      </w:pPr>
      <w:r>
        <w:rPr>
          <w:rFonts w:ascii="Courier New" w:hAnsi="Courier New"/>
          <w:sz w:val="16"/>
        </w:rPr>
        <w:t>10:1, 17                                        7 19:12                                     93</w:t>
      </w:r>
    </w:p>
    <w:p>
      <w:pPr>
        <w:keepLines/>
      </w:pPr>
      <w:r>
        <w:rPr>
          <w:rFonts w:ascii="Courier New" w:hAnsi="Courier New"/>
          <w:sz w:val="16"/>
        </w:rPr>
        <w:t>10:3                                            7 19:38                              90, 92</w:t>
      </w:r>
    </w:p>
    <w:p>
      <w:pPr>
        <w:keepLines/>
      </w:pPr>
      <w:r>
        <w:rPr>
          <w:rFonts w:ascii="Courier New" w:hAnsi="Courier New"/>
          <w:sz w:val="16"/>
        </w:rPr>
        <w:t>10:4                                            7 20:27-38                           ......110</w:t>
      </w:r>
    </w:p>
    <w:p>
      <w:pPr>
        <w:keepLines/>
      </w:pPr>
      <w:r>
        <w:rPr>
          <w:rFonts w:ascii="Courier New" w:hAnsi="Courier New"/>
          <w:sz w:val="16"/>
        </w:rPr>
        <w:t>10:9                                    .7, 92 20:33                                   ....144</w:t>
      </w:r>
    </w:p>
    <w:p>
      <w:pPr>
        <w:keepLines/>
      </w:pPr>
      <w:r>
        <w:rPr>
          <w:rFonts w:ascii="Courier New" w:hAnsi="Courier New"/>
          <w:sz w:val="16"/>
        </w:rPr>
        <w:t>10:11                                          92 20:35, 36        132, 164, 166, 184, 187</w:t>
      </w:r>
    </w:p>
    <w:p>
      <w:pPr>
        <w:keepLines/>
      </w:pPr>
      <w:r>
        <w:rPr>
          <w:rFonts w:ascii="Courier New" w:hAnsi="Courier New"/>
          <w:sz w:val="16"/>
        </w:rPr>
        <w:t>10:16                             .7, 28, 151 20:36                                 171, 180</w:t>
      </w:r>
    </w:p>
    <w:p>
      <w:pPr>
        <w:keepLines/>
      </w:pPr>
      <w:r>
        <w:rPr>
          <w:rFonts w:ascii="Courier New" w:hAnsi="Courier New"/>
          <w:sz w:val="16"/>
        </w:rPr>
        <w:t>10:17                                        175 20:38                                     117</w:t>
      </w:r>
    </w:p>
    <w:p>
      <w:pPr>
        <w:keepLines/>
      </w:pPr>
      <w:r>
        <w:rPr>
          <w:rFonts w:ascii="Courier New" w:hAnsi="Courier New"/>
          <w:sz w:val="16"/>
        </w:rPr>
        <w:t>10:18                       ...168, 169, 175 21:27                                         129</w:t>
      </w:r>
    </w:p>
    <w:p>
      <w:pPr>
        <w:keepLines/>
      </w:pPr>
      <w:r>
        <w:rPr>
          <w:rFonts w:ascii="Courier New" w:hAnsi="Courier New"/>
          <w:sz w:val="16"/>
        </w:rPr>
        <w:t>10:20                                        176 22:3                                     .176</w:t>
      </w:r>
    </w:p>
    <w:p>
      <w:pPr>
        <w:keepLines/>
      </w:pPr>
      <w:r>
        <w:rPr>
          <w:rFonts w:ascii="Courier New" w:hAnsi="Courier New"/>
          <w:sz w:val="16"/>
        </w:rPr>
        <w:t>11:14                                        175 22:24                                       6</w:t>
      </w:r>
    </w:p>
    <w:p>
      <w:pPr>
        <w:keepLines/>
      </w:pPr>
      <w:r>
        <w:rPr>
          <w:rFonts w:ascii="Courier New" w:hAnsi="Courier New"/>
          <w:sz w:val="16"/>
        </w:rPr>
        <w:t>11:14-23                                     175 22:25-30                                    6</w:t>
      </w:r>
    </w:p>
    <w:p>
      <w:pPr>
        <w:keepLines/>
      </w:pPr>
      <w:r>
        <w:rPr>
          <w:rFonts w:ascii="Courier New" w:hAnsi="Courier New"/>
          <w:sz w:val="16"/>
        </w:rPr>
        <w:t>11:17, 18                                 ...175 22:31                                     176</w:t>
      </w:r>
    </w:p>
    <w:p>
      <w:pPr>
        <w:keepLines/>
      </w:pPr>
      <w:r>
        <w:rPr>
          <w:rFonts w:ascii="Courier New" w:hAnsi="Courier New"/>
          <w:sz w:val="16"/>
        </w:rPr>
        <w:t>11:20                                          92 22:32                                  .1,8</w:t>
      </w:r>
    </w:p>
    <w:p>
      <w:pPr>
        <w:keepLines/>
      </w:pPr>
      <w:r>
        <w:rPr>
          <w:rFonts w:ascii="Courier New" w:hAnsi="Courier New"/>
          <w:sz w:val="16"/>
        </w:rPr>
        <w:t>11:20-22                                     175 22:34                                .....118</w:t>
      </w:r>
    </w:p>
    <w:p>
      <w:pPr>
        <w:keepLines/>
      </w:pPr>
      <w:r>
        <w:rPr>
          <w:rFonts w:ascii="Courier New" w:hAnsi="Courier New"/>
          <w:sz w:val="16"/>
        </w:rPr>
        <w:t>11:38                                        150 22:37                                  -233</w:t>
      </w:r>
    </w:p>
    <w:p>
      <w:pPr>
        <w:keepLines/>
      </w:pPr>
      <w:r>
        <w:rPr>
          <w:rFonts w:ascii="Courier New" w:hAnsi="Courier New"/>
          <w:sz w:val="16"/>
        </w:rPr>
        <w:t>11:52                                           5 22:55-62                                   9</w:t>
      </w:r>
    </w:p>
    <w:p>
      <w:pPr>
        <w:keepLines/>
      </w:pPr>
      <w:r>
        <w:rPr>
          <w:rFonts w:ascii="Courier New" w:hAnsi="Courier New"/>
          <w:sz w:val="16"/>
        </w:rPr>
        <w:t>11:52, 46                                    109 23:38                           -         245</w:t>
      </w:r>
    </w:p>
    <w:p>
      <w:pPr>
        <w:keepLines/>
      </w:pPr>
      <w:r>
        <w:rPr>
          <w:rFonts w:ascii="Courier New" w:hAnsi="Courier New"/>
          <w:sz w:val="16"/>
        </w:rPr>
        <w:t>12:1-9                                       142 23:42                             .117, 124</w:t>
      </w:r>
    </w:p>
    <w:p>
      <w:pPr>
        <w:keepLines/>
      </w:pPr>
      <w:r>
        <w:rPr>
          <w:rFonts w:ascii="Courier New" w:hAnsi="Courier New"/>
          <w:sz w:val="16"/>
        </w:rPr>
        <w:t>12:10                                  12, 213 23:43                        .117, 118, 124</w:t>
      </w:r>
    </w:p>
    <w:p>
      <w:pPr>
        <w:keepLines/>
      </w:pPr>
      <w:r>
        <w:rPr>
          <w:rFonts w:ascii="Courier New" w:hAnsi="Courier New"/>
          <w:sz w:val="16"/>
        </w:rPr>
        <w:t>12:16                                        107 23:46                                     Ill</w:t>
      </w:r>
    </w:p>
    <w:p>
      <w:pPr>
        <w:keepLines/>
      </w:pPr>
      <w:r>
        <w:rPr>
          <w:rFonts w:ascii="Courier New" w:hAnsi="Courier New"/>
          <w:sz w:val="16"/>
        </w:rPr>
        <w:t>260</w:t>
      </w:r>
    </w:p>
    <w:p>
      <w:pPr>
        <w:jc w:val="center"/>
      </w:pPr>
      <w:r>
        <w:rPr>
          <w:rFonts w:ascii="Courier New" w:hAnsi="Courier New"/>
          <w:b/>
          <w:sz w:val="16"/>
        </w:rPr>
        <w:t>BOG                                               BOG</w:t>
      </w:r>
    </w:p>
    <w:p>
      <w:pPr>
        <w:keepLines/>
      </w:pPr>
      <w:r>
        <w:rPr>
          <w:rFonts w:ascii="Courier New" w:hAnsi="Courier New"/>
          <w:sz w:val="16"/>
        </w:rPr>
        <w:t>24:4                                  117 24:26                              157</w:t>
      </w:r>
    </w:p>
    <w:p>
      <w:pPr>
        <w:keepLines/>
      </w:pPr>
      <w:r>
        <w:rPr>
          <w:rFonts w:ascii="Courier New" w:hAnsi="Courier New"/>
          <w:sz w:val="16"/>
        </w:rPr>
        <w:t>24:8, 9                               247 24:31                              200</w:t>
      </w:r>
    </w:p>
    <w:p>
      <w:pPr>
        <w:keepLines/>
      </w:pPr>
      <w:r>
        <w:rPr>
          <w:rFonts w:ascii="Courier New" w:hAnsi="Courier New"/>
          <w:sz w:val="16"/>
        </w:rPr>
        <w:t>24:16                                 200 24:33                              245</w:t>
      </w:r>
    </w:p>
    <w:p>
      <w:pPr>
        <w:keepLines/>
      </w:pPr>
      <w:r>
        <w:rPr>
          <w:rFonts w:ascii="Courier New" w:hAnsi="Courier New"/>
          <w:sz w:val="16"/>
        </w:rPr>
        <w:t>24:23                                 117 24:37, 39                          113</w:t>
      </w:r>
    </w:p>
    <w:p>
      <w:pPr>
        <w:keepLines/>
      </w:pPr>
      <w:r>
        <w:rPr>
          <w:rFonts w:ascii="Courier New" w:hAnsi="Courier New"/>
          <w:sz w:val="16"/>
        </w:rPr>
        <w:t>24:25, 26, 27                         233 24:44                              233</w:t>
      </w:r>
    </w:p>
    <w:p>
      <w:pPr>
        <w:pStyle w:val="Heading1"/>
        <w:jc w:val="center"/>
      </w:pPr>
      <w:r>
        <w:t>YOOXANAA</w:t>
      </w:r>
    </w:p>
    <w:p>
      <w:pPr>
        <w:keepLines/>
      </w:pPr>
      <w:r>
        <w:rPr>
          <w:rFonts w:ascii="Courier New" w:hAnsi="Courier New"/>
          <w:sz w:val="16"/>
        </w:rPr>
        <w:t xml:space="preserve"> 1:1                                     190 6:53                                 11</w:t>
      </w:r>
    </w:p>
    <w:p>
      <w:pPr>
        <w:keepLines/>
      </w:pPr>
      <w:r>
        <w:rPr>
          <w:rFonts w:ascii="Courier New" w:hAnsi="Courier New"/>
          <w:sz w:val="16"/>
        </w:rPr>
        <w:t xml:space="preserve"> 1:1-3                                   189 6:54                          157, 158</w:t>
      </w:r>
    </w:p>
    <w:p>
      <w:pPr>
        <w:keepLines/>
      </w:pPr>
      <w:r>
        <w:rPr>
          <w:rFonts w:ascii="Courier New" w:hAnsi="Courier New"/>
          <w:sz w:val="16"/>
        </w:rPr>
        <w:t xml:space="preserve"> 1:6                                     197 6:57                                 11</w:t>
      </w:r>
    </w:p>
    <w:p>
      <w:pPr>
        <w:keepLines/>
      </w:pPr>
      <w:r>
        <w:rPr>
          <w:rFonts w:ascii="Courier New" w:hAnsi="Courier New"/>
          <w:sz w:val="16"/>
        </w:rPr>
        <w:t xml:space="preserve">  1:7, 8                                 190 6:58                               192</w:t>
      </w:r>
    </w:p>
    <w:p>
      <w:pPr>
        <w:keepLines/>
      </w:pPr>
      <w:r>
        <w:rPr>
          <w:rFonts w:ascii="Courier New" w:hAnsi="Courier New"/>
          <w:sz w:val="16"/>
        </w:rPr>
        <w:t xml:space="preserve"> 1:11                                    174 6:60                               192</w:t>
      </w:r>
    </w:p>
    <w:p>
      <w:pPr>
        <w:keepLines/>
      </w:pPr>
      <w:r>
        <w:rPr>
          <w:rFonts w:ascii="Courier New" w:hAnsi="Courier New"/>
          <w:sz w:val="16"/>
        </w:rPr>
        <w:t xml:space="preserve">  1:12                       166, 167, 180 6:62                                 192</w:t>
      </w:r>
    </w:p>
    <w:p>
      <w:pPr>
        <w:keepLines/>
      </w:pPr>
      <w:r>
        <w:rPr>
          <w:rFonts w:ascii="Courier New" w:hAnsi="Courier New"/>
          <w:sz w:val="16"/>
        </w:rPr>
        <w:t xml:space="preserve">  1:14                  189, 190, 192, 194 6:62, 63                               11</w:t>
      </w:r>
    </w:p>
    <w:p>
      <w:pPr>
        <w:keepLines/>
      </w:pPr>
      <w:r>
        <w:rPr>
          <w:rFonts w:ascii="Courier New" w:hAnsi="Courier New"/>
          <w:sz w:val="16"/>
        </w:rPr>
        <w:t xml:space="preserve">  1:18                             196, 240 6:63                       11, 45, 192</w:t>
      </w:r>
    </w:p>
    <w:p>
      <w:pPr>
        <w:keepLines/>
      </w:pPr>
      <w:r>
        <w:rPr>
          <w:rFonts w:ascii="Courier New" w:hAnsi="Courier New"/>
          <w:sz w:val="16"/>
        </w:rPr>
        <w:t xml:space="preserve"> 1:21                                     88 6:66                               192</w:t>
      </w:r>
    </w:p>
    <w:p>
      <w:pPr>
        <w:keepLines/>
      </w:pPr>
      <w:r>
        <w:rPr>
          <w:rFonts w:ascii="Courier New" w:hAnsi="Courier New"/>
          <w:sz w:val="16"/>
        </w:rPr>
        <w:t xml:space="preserve"> 1:28                                    109 6:68                                 11</w:t>
      </w:r>
    </w:p>
    <w:p>
      <w:pPr>
        <w:keepLines/>
      </w:pPr>
      <w:r>
        <w:rPr>
          <w:rFonts w:ascii="Courier New" w:hAnsi="Courier New"/>
          <w:sz w:val="16"/>
        </w:rPr>
        <w:t xml:space="preserve"> 1:42                                      4 6:70                     .20, 29, 162</w:t>
      </w:r>
    </w:p>
    <w:p>
      <w:pPr>
        <w:keepLines/>
      </w:pPr>
      <w:r>
        <w:rPr>
          <w:rFonts w:ascii="Courier New" w:hAnsi="Courier New"/>
          <w:sz w:val="16"/>
        </w:rPr>
        <w:t xml:space="preserve"> 2:11                                   248 7:16       ....     190, 191, 204, 237</w:t>
      </w:r>
    </w:p>
    <w:p>
      <w:pPr>
        <w:keepLines/>
      </w:pPr>
      <w:r>
        <w:rPr>
          <w:rFonts w:ascii="Courier New" w:hAnsi="Courier New"/>
          <w:sz w:val="16"/>
        </w:rPr>
        <w:t xml:space="preserve"> 2:13-16                          109, 248 7:22, 23                              40</w:t>
      </w:r>
    </w:p>
    <w:p>
      <w:pPr>
        <w:keepLines/>
      </w:pPr>
      <w:r>
        <w:rPr>
          <w:rFonts w:ascii="Courier New" w:hAnsi="Courier New"/>
          <w:sz w:val="16"/>
        </w:rPr>
        <w:t xml:space="preserve"> 2:16                                    119 7:33, 34                           120</w:t>
      </w:r>
    </w:p>
    <w:p>
      <w:pPr>
        <w:keepLines/>
      </w:pPr>
      <w:r>
        <w:rPr>
          <w:rFonts w:ascii="Courier New" w:hAnsi="Courier New"/>
          <w:sz w:val="16"/>
        </w:rPr>
        <w:t xml:space="preserve"> 2:24, 25                                 30 7:37                               142</w:t>
      </w:r>
    </w:p>
    <w:p>
      <w:pPr>
        <w:keepLines/>
      </w:pPr>
      <w:r>
        <w:rPr>
          <w:rFonts w:ascii="Courier New" w:hAnsi="Courier New"/>
          <w:sz w:val="16"/>
        </w:rPr>
        <w:t xml:space="preserve"> 3:3                                    193 8:14                                193</w:t>
      </w:r>
    </w:p>
    <w:p>
      <w:pPr>
        <w:keepLines/>
      </w:pPr>
      <w:r>
        <w:rPr>
          <w:rFonts w:ascii="Courier New" w:hAnsi="Courier New"/>
          <w:sz w:val="16"/>
        </w:rPr>
        <w:t xml:space="preserve"> 3:3, 7                             45, 189 8:18, 54                            193</w:t>
      </w:r>
    </w:p>
    <w:p>
      <w:pPr>
        <w:keepLines/>
      </w:pPr>
      <w:r>
        <w:rPr>
          <w:rFonts w:ascii="Courier New" w:hAnsi="Courier New"/>
          <w:sz w:val="16"/>
        </w:rPr>
        <w:t xml:space="preserve"> 3:5                               152, 153 8:21                                120</w:t>
      </w:r>
    </w:p>
    <w:p>
      <w:pPr>
        <w:keepLines/>
      </w:pPr>
      <w:r>
        <w:rPr>
          <w:rFonts w:ascii="Courier New" w:hAnsi="Courier New"/>
          <w:sz w:val="16"/>
        </w:rPr>
        <w:t xml:space="preserve"> 3:7                                    193 8:23                                193</w:t>
      </w:r>
    </w:p>
    <w:p>
      <w:pPr>
        <w:keepLines/>
      </w:pPr>
      <w:r>
        <w:rPr>
          <w:rFonts w:ascii="Courier New" w:hAnsi="Courier New"/>
          <w:sz w:val="16"/>
        </w:rPr>
        <w:t xml:space="preserve"> 3:12                                   217 8:26                                193</w:t>
      </w:r>
    </w:p>
    <w:p>
      <w:pPr>
        <w:keepLines/>
      </w:pPr>
      <w:r>
        <w:rPr>
          <w:rFonts w:ascii="Courier New" w:hAnsi="Courier New"/>
          <w:sz w:val="16"/>
        </w:rPr>
        <w:t xml:space="preserve"> 3:13                        116, 129, 191 8:28                            193, 237</w:t>
      </w:r>
    </w:p>
    <w:p>
      <w:pPr>
        <w:keepLines/>
      </w:pPr>
      <w:r>
        <w:rPr>
          <w:rFonts w:ascii="Courier New" w:hAnsi="Courier New"/>
          <w:sz w:val="16"/>
        </w:rPr>
        <w:t xml:space="preserve"> 3:16                        132, 148, 159 8:31-59                              107</w:t>
      </w:r>
    </w:p>
    <w:p>
      <w:pPr>
        <w:keepLines/>
      </w:pPr>
      <w:r>
        <w:rPr>
          <w:rFonts w:ascii="Courier New" w:hAnsi="Courier New"/>
          <w:sz w:val="16"/>
        </w:rPr>
        <w:t xml:space="preserve"> 3:19-21                                141 8:39                                194</w:t>
      </w:r>
    </w:p>
    <w:p>
      <w:pPr>
        <w:keepLines/>
      </w:pPr>
      <w:r>
        <w:rPr>
          <w:rFonts w:ascii="Courier New" w:hAnsi="Courier New"/>
          <w:sz w:val="16"/>
        </w:rPr>
        <w:t xml:space="preserve"> 3:22                                   151 8:42                         .193, 194</w:t>
      </w:r>
    </w:p>
    <w:p>
      <w:pPr>
        <w:keepLines/>
      </w:pPr>
      <w:r>
        <w:rPr>
          <w:rFonts w:ascii="Courier New" w:hAnsi="Courier New"/>
          <w:sz w:val="16"/>
        </w:rPr>
        <w:t xml:space="preserve"> 3:23                                   151 8:44                        ...168, 175</w:t>
      </w:r>
    </w:p>
    <w:p>
      <w:pPr>
        <w:keepLines/>
      </w:pPr>
      <w:r>
        <w:rPr>
          <w:rFonts w:ascii="Courier New" w:hAnsi="Courier New"/>
          <w:sz w:val="16"/>
        </w:rPr>
        <w:t xml:space="preserve"> 3:31                                ....191 8:48                               178</w:t>
      </w:r>
    </w:p>
    <w:p>
      <w:pPr>
        <w:keepLines/>
      </w:pPr>
      <w:r>
        <w:rPr>
          <w:rFonts w:ascii="Courier New" w:hAnsi="Courier New"/>
          <w:sz w:val="16"/>
        </w:rPr>
        <w:t xml:space="preserve"> 3:34                                   213 8:56                          194, 205</w:t>
      </w:r>
    </w:p>
    <w:p>
      <w:pPr>
        <w:keepLines/>
      </w:pPr>
      <w:r>
        <w:rPr>
          <w:rFonts w:ascii="Courier New" w:hAnsi="Courier New"/>
          <w:sz w:val="16"/>
        </w:rPr>
        <w:t>3:35                                    157 8:58                                194</w:t>
      </w:r>
    </w:p>
    <w:p>
      <w:pPr>
        <w:keepLines/>
      </w:pPr>
      <w:r>
        <w:rPr>
          <w:rFonts w:ascii="Courier New" w:hAnsi="Courier New"/>
          <w:sz w:val="16"/>
        </w:rPr>
        <w:t>3:36                                    157 9:4                                  13</w:t>
      </w:r>
    </w:p>
    <w:p>
      <w:pPr>
        <w:keepLines/>
      </w:pPr>
      <w:r>
        <w:rPr>
          <w:rFonts w:ascii="Courier New" w:hAnsi="Courier New"/>
          <w:sz w:val="16"/>
        </w:rPr>
        <w:t xml:space="preserve"> 4:2                              151, 153 9:41                           141, 142</w:t>
      </w:r>
    </w:p>
    <w:p>
      <w:pPr>
        <w:keepLines/>
      </w:pPr>
      <w:r>
        <w:rPr>
          <w:rFonts w:ascii="Courier New" w:hAnsi="Courier New"/>
          <w:sz w:val="16"/>
        </w:rPr>
        <w:t>4:23, 24                                  28 9:42                              142</w:t>
      </w:r>
    </w:p>
    <w:p>
      <w:pPr>
        <w:keepLines/>
      </w:pPr>
      <w:r>
        <w:rPr>
          <w:rFonts w:ascii="Courier New" w:hAnsi="Courier New"/>
          <w:sz w:val="16"/>
        </w:rPr>
        <w:t>4:47                                      66 10:1-28                             80</w:t>
      </w:r>
    </w:p>
    <w:p>
      <w:pPr>
        <w:keepLines/>
      </w:pPr>
      <w:r>
        <w:rPr>
          <w:rFonts w:ascii="Courier New" w:hAnsi="Courier New"/>
          <w:sz w:val="16"/>
        </w:rPr>
        <w:t xml:space="preserve"> 5:18, 19, 22, 23, 27, 30, 36           191 10:7                                 10</w:t>
      </w:r>
    </w:p>
    <w:p>
      <w:pPr>
        <w:keepLines/>
      </w:pPr>
      <w:r>
        <w:rPr>
          <w:rFonts w:ascii="Courier New" w:hAnsi="Courier New"/>
          <w:sz w:val="16"/>
        </w:rPr>
        <w:t xml:space="preserve"> 5:19                             195,196 10:8                            147, 202</w:t>
      </w:r>
    </w:p>
    <w:p>
      <w:pPr>
        <w:keepLines/>
      </w:pPr>
      <w:r>
        <w:rPr>
          <w:rFonts w:ascii="Courier New" w:hAnsi="Courier New"/>
          <w:sz w:val="16"/>
        </w:rPr>
        <w:t>5:19, 22, 23, 30                      .197 10:12                          .128, 159</w:t>
      </w:r>
    </w:p>
    <w:p>
      <w:pPr>
        <w:keepLines/>
      </w:pPr>
      <w:r>
        <w:rPr>
          <w:rFonts w:ascii="Courier New" w:hAnsi="Courier New"/>
          <w:sz w:val="16"/>
        </w:rPr>
        <w:t xml:space="preserve"> 5:19, 30                         187, 199 10:16                                 27</w:t>
      </w:r>
    </w:p>
    <w:p>
      <w:pPr>
        <w:keepLines/>
      </w:pPr>
      <w:r>
        <w:rPr>
          <w:rFonts w:ascii="Courier New" w:hAnsi="Courier New"/>
          <w:sz w:val="16"/>
        </w:rPr>
        <w:t xml:space="preserve"> 5:21                                     42 10:16, 27                           29</w:t>
      </w:r>
    </w:p>
    <w:p>
      <w:pPr>
        <w:keepLines/>
      </w:pPr>
      <w:r>
        <w:rPr>
          <w:rFonts w:ascii="Courier New" w:hAnsi="Courier New"/>
          <w:sz w:val="16"/>
        </w:rPr>
        <w:t>5:23                                  .191 10:17                               203</w:t>
      </w:r>
    </w:p>
    <w:p>
      <w:pPr>
        <w:keepLines/>
      </w:pPr>
      <w:r>
        <w:rPr>
          <w:rFonts w:ascii="Courier New" w:hAnsi="Courier New"/>
          <w:sz w:val="16"/>
        </w:rPr>
        <w:t>5:24                                    147 10:17, 18                          194</w:t>
      </w:r>
    </w:p>
    <w:p>
      <w:pPr>
        <w:keepLines/>
      </w:pPr>
      <w:r>
        <w:rPr>
          <w:rFonts w:ascii="Courier New" w:hAnsi="Courier New"/>
          <w:sz w:val="16"/>
        </w:rPr>
        <w:t>5:27                                  .195 10:18                               191</w:t>
      </w:r>
    </w:p>
    <w:p>
      <w:pPr>
        <w:keepLines/>
      </w:pPr>
      <w:r>
        <w:rPr>
          <w:rFonts w:ascii="Courier New" w:hAnsi="Courier New"/>
          <w:sz w:val="16"/>
        </w:rPr>
        <w:t>5:28, 29                          139, 146 10:20                         .164, 178</w:t>
      </w:r>
    </w:p>
    <w:p>
      <w:pPr>
        <w:keepLines/>
      </w:pPr>
      <w:r>
        <w:rPr>
          <w:rFonts w:ascii="Courier New" w:hAnsi="Courier New"/>
          <w:sz w:val="16"/>
        </w:rPr>
        <w:t>5:29                        119, 132, 148 10:27                                159</w:t>
      </w:r>
    </w:p>
    <w:p>
      <w:pPr>
        <w:keepLines/>
      </w:pPr>
      <w:r>
        <w:rPr>
          <w:rFonts w:ascii="Courier New" w:hAnsi="Courier New"/>
          <w:sz w:val="16"/>
        </w:rPr>
        <w:t>5:30                        188, 195, 196 10:28                                158</w:t>
      </w:r>
    </w:p>
    <w:p>
      <w:pPr>
        <w:keepLines/>
      </w:pPr>
      <w:r>
        <w:rPr>
          <w:rFonts w:ascii="Courier New" w:hAnsi="Courier New"/>
          <w:sz w:val="16"/>
        </w:rPr>
        <w:t>5:37                                    196 10:28, 29                  .124, 159</w:t>
      </w:r>
    </w:p>
    <w:p>
      <w:pPr>
        <w:keepLines/>
      </w:pPr>
      <w:r>
        <w:rPr>
          <w:rFonts w:ascii="Courier New" w:hAnsi="Courier New"/>
          <w:sz w:val="16"/>
        </w:rPr>
        <w:t>5:38                                 ...190 10:29                              128</w:t>
      </w:r>
    </w:p>
    <w:p>
      <w:pPr>
        <w:keepLines/>
      </w:pPr>
      <w:r>
        <w:rPr>
          <w:rFonts w:ascii="Courier New" w:hAnsi="Courier New"/>
          <w:sz w:val="16"/>
        </w:rPr>
        <w:t>5:43                                   .188 10:30                              195</w:t>
      </w:r>
    </w:p>
    <w:p>
      <w:pPr>
        <w:keepLines/>
      </w:pPr>
      <w:r>
        <w:rPr>
          <w:rFonts w:ascii="Courier New" w:hAnsi="Courier New"/>
          <w:sz w:val="16"/>
        </w:rPr>
        <w:t>6:14, 15                                174 10:33                              196</w:t>
      </w:r>
    </w:p>
    <w:p>
      <w:pPr>
        <w:keepLines/>
      </w:pPr>
      <w:r>
        <w:rPr>
          <w:rFonts w:ascii="Courier New" w:hAnsi="Courier New"/>
          <w:sz w:val="16"/>
        </w:rPr>
        <w:t>6:17                                     89 10:34                 1, 198, 199, 206</w:t>
      </w:r>
    </w:p>
    <w:p>
      <w:pPr>
        <w:keepLines/>
      </w:pPr>
      <w:r>
        <w:rPr>
          <w:rFonts w:ascii="Courier New" w:hAnsi="Courier New"/>
          <w:sz w:val="16"/>
        </w:rPr>
        <w:t>6:31                          45, 192, 193 10:34, 35                           232</w:t>
      </w:r>
    </w:p>
    <w:p>
      <w:pPr>
        <w:keepLines/>
      </w:pPr>
      <w:r>
        <w:rPr>
          <w:rFonts w:ascii="Courier New" w:hAnsi="Courier New"/>
          <w:sz w:val="16"/>
        </w:rPr>
        <w:t>6:33                                    192 10:36, 37                          204</w:t>
      </w:r>
    </w:p>
    <w:p>
      <w:pPr>
        <w:keepLines/>
      </w:pPr>
      <w:r>
        <w:rPr>
          <w:rFonts w:ascii="Courier New" w:hAnsi="Courier New"/>
          <w:sz w:val="16"/>
        </w:rPr>
        <w:t>6:38                                    192 10:37, 38                          201</w:t>
      </w:r>
    </w:p>
    <w:p>
      <w:pPr>
        <w:keepLines/>
      </w:pPr>
      <w:r>
        <w:rPr>
          <w:rFonts w:ascii="Courier New" w:hAnsi="Courier New"/>
          <w:sz w:val="16"/>
        </w:rPr>
        <w:t>6:39                                  .158 10:40                               109</w:t>
      </w:r>
    </w:p>
    <w:p>
      <w:pPr>
        <w:keepLines/>
      </w:pPr>
      <w:r>
        <w:rPr>
          <w:rFonts w:ascii="Courier New" w:hAnsi="Courier New"/>
          <w:sz w:val="16"/>
        </w:rPr>
        <w:t>6:39, 40, 44, 54     87, 88, 119, 125, 142 11:6                                109</w:t>
      </w:r>
    </w:p>
    <w:p>
      <w:pPr>
        <w:keepLines/>
      </w:pPr>
      <w:r>
        <w:rPr>
          <w:rFonts w:ascii="Courier New" w:hAnsi="Courier New"/>
          <w:sz w:val="16"/>
        </w:rPr>
        <w:t>6:40                                    158 11:9                                 13</w:t>
      </w:r>
    </w:p>
    <w:p>
      <w:pPr>
        <w:keepLines/>
      </w:pPr>
      <w:r>
        <w:rPr>
          <w:rFonts w:ascii="Courier New" w:hAnsi="Courier New"/>
          <w:sz w:val="16"/>
        </w:rPr>
        <w:t>6:47                                    157 11:11, 14, 24, 25                  Ill</w:t>
      </w:r>
    </w:p>
    <w:p>
      <w:pPr>
        <w:keepLines/>
      </w:pPr>
      <w:r>
        <w:rPr>
          <w:rFonts w:ascii="Courier New" w:hAnsi="Courier New"/>
          <w:sz w:val="16"/>
        </w:rPr>
        <w:t>6:51                                   .192 11:11-14                           159</w:t>
      </w:r>
    </w:p>
    <w:p>
      <w:pPr>
        <w:keepLines/>
      </w:pPr>
      <w:r>
        <w:rPr>
          <w:rFonts w:ascii="Courier New" w:hAnsi="Courier New"/>
          <w:sz w:val="16"/>
        </w:rPr>
        <w:t>6:52                                     11 11:11, 24, 25, 44                  104</w:t>
      </w:r>
    </w:p>
    <w:p>
      <w:pPr>
        <w:keepLines/>
      </w:pPr>
      <w:r>
        <w:rPr>
          <w:rFonts w:ascii="Courier New" w:hAnsi="Courier New"/>
          <w:sz w:val="16"/>
        </w:rPr>
        <w:t>261</w:t>
      </w:r>
    </w:p>
    <w:p>
      <w:pPr>
        <w:jc w:val="center"/>
      </w:pPr>
      <w:r>
        <w:rPr>
          <w:rFonts w:ascii="Courier New" w:hAnsi="Courier New"/>
          <w:b/>
          <w:sz w:val="16"/>
        </w:rPr>
        <w:t>BOG                                               BOG</w:t>
      </w:r>
    </w:p>
    <w:p>
      <w:pPr>
        <w:keepLines/>
      </w:pPr>
      <w:r>
        <w:rPr>
          <w:rFonts w:ascii="Courier New" w:hAnsi="Courier New"/>
          <w:sz w:val="16"/>
        </w:rPr>
        <w:t>11:24             87, 88, 142, 159    16:11                               176</w:t>
      </w:r>
    </w:p>
    <w:p>
      <w:pPr>
        <w:keepLines/>
      </w:pPr>
      <w:r>
        <w:rPr>
          <w:rFonts w:ascii="Courier New" w:hAnsi="Courier New"/>
          <w:sz w:val="16"/>
        </w:rPr>
        <w:t>11:25                          .159   16:13, 14                           211</w:t>
      </w:r>
    </w:p>
    <w:p>
      <w:pPr>
        <w:keepLines/>
      </w:pPr>
      <w:r>
        <w:rPr>
          <w:rFonts w:ascii="Courier New" w:hAnsi="Courier New"/>
          <w:sz w:val="16"/>
        </w:rPr>
        <w:t>11:26                           159   16:33                               157</w:t>
      </w:r>
    </w:p>
    <w:p>
      <w:pPr>
        <w:keepLines/>
      </w:pPr>
      <w:r>
        <w:rPr>
          <w:rFonts w:ascii="Courier New" w:hAnsi="Courier New"/>
          <w:sz w:val="16"/>
        </w:rPr>
        <w:t>11:47-57                        110   17:2                                198</w:t>
      </w:r>
    </w:p>
    <w:p>
      <w:pPr>
        <w:keepLines/>
      </w:pPr>
      <w:r>
        <w:rPr>
          <w:rFonts w:ascii="Courier New" w:hAnsi="Courier New"/>
          <w:sz w:val="16"/>
        </w:rPr>
        <w:t>12:1                            137   17:3                             11, 29</w:t>
      </w:r>
    </w:p>
    <w:p>
      <w:pPr>
        <w:keepLines/>
      </w:pPr>
      <w:r>
        <w:rPr>
          <w:rFonts w:ascii="Courier New" w:hAnsi="Courier New"/>
          <w:sz w:val="16"/>
        </w:rPr>
        <w:t>12:6                       176, 245   17:4                                157</w:t>
      </w:r>
    </w:p>
    <w:p>
      <w:pPr>
        <w:keepLines/>
      </w:pPr>
      <w:r>
        <w:rPr>
          <w:rFonts w:ascii="Courier New" w:hAnsi="Courier New"/>
          <w:sz w:val="16"/>
        </w:rPr>
        <w:t>12:24, 25                       138   17:5                          197, 198</w:t>
      </w:r>
    </w:p>
    <w:p>
      <w:pPr>
        <w:keepLines/>
      </w:pPr>
      <w:r>
        <w:rPr>
          <w:rFonts w:ascii="Courier New" w:hAnsi="Courier New"/>
          <w:sz w:val="16"/>
        </w:rPr>
        <w:t>12:31                           176   17:5, 24                            185</w:t>
      </w:r>
    </w:p>
    <w:p>
      <w:pPr>
        <w:keepLines/>
      </w:pPr>
      <w:r>
        <w:rPr>
          <w:rFonts w:ascii="Courier New" w:hAnsi="Courier New"/>
          <w:sz w:val="16"/>
        </w:rPr>
        <w:t>12:32                           177   17:9                                 93</w:t>
      </w:r>
    </w:p>
    <w:p>
      <w:pPr>
        <w:keepLines/>
      </w:pPr>
      <w:r>
        <w:rPr>
          <w:rFonts w:ascii="Courier New" w:hAnsi="Courier New"/>
          <w:sz w:val="16"/>
        </w:rPr>
        <w:t>12:41                           198   17:11                                93</w:t>
      </w:r>
    </w:p>
    <w:p>
      <w:pPr>
        <w:keepLines/>
      </w:pPr>
      <w:r>
        <w:rPr>
          <w:rFonts w:ascii="Courier New" w:hAnsi="Courier New"/>
          <w:sz w:val="16"/>
        </w:rPr>
        <w:t>12:48                      13, 142    17:11, 21                           196</w:t>
      </w:r>
    </w:p>
    <w:p>
      <w:pPr>
        <w:keepLines/>
      </w:pPr>
      <w:r>
        <w:rPr>
          <w:rFonts w:ascii="Courier New" w:hAnsi="Courier New"/>
          <w:sz w:val="16"/>
        </w:rPr>
        <w:t>12:49, 50                       237   17:12                                11</w:t>
      </w:r>
    </w:p>
    <w:p>
      <w:pPr>
        <w:keepLines/>
      </w:pPr>
      <w:r>
        <w:rPr>
          <w:rFonts w:ascii="Courier New" w:hAnsi="Courier New"/>
          <w:sz w:val="16"/>
        </w:rPr>
        <w:t>13:2                            176   17:14                     93, 190, 191</w:t>
      </w:r>
    </w:p>
    <w:p>
      <w:pPr>
        <w:keepLines/>
      </w:pPr>
      <w:r>
        <w:rPr>
          <w:rFonts w:ascii="Courier New" w:hAnsi="Courier New"/>
          <w:sz w:val="16"/>
        </w:rPr>
        <w:t>13:14                           201   17:14, 17, 18                       196</w:t>
      </w:r>
    </w:p>
    <w:p>
      <w:pPr>
        <w:keepLines/>
      </w:pPr>
      <w:r>
        <w:rPr>
          <w:rFonts w:ascii="Courier New" w:hAnsi="Courier New"/>
          <w:sz w:val="16"/>
        </w:rPr>
        <w:t>13:27                           176   17:14-18                             93</w:t>
      </w:r>
    </w:p>
    <w:p>
      <w:pPr>
        <w:keepLines/>
      </w:pPr>
      <w:r>
        <w:rPr>
          <w:rFonts w:ascii="Courier New" w:hAnsi="Courier New"/>
          <w:sz w:val="16"/>
        </w:rPr>
        <w:t>13:33                           120   17:17                                11</w:t>
      </w:r>
    </w:p>
    <w:p>
      <w:pPr>
        <w:keepLines/>
      </w:pPr>
      <w:r>
        <w:rPr>
          <w:rFonts w:ascii="Courier New" w:hAnsi="Courier New"/>
          <w:sz w:val="16"/>
        </w:rPr>
        <w:t>13:36                     120, 121    17:20                               190</w:t>
      </w:r>
    </w:p>
    <w:p>
      <w:pPr>
        <w:keepLines/>
      </w:pPr>
      <w:r>
        <w:rPr>
          <w:rFonts w:ascii="Courier New" w:hAnsi="Courier New"/>
          <w:sz w:val="16"/>
        </w:rPr>
        <w:t>14:1-3                          120   17:22                               157</w:t>
      </w:r>
    </w:p>
    <w:p>
      <w:pPr>
        <w:keepLines/>
      </w:pPr>
      <w:r>
        <w:rPr>
          <w:rFonts w:ascii="Courier New" w:hAnsi="Courier New"/>
          <w:sz w:val="16"/>
        </w:rPr>
        <w:t>14:2                      119, 120    17:22, 23                           196</w:t>
      </w:r>
    </w:p>
    <w:p>
      <w:pPr>
        <w:keepLines/>
      </w:pPr>
      <w:r>
        <w:rPr>
          <w:rFonts w:ascii="Courier New" w:hAnsi="Courier New"/>
          <w:sz w:val="16"/>
        </w:rPr>
        <w:t>14:3                            120   17:24                               157</w:t>
      </w:r>
    </w:p>
    <w:p>
      <w:pPr>
        <w:keepLines/>
      </w:pPr>
      <w:r>
        <w:rPr>
          <w:rFonts w:ascii="Courier New" w:hAnsi="Courier New"/>
          <w:sz w:val="16"/>
        </w:rPr>
        <w:t>14:9                            196   18:36                          93, 193</w:t>
      </w:r>
    </w:p>
    <w:p>
      <w:pPr>
        <w:keepLines/>
      </w:pPr>
      <w:r>
        <w:rPr>
          <w:rFonts w:ascii="Courier New" w:hAnsi="Courier New"/>
          <w:sz w:val="16"/>
        </w:rPr>
        <w:t>14:10                           196   18:37                                78</w:t>
      </w:r>
    </w:p>
    <w:p>
      <w:pPr>
        <w:keepLines/>
      </w:pPr>
      <w:r>
        <w:rPr>
          <w:rFonts w:ascii="Courier New" w:hAnsi="Courier New"/>
          <w:sz w:val="16"/>
        </w:rPr>
        <w:t>14:12                           120   19:19                               245</w:t>
      </w:r>
    </w:p>
    <w:p>
      <w:pPr>
        <w:keepLines/>
      </w:pPr>
      <w:r>
        <w:rPr>
          <w:rFonts w:ascii="Courier New" w:hAnsi="Courier New"/>
          <w:sz w:val="16"/>
        </w:rPr>
        <w:t>14:16, 17                       213   20:13-17                            247</w:t>
      </w:r>
    </w:p>
    <w:p>
      <w:pPr>
        <w:keepLines/>
      </w:pPr>
      <w:r>
        <w:rPr>
          <w:rFonts w:ascii="Courier New" w:hAnsi="Courier New"/>
          <w:sz w:val="16"/>
        </w:rPr>
        <w:t>14:23                     120, 213    20:17           Ill, 118, 186, 198, 206</w:t>
      </w:r>
    </w:p>
    <w:p>
      <w:pPr>
        <w:keepLines/>
      </w:pPr>
      <w:r>
        <w:rPr>
          <w:rFonts w:ascii="Courier New" w:hAnsi="Courier New"/>
          <w:sz w:val="16"/>
        </w:rPr>
        <w:t>14:26                           211   20:20                                13</w:t>
      </w:r>
    </w:p>
    <w:p>
      <w:pPr>
        <w:keepLines/>
      </w:pPr>
      <w:r>
        <w:rPr>
          <w:rFonts w:ascii="Courier New" w:hAnsi="Courier New"/>
          <w:sz w:val="16"/>
        </w:rPr>
        <w:t>14:28                120, 187, 196    20:22                           13, 213</w:t>
      </w:r>
    </w:p>
    <w:p>
      <w:pPr>
        <w:keepLines/>
      </w:pPr>
      <w:r>
        <w:rPr>
          <w:rFonts w:ascii="Courier New" w:hAnsi="Courier New"/>
          <w:sz w:val="16"/>
        </w:rPr>
        <w:t>14:30                           176   20:22, 23                             5</w:t>
      </w:r>
    </w:p>
    <w:p>
      <w:pPr>
        <w:keepLines/>
      </w:pPr>
      <w:r>
        <w:rPr>
          <w:rFonts w:ascii="Courier New" w:hAnsi="Courier New"/>
          <w:sz w:val="16"/>
        </w:rPr>
        <w:t>15:1                             10   20:23                                12</w:t>
      </w:r>
    </w:p>
    <w:p>
      <w:pPr>
        <w:keepLines/>
      </w:pPr>
      <w:r>
        <w:rPr>
          <w:rFonts w:ascii="Courier New" w:hAnsi="Courier New"/>
          <w:sz w:val="16"/>
        </w:rPr>
        <w:t>15:3                             11   20:28                               198</w:t>
      </w:r>
    </w:p>
    <w:p>
      <w:pPr>
        <w:keepLines/>
      </w:pPr>
      <w:r>
        <w:rPr>
          <w:rFonts w:ascii="Courier New" w:hAnsi="Courier New"/>
          <w:sz w:val="16"/>
        </w:rPr>
        <w:t>15:6                      131, 133    21:15-17                              1</w:t>
      </w:r>
    </w:p>
    <w:p>
      <w:pPr>
        <w:keepLines/>
      </w:pPr>
      <w:r>
        <w:rPr>
          <w:rFonts w:ascii="Courier New" w:hAnsi="Courier New"/>
          <w:sz w:val="16"/>
        </w:rPr>
        <w:t>15:13                            67   21:16                                 9</w:t>
      </w:r>
    </w:p>
    <w:p>
      <w:pPr>
        <w:keepLines/>
      </w:pPr>
      <w:r>
        <w:rPr>
          <w:rFonts w:ascii="Courier New" w:hAnsi="Courier New"/>
          <w:sz w:val="16"/>
        </w:rPr>
        <w:t>15:22                     141, 142    21:18, 19                           121</w:t>
      </w:r>
    </w:p>
    <w:p>
      <w:pPr>
        <w:keepLines/>
      </w:pPr>
      <w:r>
        <w:rPr>
          <w:rFonts w:ascii="Courier New" w:hAnsi="Courier New"/>
          <w:sz w:val="16"/>
        </w:rPr>
        <w:t>15:26                    .211, 213    21:25                          238, 244</w:t>
      </w:r>
    </w:p>
    <w:p>
      <w:pPr>
        <w:pStyle w:val="Heading1"/>
        <w:jc w:val="center"/>
      </w:pPr>
      <w:r>
        <w:t>FALIMAHA RASUULLADA</w:t>
      </w:r>
    </w:p>
    <w:p>
      <w:pPr>
        <w:keepLines/>
      </w:pPr>
      <w:r>
        <w:rPr>
          <w:rFonts w:ascii="Courier New" w:hAnsi="Courier New"/>
          <w:sz w:val="16"/>
        </w:rPr>
        <w:t>1:1, 2                          213 2:29, 34                         94, 203</w:t>
      </w:r>
    </w:p>
    <w:p>
      <w:pPr>
        <w:keepLines/>
      </w:pPr>
      <w:r>
        <w:rPr>
          <w:rFonts w:ascii="Courier New" w:hAnsi="Courier New"/>
          <w:sz w:val="16"/>
        </w:rPr>
        <w:t>1:3                             246 2:30                                 200</w:t>
      </w:r>
    </w:p>
    <w:p>
      <w:pPr>
        <w:keepLines/>
      </w:pPr>
      <w:r>
        <w:rPr>
          <w:rFonts w:ascii="Courier New" w:hAnsi="Courier New"/>
          <w:sz w:val="16"/>
        </w:rPr>
        <w:t>1:6               . ...       81, 92 2:31                                 12</w:t>
      </w:r>
    </w:p>
    <w:p>
      <w:pPr>
        <w:keepLines/>
      </w:pPr>
      <w:r>
        <w:rPr>
          <w:rFonts w:ascii="Courier New" w:hAnsi="Courier New"/>
          <w:sz w:val="16"/>
        </w:rPr>
        <w:t>1:9                              128 2:32                                195</w:t>
      </w:r>
    </w:p>
    <w:p>
      <w:pPr>
        <w:keepLines/>
      </w:pPr>
      <w:r>
        <w:rPr>
          <w:rFonts w:ascii="Courier New" w:hAnsi="Courier New"/>
          <w:sz w:val="16"/>
        </w:rPr>
        <w:t>1:10, 11                    65, 193 2:34                                 146</w:t>
      </w:r>
    </w:p>
    <w:p>
      <w:pPr>
        <w:keepLines/>
      </w:pPr>
      <w:r>
        <w:rPr>
          <w:rFonts w:ascii="Courier New" w:hAnsi="Courier New"/>
          <w:sz w:val="16"/>
        </w:rPr>
        <w:t>1:11                              65 2:38             99, 145, 151, 152, 153</w:t>
      </w:r>
    </w:p>
    <w:p>
      <w:pPr>
        <w:keepLines/>
      </w:pPr>
      <w:r>
        <w:rPr>
          <w:rFonts w:ascii="Courier New" w:hAnsi="Courier New"/>
          <w:sz w:val="16"/>
        </w:rPr>
        <w:t>1:15                              10 2:38-39                              48</w:t>
      </w:r>
    </w:p>
    <w:p>
      <w:pPr>
        <w:keepLines/>
      </w:pPr>
      <w:r>
        <w:rPr>
          <w:rFonts w:ascii="Courier New" w:hAnsi="Courier New"/>
          <w:sz w:val="16"/>
        </w:rPr>
        <w:t>1:16                            234 2:38, 41                             161</w:t>
      </w:r>
    </w:p>
    <w:p>
      <w:pPr>
        <w:keepLines/>
      </w:pPr>
      <w:r>
        <w:rPr>
          <w:rFonts w:ascii="Courier New" w:hAnsi="Courier New"/>
          <w:sz w:val="16"/>
        </w:rPr>
        <w:t>1:18                            244 2:40                                 160</w:t>
      </w:r>
    </w:p>
    <w:p>
      <w:pPr>
        <w:keepLines/>
      </w:pPr>
      <w:r>
        <w:rPr>
          <w:rFonts w:ascii="Courier New" w:hAnsi="Courier New"/>
          <w:sz w:val="16"/>
        </w:rPr>
        <w:t>1:22-26                           10 2:40, 41                            153</w:t>
      </w:r>
    </w:p>
    <w:p>
      <w:pPr>
        <w:keepLines/>
      </w:pPr>
      <w:r>
        <w:rPr>
          <w:rFonts w:ascii="Courier New" w:hAnsi="Courier New"/>
          <w:sz w:val="16"/>
        </w:rPr>
        <w:t>2                             5, 54 2:47                                 155</w:t>
      </w:r>
    </w:p>
    <w:p>
      <w:pPr>
        <w:keepLines/>
      </w:pPr>
      <w:r>
        <w:rPr>
          <w:rFonts w:ascii="Courier New" w:hAnsi="Courier New"/>
          <w:sz w:val="16"/>
        </w:rPr>
        <w:t>2:2                             213 3:15                                 195</w:t>
      </w:r>
    </w:p>
    <w:p>
      <w:pPr>
        <w:keepLines/>
      </w:pPr>
      <w:r>
        <w:rPr>
          <w:rFonts w:ascii="Courier New" w:hAnsi="Courier New"/>
          <w:sz w:val="16"/>
        </w:rPr>
        <w:t>2:3                             213 3:19-21                               81</w:t>
      </w:r>
    </w:p>
    <w:p>
      <w:pPr>
        <w:keepLines/>
      </w:pPr>
      <w:r>
        <w:rPr>
          <w:rFonts w:ascii="Courier New" w:hAnsi="Courier New"/>
          <w:sz w:val="16"/>
        </w:rPr>
        <w:t>2:4                               54 3:22                                 83</w:t>
      </w:r>
    </w:p>
    <w:p>
      <w:pPr>
        <w:keepLines/>
      </w:pPr>
      <w:r>
        <w:rPr>
          <w:rFonts w:ascii="Courier New" w:hAnsi="Courier New"/>
          <w:sz w:val="16"/>
        </w:rPr>
        <w:t>2:5                        ..70. 88 3:26                                 145</w:t>
      </w:r>
    </w:p>
    <w:p>
      <w:pPr>
        <w:keepLines/>
      </w:pPr>
      <w:r>
        <w:rPr>
          <w:rFonts w:ascii="Courier New" w:hAnsi="Courier New"/>
          <w:sz w:val="16"/>
        </w:rPr>
        <w:t>2:7, 8                     .. . 55 4:11                                    4</w:t>
      </w:r>
    </w:p>
    <w:p>
      <w:pPr>
        <w:keepLines/>
      </w:pPr>
      <w:r>
        <w:rPr>
          <w:rFonts w:ascii="Courier New" w:hAnsi="Courier New"/>
          <w:sz w:val="16"/>
        </w:rPr>
        <w:t>2:8                               54 4:17                                 85</w:t>
      </w:r>
    </w:p>
    <w:p>
      <w:pPr>
        <w:keepLines/>
      </w:pPr>
      <w:r>
        <w:rPr>
          <w:rFonts w:ascii="Courier New" w:hAnsi="Courier New"/>
          <w:sz w:val="16"/>
        </w:rPr>
        <w:t>2:9         .. .                  70 4:27                                180</w:t>
      </w:r>
    </w:p>
    <w:p>
      <w:pPr>
        <w:keepLines/>
      </w:pPr>
      <w:r>
        <w:rPr>
          <w:rFonts w:ascii="Courier New" w:hAnsi="Courier New"/>
          <w:sz w:val="16"/>
        </w:rPr>
        <w:t>2:14                              91 5                                     5</w:t>
      </w:r>
    </w:p>
    <w:p>
      <w:pPr>
        <w:keepLines/>
      </w:pPr>
      <w:r>
        <w:rPr>
          <w:rFonts w:ascii="Courier New" w:hAnsi="Courier New"/>
          <w:sz w:val="16"/>
        </w:rPr>
        <w:t>2:15-17                 .. .. 87 5:3                                     211</w:t>
      </w:r>
    </w:p>
    <w:p>
      <w:pPr>
        <w:keepLines/>
      </w:pPr>
      <w:r>
        <w:rPr>
          <w:rFonts w:ascii="Courier New" w:hAnsi="Courier New"/>
          <w:sz w:val="16"/>
        </w:rPr>
        <w:t>2:16                              88 5:3, 4                              176</w:t>
      </w:r>
    </w:p>
    <w:p>
      <w:pPr>
        <w:keepLines/>
      </w:pPr>
      <w:r>
        <w:rPr>
          <w:rFonts w:ascii="Courier New" w:hAnsi="Courier New"/>
          <w:sz w:val="16"/>
        </w:rPr>
        <w:t>2:17             .. ..          213 5:3-10                                50</w:t>
      </w:r>
    </w:p>
    <w:p>
      <w:pPr>
        <w:keepLines/>
      </w:pPr>
      <w:r>
        <w:rPr>
          <w:rFonts w:ascii="Courier New" w:hAnsi="Courier New"/>
          <w:sz w:val="16"/>
        </w:rPr>
        <w:t>2:21                             153 5:9                                 211</w:t>
      </w:r>
    </w:p>
    <w:p>
      <w:pPr>
        <w:keepLines/>
      </w:pPr>
      <w:r>
        <w:rPr>
          <w:rFonts w:ascii="Courier New" w:hAnsi="Courier New"/>
          <w:sz w:val="16"/>
        </w:rPr>
        <w:t>2:22                            187 5:12-16                                5</w:t>
      </w:r>
    </w:p>
    <w:p>
      <w:pPr>
        <w:keepLines/>
      </w:pPr>
      <w:r>
        <w:rPr>
          <w:rFonts w:ascii="Courier New" w:hAnsi="Courier New"/>
          <w:sz w:val="16"/>
        </w:rPr>
        <w:t>2:24                            195 5:17, 18                              85</w:t>
      </w:r>
    </w:p>
    <w:p>
      <w:pPr>
        <w:keepLines/>
      </w:pPr>
      <w:r>
        <w:rPr>
          <w:rFonts w:ascii="Courier New" w:hAnsi="Courier New"/>
          <w:sz w:val="16"/>
        </w:rPr>
        <w:t>2*26 27                         114 5:30                                 195</w:t>
      </w:r>
    </w:p>
    <w:p>
      <w:pPr>
        <w:keepLines/>
      </w:pPr>
      <w:r>
        <w:rPr>
          <w:rFonts w:ascii="Courier New" w:hAnsi="Courier New"/>
          <w:sz w:val="16"/>
        </w:rPr>
        <w:t>2*27                            111 5:31                                 145</w:t>
      </w:r>
    </w:p>
    <w:p>
      <w:pPr>
        <w:keepLines/>
      </w:pPr>
      <w:r>
        <w:rPr>
          <w:rFonts w:ascii="Courier New" w:hAnsi="Courier New"/>
          <w:sz w:val="16"/>
        </w:rPr>
        <w:t>2:27. 31                        108 5:32                                 211</w:t>
      </w:r>
    </w:p>
    <w:p>
      <w:pPr>
        <w:keepLines/>
      </w:pPr>
      <w:r>
        <w:rPr>
          <w:rFonts w:ascii="Courier New" w:hAnsi="Courier New"/>
          <w:sz w:val="16"/>
        </w:rPr>
        <w:t>262</w:t>
      </w:r>
    </w:p>
    <w:p>
      <w:pPr>
        <w:jc w:val="center"/>
      </w:pPr>
      <w:r>
        <w:rPr>
          <w:rFonts w:ascii="Courier New" w:hAnsi="Courier New"/>
          <w:b/>
          <w:sz w:val="16"/>
        </w:rPr>
        <w:t>BOG                                               BOG</w:t>
      </w:r>
    </w:p>
    <w:p>
      <w:pPr>
        <w:keepLines/>
      </w:pPr>
      <w:r>
        <w:rPr>
          <w:rFonts w:ascii="Courier New" w:hAnsi="Courier New"/>
          <w:sz w:val="16"/>
        </w:rPr>
        <w:t>6:2                     10      13:29, 30, 34, 37                 203</w:t>
      </w:r>
    </w:p>
    <w:p>
      <w:pPr>
        <w:keepLines/>
      </w:pPr>
      <w:r>
        <w:rPr>
          <w:rFonts w:ascii="Courier New" w:hAnsi="Courier New"/>
          <w:sz w:val="16"/>
        </w:rPr>
        <w:t>7                         240 14:19                                123</w:t>
      </w:r>
    </w:p>
    <w:p>
      <w:pPr>
        <w:keepLines/>
      </w:pPr>
      <w:r>
        <w:rPr>
          <w:rFonts w:ascii="Courier New" w:hAnsi="Courier New"/>
          <w:sz w:val="16"/>
        </w:rPr>
        <w:t>7:5                70, 82, 83 14:22                            96, 101</w:t>
      </w:r>
    </w:p>
    <w:p>
      <w:pPr>
        <w:keepLines/>
      </w:pPr>
      <w:r>
        <w:rPr>
          <w:rFonts w:ascii="Courier New" w:hAnsi="Courier New"/>
          <w:sz w:val="16"/>
        </w:rPr>
        <w:t>7:30            116, 187, 240 14:27                                  5</w:t>
      </w:r>
    </w:p>
    <w:p>
      <w:pPr>
        <w:keepLines/>
      </w:pPr>
      <w:r>
        <w:rPr>
          <w:rFonts w:ascii="Courier New" w:hAnsi="Courier New"/>
          <w:sz w:val="16"/>
        </w:rPr>
        <w:t>7:31                116, 240 15                                     41</w:t>
      </w:r>
    </w:p>
    <w:p>
      <w:pPr>
        <w:keepLines/>
      </w:pPr>
      <w:r>
        <w:rPr>
          <w:rFonts w:ascii="Courier New" w:hAnsi="Courier New"/>
          <w:sz w:val="16"/>
        </w:rPr>
        <w:t>7:33                      240 15:1, 24                              41</w:t>
      </w:r>
    </w:p>
    <w:p>
      <w:pPr>
        <w:keepLines/>
      </w:pPr>
      <w:r>
        <w:rPr>
          <w:rFonts w:ascii="Courier New" w:hAnsi="Courier New"/>
          <w:sz w:val="16"/>
        </w:rPr>
        <w:t>7:34                      204 15:13, 19                              8</w:t>
      </w:r>
    </w:p>
    <w:p>
      <w:pPr>
        <w:keepLines/>
      </w:pPr>
      <w:r>
        <w:rPr>
          <w:rFonts w:ascii="Courier New" w:hAnsi="Courier New"/>
          <w:sz w:val="16"/>
        </w:rPr>
        <w:t>7:35                187, 240 15:14                                 149</w:t>
      </w:r>
    </w:p>
    <w:p>
      <w:pPr>
        <w:keepLines/>
      </w:pPr>
      <w:r>
        <w:rPr>
          <w:rFonts w:ascii="Courier New" w:hAnsi="Courier New"/>
          <w:sz w:val="16"/>
        </w:rPr>
        <w:t>7:38                  98, 187 15:14-17                              94</w:t>
      </w:r>
    </w:p>
    <w:p>
      <w:pPr>
        <w:keepLines/>
      </w:pPr>
      <w:r>
        <w:rPr>
          <w:rFonts w:ascii="Courier New" w:hAnsi="Courier New"/>
          <w:sz w:val="16"/>
        </w:rPr>
        <w:t>7:38, 53             207, 240 15:15, 16                             81</w:t>
      </w:r>
    </w:p>
    <w:p>
      <w:pPr>
        <w:keepLines/>
      </w:pPr>
      <w:r>
        <w:rPr>
          <w:rFonts w:ascii="Courier New" w:hAnsi="Courier New"/>
          <w:sz w:val="16"/>
        </w:rPr>
        <w:t>7:55, 56                  213 15:16                             74, 78</w:t>
      </w:r>
    </w:p>
    <w:p>
      <w:pPr>
        <w:keepLines/>
      </w:pPr>
      <w:r>
        <w:rPr>
          <w:rFonts w:ascii="Courier New" w:hAnsi="Courier New"/>
          <w:sz w:val="16"/>
        </w:rPr>
        <w:t>7:58                       85 15:18                           113, 185</w:t>
      </w:r>
    </w:p>
    <w:p>
      <w:pPr>
        <w:keepLines/>
      </w:pPr>
      <w:r>
        <w:rPr>
          <w:rFonts w:ascii="Courier New" w:hAnsi="Courier New"/>
          <w:sz w:val="16"/>
        </w:rPr>
        <w:t>7:59                      110 15:28                                212</w:t>
      </w:r>
    </w:p>
    <w:p>
      <w:pPr>
        <w:keepLines/>
      </w:pPr>
      <w:r>
        <w:rPr>
          <w:rFonts w:ascii="Courier New" w:hAnsi="Courier New"/>
          <w:sz w:val="16"/>
        </w:rPr>
        <w:t>7:60                      110 16:6                                 212</w:t>
      </w:r>
    </w:p>
    <w:p>
      <w:pPr>
        <w:keepLines/>
      </w:pPr>
      <w:r>
        <w:rPr>
          <w:rFonts w:ascii="Courier New" w:hAnsi="Courier New"/>
          <w:sz w:val="16"/>
        </w:rPr>
        <w:t>8                          50 16:12                                127</w:t>
      </w:r>
    </w:p>
    <w:p>
      <w:pPr>
        <w:keepLines/>
      </w:pPr>
      <w:r>
        <w:rPr>
          <w:rFonts w:ascii="Courier New" w:hAnsi="Courier New"/>
          <w:sz w:val="16"/>
        </w:rPr>
        <w:t>8:1                        85 16:22, 23                             85</w:t>
      </w:r>
    </w:p>
    <w:p>
      <w:pPr>
        <w:keepLines/>
      </w:pPr>
      <w:r>
        <w:rPr>
          <w:rFonts w:ascii="Courier New" w:hAnsi="Courier New"/>
          <w:sz w:val="16"/>
        </w:rPr>
        <w:t>8:5                       153 16:30-33                             153</w:t>
      </w:r>
    </w:p>
    <w:p>
      <w:pPr>
        <w:keepLines/>
      </w:pPr>
      <w:r>
        <w:rPr>
          <w:rFonts w:ascii="Courier New" w:hAnsi="Courier New"/>
          <w:sz w:val="16"/>
        </w:rPr>
        <w:t>8:7                        48 16:31-33                             152</w:t>
      </w:r>
    </w:p>
    <w:p>
      <w:pPr>
        <w:keepLines/>
      </w:pPr>
      <w:r>
        <w:rPr>
          <w:rFonts w:ascii="Courier New" w:hAnsi="Courier New"/>
          <w:sz w:val="16"/>
        </w:rPr>
        <w:t>8:12                      153 17:2                                  42</w:t>
      </w:r>
    </w:p>
    <w:p>
      <w:pPr>
        <w:keepLines/>
      </w:pPr>
      <w:r>
        <w:rPr>
          <w:rFonts w:ascii="Courier New" w:hAnsi="Courier New"/>
          <w:sz w:val="16"/>
        </w:rPr>
        <w:t>8:14                        8 17:11                              2, 47</w:t>
      </w:r>
    </w:p>
    <w:p>
      <w:pPr>
        <w:keepLines/>
      </w:pPr>
      <w:r>
        <w:rPr>
          <w:rFonts w:ascii="Courier New" w:hAnsi="Courier New"/>
          <w:sz w:val="16"/>
        </w:rPr>
        <w:t>8:14-18                    48 17:26                                230</w:t>
      </w:r>
    </w:p>
    <w:p>
      <w:pPr>
        <w:keepLines/>
      </w:pPr>
      <w:r>
        <w:rPr>
          <w:rFonts w:ascii="Courier New" w:hAnsi="Courier New"/>
          <w:sz w:val="16"/>
        </w:rPr>
        <w:t>8:16                211, 214 18:6                                   28</w:t>
      </w:r>
    </w:p>
    <w:p>
      <w:pPr>
        <w:keepLines/>
      </w:pPr>
      <w:r>
        <w:rPr>
          <w:rFonts w:ascii="Courier New" w:hAnsi="Courier New"/>
          <w:sz w:val="16"/>
        </w:rPr>
        <w:t>8:17-19                    213 18:28                                 77</w:t>
      </w:r>
    </w:p>
    <w:p>
      <w:pPr>
        <w:keepLines/>
      </w:pPr>
      <w:r>
        <w:rPr>
          <w:rFonts w:ascii="Courier New" w:hAnsi="Courier New"/>
          <w:sz w:val="16"/>
        </w:rPr>
        <w:t>8:37                       153 19:13                                 53</w:t>
      </w:r>
    </w:p>
    <w:p>
      <w:pPr>
        <w:keepLines/>
      </w:pPr>
      <w:r>
        <w:rPr>
          <w:rFonts w:ascii="Courier New" w:hAnsi="Courier New"/>
          <w:sz w:val="16"/>
        </w:rPr>
        <w:t>8:38               151, 152 20:7                                     42</w:t>
      </w:r>
    </w:p>
    <w:p>
      <w:pPr>
        <w:keepLines/>
      </w:pPr>
      <w:r>
        <w:rPr>
          <w:rFonts w:ascii="Courier New" w:hAnsi="Courier New"/>
          <w:sz w:val="16"/>
        </w:rPr>
        <w:t>8:38, 39               ...151 20:10-12                               13</w:t>
      </w:r>
    </w:p>
    <w:p>
      <w:pPr>
        <w:keepLines/>
      </w:pPr>
      <w:r>
        <w:rPr>
          <w:rFonts w:ascii="Courier New" w:hAnsi="Courier New"/>
          <w:sz w:val="16"/>
        </w:rPr>
        <w:t>8:39                116, 128 20:26                                  118</w:t>
      </w:r>
    </w:p>
    <w:p>
      <w:pPr>
        <w:keepLines/>
      </w:pPr>
      <w:r>
        <w:rPr>
          <w:rFonts w:ascii="Courier New" w:hAnsi="Courier New"/>
          <w:sz w:val="16"/>
        </w:rPr>
        <w:t>8:39, 40                    105 20:28                                 9</w:t>
      </w:r>
    </w:p>
    <w:p>
      <w:pPr>
        <w:keepLines/>
      </w:pPr>
      <w:r>
        <w:rPr>
          <w:rFonts w:ascii="Courier New" w:hAnsi="Courier New"/>
          <w:sz w:val="16"/>
        </w:rPr>
        <w:t>9:1, 2                       85 20:28-30                            159</w:t>
      </w:r>
    </w:p>
    <w:p>
      <w:pPr>
        <w:keepLines/>
      </w:pPr>
      <w:r>
        <w:rPr>
          <w:rFonts w:ascii="Courier New" w:hAnsi="Courier New"/>
          <w:sz w:val="16"/>
        </w:rPr>
        <w:t>9:15                         28 20:29, 30                         3, 10</w:t>
      </w:r>
    </w:p>
    <w:p>
      <w:pPr>
        <w:keepLines/>
      </w:pPr>
      <w:r>
        <w:rPr>
          <w:rFonts w:ascii="Courier New" w:hAnsi="Courier New"/>
          <w:sz w:val="16"/>
        </w:rPr>
        <w:t>9:17                         48 21:39                                69</w:t>
      </w:r>
    </w:p>
    <w:p>
      <w:pPr>
        <w:keepLines/>
      </w:pPr>
      <w:r>
        <w:rPr>
          <w:rFonts w:ascii="Courier New" w:hAnsi="Courier New"/>
          <w:sz w:val="16"/>
        </w:rPr>
        <w:t>9:32-35                       5 22:3                                 69</w:t>
      </w:r>
    </w:p>
    <w:p>
      <w:pPr>
        <w:keepLines/>
      </w:pPr>
      <w:r>
        <w:rPr>
          <w:rFonts w:ascii="Courier New" w:hAnsi="Courier New"/>
          <w:sz w:val="16"/>
        </w:rPr>
        <w:t>9:40                         50 22:10                 ...152, 156, 161</w:t>
      </w:r>
    </w:p>
    <w:p>
      <w:pPr>
        <w:keepLines/>
      </w:pPr>
      <w:r>
        <w:rPr>
          <w:rFonts w:ascii="Courier New" w:hAnsi="Courier New"/>
          <w:sz w:val="16"/>
        </w:rPr>
        <w:t>10                            5 22:16 ..       145, 152, 153, 156, 161</w:t>
      </w:r>
    </w:p>
    <w:p>
      <w:pPr>
        <w:keepLines/>
      </w:pPr>
      <w:r>
        <w:rPr>
          <w:rFonts w:ascii="Courier New" w:hAnsi="Courier New"/>
          <w:sz w:val="16"/>
        </w:rPr>
        <w:t>10:3, 10-17                116 23:6                           125, 144</w:t>
      </w:r>
    </w:p>
    <w:p>
      <w:pPr>
        <w:keepLines/>
      </w:pPr>
      <w:r>
        <w:rPr>
          <w:rFonts w:ascii="Courier New" w:hAnsi="Courier New"/>
          <w:sz w:val="16"/>
        </w:rPr>
        <w:t>10:10, 11, 17              124 24:14, 15                            125</w:t>
      </w:r>
    </w:p>
    <w:p>
      <w:pPr>
        <w:keepLines/>
      </w:pPr>
      <w:r>
        <w:rPr>
          <w:rFonts w:ascii="Courier New" w:hAnsi="Courier New"/>
          <w:sz w:val="16"/>
        </w:rPr>
        <w:t>10:19                 .....211 24:15                                143</w:t>
      </w:r>
    </w:p>
    <w:p>
      <w:pPr>
        <w:keepLines/>
      </w:pPr>
      <w:r>
        <w:rPr>
          <w:rFonts w:ascii="Courier New" w:hAnsi="Courier New"/>
          <w:sz w:val="16"/>
        </w:rPr>
        <w:t>10:38                      212 24:22                                143</w:t>
      </w:r>
    </w:p>
    <w:p>
      <w:pPr>
        <w:keepLines/>
      </w:pPr>
      <w:r>
        <w:rPr>
          <w:rFonts w:ascii="Courier New" w:hAnsi="Courier New"/>
          <w:sz w:val="16"/>
        </w:rPr>
        <w:t>10:38, 40                  Ill 24:25                                143</w:t>
      </w:r>
    </w:p>
    <w:p>
      <w:pPr>
        <w:keepLines/>
      </w:pPr>
      <w:r>
        <w:rPr>
          <w:rFonts w:ascii="Courier New" w:hAnsi="Courier New"/>
          <w:sz w:val="16"/>
        </w:rPr>
        <w:t>10:39, 40                  195 25                                   141</w:t>
      </w:r>
    </w:p>
    <w:p>
      <w:pPr>
        <w:keepLines/>
      </w:pPr>
      <w:r>
        <w:rPr>
          <w:rFonts w:ascii="Courier New" w:hAnsi="Courier New"/>
          <w:sz w:val="16"/>
        </w:rPr>
        <w:t>10:44                    .213 25:17                                 141</w:t>
      </w:r>
    </w:p>
    <w:p>
      <w:pPr>
        <w:keepLines/>
      </w:pPr>
      <w:r>
        <w:rPr>
          <w:rFonts w:ascii="Courier New" w:hAnsi="Courier New"/>
          <w:sz w:val="16"/>
        </w:rPr>
        <w:t>10:47, 48                  152 26:7 ..                               72</w:t>
      </w:r>
    </w:p>
    <w:p>
      <w:pPr>
        <w:keepLines/>
      </w:pPr>
      <w:r>
        <w:rPr>
          <w:rFonts w:ascii="Courier New" w:hAnsi="Courier New"/>
          <w:sz w:val="16"/>
        </w:rPr>
        <w:t>10:48              151, 152 26:13-18                                117</w:t>
      </w:r>
    </w:p>
    <w:p>
      <w:pPr>
        <w:keepLines/>
      </w:pPr>
      <w:r>
        <w:rPr>
          <w:rFonts w:ascii="Courier New" w:hAnsi="Courier New"/>
          <w:sz w:val="16"/>
        </w:rPr>
        <w:t>11:18                         5 26:18                               177</w:t>
      </w:r>
    </w:p>
    <w:p>
      <w:pPr>
        <w:keepLines/>
      </w:pPr>
      <w:r>
        <w:rPr>
          <w:rFonts w:ascii="Courier New" w:hAnsi="Courier New"/>
          <w:sz w:val="16"/>
        </w:rPr>
        <w:t>12:9               117, 124 26:19                                  117</w:t>
      </w:r>
    </w:p>
    <w:p>
      <w:pPr>
        <w:keepLines/>
      </w:pPr>
      <w:r>
        <w:rPr>
          <w:rFonts w:ascii="Courier New" w:hAnsi="Courier New"/>
          <w:sz w:val="16"/>
        </w:rPr>
        <w:t>12:11                      124 26:29                                118</w:t>
      </w:r>
    </w:p>
    <w:p>
      <w:pPr>
        <w:keepLines/>
      </w:pPr>
      <w:r>
        <w:rPr>
          <w:rFonts w:ascii="Courier New" w:hAnsi="Courier New"/>
          <w:sz w:val="16"/>
        </w:rPr>
        <w:t>13:2                     ..211 27:40                                 89</w:t>
      </w:r>
    </w:p>
    <w:p>
      <w:pPr>
        <w:keepLines/>
      </w:pPr>
      <w:r>
        <w:rPr>
          <w:rFonts w:ascii="Courier New" w:hAnsi="Courier New"/>
          <w:sz w:val="16"/>
        </w:rPr>
        <w:t>13:11                        13 28:3-5                               13</w:t>
      </w:r>
    </w:p>
    <w:p>
      <w:pPr>
        <w:keepLines/>
      </w:pPr>
      <w:r>
        <w:rPr>
          <w:rFonts w:ascii="Courier New" w:hAnsi="Courier New"/>
          <w:sz w:val="16"/>
        </w:rPr>
        <w:t>13:22                      137 28:14                                 89</w:t>
      </w:r>
    </w:p>
    <w:p>
      <w:pPr>
        <w:keepLines/>
      </w:pPr>
      <w:r>
        <w:rPr>
          <w:rFonts w:ascii="Courier New" w:hAnsi="Courier New"/>
          <w:sz w:val="16"/>
        </w:rPr>
        <w:t>13:23                      137 28:14-31                               6</w:t>
      </w:r>
    </w:p>
    <w:p>
      <w:pPr>
        <w:keepLines/>
      </w:pPr>
      <w:r>
        <w:rPr>
          <w:rFonts w:ascii="Courier New" w:hAnsi="Courier New"/>
          <w:sz w:val="16"/>
        </w:rPr>
        <w:t>13:29, 30                  208 28:25                               234</w:t>
      </w:r>
    </w:p>
    <w:p>
      <w:pPr>
        <w:pStyle w:val="Heading1"/>
        <w:jc w:val="center"/>
      </w:pPr>
      <w:r>
        <w:t>ROOMAA</w:t>
      </w:r>
    </w:p>
    <w:p>
      <w:pPr>
        <w:keepLines/>
      </w:pPr>
      <w:r>
        <w:rPr>
          <w:rFonts w:ascii="Courier New" w:hAnsi="Courier New"/>
          <w:sz w:val="16"/>
        </w:rPr>
        <w:t>1:1, 7                        6 2:29                      41, 61. 62</w:t>
      </w:r>
    </w:p>
    <w:p>
      <w:pPr>
        <w:keepLines/>
      </w:pPr>
      <w:r>
        <w:rPr>
          <w:rFonts w:ascii="Courier New" w:hAnsi="Courier New"/>
          <w:sz w:val="16"/>
        </w:rPr>
        <w:t>1:7                        147 3:20                                 141</w:t>
      </w:r>
    </w:p>
    <w:p>
      <w:pPr>
        <w:keepLines/>
      </w:pPr>
      <w:r>
        <w:rPr>
          <w:rFonts w:ascii="Courier New" w:hAnsi="Courier New"/>
          <w:sz w:val="16"/>
        </w:rPr>
        <w:t>1:11                          8 3:21                                160</w:t>
      </w:r>
    </w:p>
    <w:p>
      <w:pPr>
        <w:keepLines/>
      </w:pPr>
      <w:r>
        <w:rPr>
          <w:rFonts w:ascii="Courier New" w:hAnsi="Courier New"/>
          <w:sz w:val="16"/>
        </w:rPr>
        <w:t>1:25                         42 4:3                                 236</w:t>
      </w:r>
    </w:p>
    <w:p>
      <w:pPr>
        <w:keepLines/>
      </w:pPr>
      <w:r>
        <w:rPr>
          <w:rFonts w:ascii="Courier New" w:hAnsi="Courier New"/>
          <w:sz w:val="16"/>
        </w:rPr>
        <w:t>2:1                     ...143 4:13                                 128</w:t>
      </w:r>
    </w:p>
    <w:p>
      <w:pPr>
        <w:keepLines/>
      </w:pPr>
      <w:r>
        <w:rPr>
          <w:rFonts w:ascii="Courier New" w:hAnsi="Courier New"/>
          <w:sz w:val="16"/>
        </w:rPr>
        <w:t>2:7                        103 4:15                                 141</w:t>
      </w:r>
    </w:p>
    <w:p>
      <w:pPr>
        <w:keepLines/>
      </w:pPr>
      <w:r>
        <w:rPr>
          <w:rFonts w:ascii="Courier New" w:hAnsi="Courier New"/>
          <w:sz w:val="16"/>
        </w:rPr>
        <w:t>2:8                   . 1 4 3 4:16, 17                      . 7 0 , 112</w:t>
      </w:r>
    </w:p>
    <w:p>
      <w:pPr>
        <w:keepLines/>
      </w:pPr>
      <w:r>
        <w:rPr>
          <w:rFonts w:ascii="Courier New" w:hAnsi="Courier New"/>
          <w:sz w:val="16"/>
        </w:rPr>
        <w:t>2:12                         22 4:17                     70, 185, 198</w:t>
      </w:r>
    </w:p>
    <w:p>
      <w:pPr>
        <w:keepLines/>
      </w:pPr>
      <w:r>
        <w:rPr>
          <w:rFonts w:ascii="Courier New" w:hAnsi="Courier New"/>
          <w:sz w:val="16"/>
        </w:rPr>
        <w:t>2:12-16                    142 4:17-21                              158</w:t>
      </w:r>
    </w:p>
    <w:p>
      <w:pPr>
        <w:keepLines/>
      </w:pPr>
      <w:r>
        <w:rPr>
          <w:rFonts w:ascii="Courier New" w:hAnsi="Courier New"/>
          <w:sz w:val="16"/>
        </w:rPr>
        <w:t>2:16                       143 4:24                                 112</w:t>
      </w:r>
    </w:p>
    <w:p>
      <w:pPr>
        <w:keepLines/>
      </w:pPr>
      <w:r>
        <w:rPr>
          <w:rFonts w:ascii="Courier New" w:hAnsi="Courier New"/>
          <w:sz w:val="16"/>
        </w:rPr>
        <w:t>2:21                        42 4:25                                  56</w:t>
      </w:r>
    </w:p>
    <w:p>
      <w:pPr>
        <w:keepLines/>
      </w:pPr>
      <w:r>
        <w:rPr>
          <w:rFonts w:ascii="Courier New" w:hAnsi="Courier New"/>
          <w:sz w:val="16"/>
        </w:rPr>
        <w:t>263</w:t>
      </w:r>
    </w:p>
    <w:p>
      <w:pPr>
        <w:jc w:val="center"/>
      </w:pPr>
      <w:r>
        <w:rPr>
          <w:rFonts w:ascii="Courier New" w:hAnsi="Courier New"/>
          <w:b/>
          <w:sz w:val="16"/>
        </w:rPr>
        <w:t>BOG                                               BOG</w:t>
      </w:r>
    </w:p>
    <w:p>
      <w:pPr>
        <w:keepLines/>
      </w:pPr>
      <w:r>
        <w:rPr>
          <w:rFonts w:ascii="Courier New" w:hAnsi="Courier New"/>
          <w:sz w:val="16"/>
        </w:rPr>
        <w:t>5:1                             160 8:24            49, 156, 158, 160</w:t>
      </w:r>
    </w:p>
    <w:p>
      <w:pPr>
        <w:keepLines/>
      </w:pPr>
      <w:r>
        <w:rPr>
          <w:rFonts w:ascii="Courier New" w:hAnsi="Courier New"/>
          <w:sz w:val="16"/>
        </w:rPr>
        <w:t>56                               56 8:29           185, 194, 198, 202</w:t>
      </w:r>
    </w:p>
    <w:p>
      <w:pPr>
        <w:keepLines/>
      </w:pPr>
      <w:r>
        <w:rPr>
          <w:rFonts w:ascii="Courier New" w:hAnsi="Courier New"/>
          <w:sz w:val="16"/>
        </w:rPr>
        <w:t>5*8                              56 9:5                             199</w:t>
      </w:r>
    </w:p>
    <w:p>
      <w:pPr>
        <w:keepLines/>
      </w:pPr>
      <w:r>
        <w:rPr>
          <w:rFonts w:ascii="Courier New" w:hAnsi="Courier New"/>
          <w:sz w:val="16"/>
        </w:rPr>
        <w:t>512                             230 9:6-8                            62</w:t>
      </w:r>
    </w:p>
    <w:p>
      <w:pPr>
        <w:keepLines/>
      </w:pPr>
      <w:r>
        <w:rPr>
          <w:rFonts w:ascii="Courier New" w:hAnsi="Courier New"/>
          <w:sz w:val="16"/>
        </w:rPr>
        <w:t>5:12, 14                        217 9:17                137, 211, 233</w:t>
      </w:r>
    </w:p>
    <w:p>
      <w:pPr>
        <w:keepLines/>
      </w:pPr>
      <w:r>
        <w:rPr>
          <w:rFonts w:ascii="Courier New" w:hAnsi="Courier New"/>
          <w:sz w:val="16"/>
        </w:rPr>
        <w:t>5:13                            141 9:23                            198</w:t>
      </w:r>
    </w:p>
    <w:p>
      <w:pPr>
        <w:keepLines/>
      </w:pPr>
      <w:r>
        <w:rPr>
          <w:rFonts w:ascii="Courier New" w:hAnsi="Courier New"/>
          <w:sz w:val="16"/>
        </w:rPr>
        <w:t>5-14                      129 173 10:9                              152</w:t>
      </w:r>
    </w:p>
    <w:p>
      <w:pPr>
        <w:keepLines/>
      </w:pPr>
      <w:r>
        <w:rPr>
          <w:rFonts w:ascii="Courier New" w:hAnsi="Courier New"/>
          <w:sz w:val="16"/>
        </w:rPr>
        <w:t>5:16                            230 10:13                        ...152</w:t>
      </w:r>
    </w:p>
    <w:p>
      <w:pPr>
        <w:keepLines/>
      </w:pPr>
      <w:r>
        <w:rPr>
          <w:rFonts w:ascii="Courier New" w:hAnsi="Courier New"/>
          <w:sz w:val="16"/>
        </w:rPr>
        <w:t>5:18                            230 10:19                            71</w:t>
      </w:r>
    </w:p>
    <w:p>
      <w:pPr>
        <w:keepLines/>
      </w:pPr>
      <w:r>
        <w:rPr>
          <w:rFonts w:ascii="Courier New" w:hAnsi="Courier New"/>
          <w:sz w:val="16"/>
        </w:rPr>
        <w:t>5:19                            230 11:1                       61, 69</w:t>
      </w:r>
    </w:p>
    <w:p>
      <w:pPr>
        <w:keepLines/>
      </w:pPr>
      <w:r>
        <w:rPr>
          <w:rFonts w:ascii="Courier New" w:hAnsi="Courier New"/>
          <w:sz w:val="16"/>
        </w:rPr>
        <w:t>5:21            .. ..160, 162, 177 11:16                            147</w:t>
      </w:r>
    </w:p>
    <w:p>
      <w:pPr>
        <w:keepLines/>
      </w:pPr>
      <w:r>
        <w:rPr>
          <w:rFonts w:ascii="Courier New" w:hAnsi="Courier New"/>
          <w:sz w:val="16"/>
        </w:rPr>
        <w:t>6:3, 4                          112 11:25                            61</w:t>
      </w:r>
    </w:p>
    <w:p>
      <w:pPr>
        <w:keepLines/>
      </w:pPr>
      <w:r>
        <w:rPr>
          <w:rFonts w:ascii="Courier New" w:hAnsi="Courier New"/>
          <w:sz w:val="16"/>
        </w:rPr>
        <w:t>6:4                        .. ..151 11:30, 31                       143</w:t>
      </w:r>
    </w:p>
    <w:p>
      <w:pPr>
        <w:keepLines/>
      </w:pPr>
      <w:r>
        <w:rPr>
          <w:rFonts w:ascii="Courier New" w:hAnsi="Courier New"/>
          <w:sz w:val="16"/>
        </w:rPr>
        <w:t>6:3-5                           152 11:33, 34                       237</w:t>
      </w:r>
    </w:p>
    <w:p>
      <w:pPr>
        <w:keepLines/>
      </w:pPr>
      <w:r>
        <w:rPr>
          <w:rFonts w:ascii="Courier New" w:hAnsi="Courier New"/>
          <w:sz w:val="16"/>
        </w:rPr>
        <w:t>6:6                      138, 182 12:4-8                             50</w:t>
      </w:r>
    </w:p>
    <w:p>
      <w:pPr>
        <w:keepLines/>
      </w:pPr>
      <w:r>
        <w:rPr>
          <w:rFonts w:ascii="Courier New" w:hAnsi="Courier New"/>
          <w:sz w:val="16"/>
        </w:rPr>
        <w:t>6:16-20                         204 13:9                             42</w:t>
      </w:r>
    </w:p>
    <w:p>
      <w:pPr>
        <w:keepLines/>
      </w:pPr>
      <w:r>
        <w:rPr>
          <w:rFonts w:ascii="Courier New" w:hAnsi="Courier New"/>
          <w:sz w:val="16"/>
        </w:rPr>
        <w:t>6:17                            177 13:11                           158</w:t>
      </w:r>
    </w:p>
    <w:p>
      <w:pPr>
        <w:keepLines/>
      </w:pPr>
      <w:r>
        <w:rPr>
          <w:rFonts w:ascii="Courier New" w:hAnsi="Courier New"/>
          <w:sz w:val="16"/>
        </w:rPr>
        <w:t>617 18                          112 14:1-4, 14                       21</w:t>
      </w:r>
    </w:p>
    <w:p>
      <w:pPr>
        <w:keepLines/>
      </w:pPr>
      <w:r>
        <w:rPr>
          <w:rFonts w:ascii="Courier New" w:hAnsi="Courier New"/>
          <w:sz w:val="16"/>
        </w:rPr>
        <w:t>6:23                162, 177, 180 14:5                               42</w:t>
      </w:r>
    </w:p>
    <w:p>
      <w:pPr>
        <w:keepLines/>
      </w:pPr>
      <w:r>
        <w:rPr>
          <w:rFonts w:ascii="Courier New" w:hAnsi="Courier New"/>
          <w:sz w:val="16"/>
        </w:rPr>
        <w:t>7    .                          183 14:5, 6                     21, 41</w:t>
      </w:r>
    </w:p>
    <w:p>
      <w:pPr>
        <w:keepLines/>
      </w:pPr>
      <w:r>
        <w:rPr>
          <w:rFonts w:ascii="Courier New" w:hAnsi="Courier New"/>
          <w:sz w:val="16"/>
        </w:rPr>
        <w:t>7:7                             141 14:10                     138, 141</w:t>
      </w:r>
    </w:p>
    <w:p>
      <w:pPr>
        <w:keepLines/>
      </w:pPr>
      <w:r>
        <w:rPr>
          <w:rFonts w:ascii="Courier New" w:hAnsi="Courier New"/>
          <w:sz w:val="16"/>
        </w:rPr>
        <w:t>7:11                            173 14:11                            54</w:t>
      </w:r>
    </w:p>
    <w:p>
      <w:pPr>
        <w:keepLines/>
      </w:pPr>
      <w:r>
        <w:rPr>
          <w:rFonts w:ascii="Courier New" w:hAnsi="Courier New"/>
          <w:sz w:val="16"/>
        </w:rPr>
        <w:t>7:17                            177 14:17                  21, 82, 95</w:t>
      </w:r>
    </w:p>
    <w:p>
      <w:pPr>
        <w:keepLines/>
      </w:pPr>
      <w:r>
        <w:rPr>
          <w:rFonts w:ascii="Courier New" w:hAnsi="Courier New"/>
          <w:sz w:val="16"/>
        </w:rPr>
        <w:t>7:17, 18                        162 15:4                     231, 235</w:t>
      </w:r>
    </w:p>
    <w:p>
      <w:pPr>
        <w:keepLines/>
      </w:pPr>
      <w:r>
        <w:rPr>
          <w:rFonts w:ascii="Courier New" w:hAnsi="Courier New"/>
          <w:sz w:val="16"/>
        </w:rPr>
        <w:t>7:18-25                         145 15:8                      98, 143</w:t>
      </w:r>
    </w:p>
    <w:p>
      <w:pPr>
        <w:keepLines/>
      </w:pPr>
      <w:r>
        <w:rPr>
          <w:rFonts w:ascii="Courier New" w:hAnsi="Courier New"/>
          <w:sz w:val="16"/>
        </w:rPr>
        <w:t>7:18                            218 15:9                            233</w:t>
      </w:r>
    </w:p>
    <w:p>
      <w:pPr>
        <w:keepLines/>
      </w:pPr>
      <w:r>
        <w:rPr>
          <w:rFonts w:ascii="Courier New" w:hAnsi="Courier New"/>
          <w:sz w:val="16"/>
        </w:rPr>
        <w:t>7:23                            218 15:10                           233</w:t>
      </w:r>
    </w:p>
    <w:p>
      <w:pPr>
        <w:keepLines/>
      </w:pPr>
      <w:r>
        <w:rPr>
          <w:rFonts w:ascii="Courier New" w:hAnsi="Courier New"/>
          <w:sz w:val="16"/>
        </w:rPr>
        <w:t>8:2                             145 15:11                           233</w:t>
      </w:r>
    </w:p>
    <w:p>
      <w:pPr>
        <w:keepLines/>
      </w:pPr>
      <w:r>
        <w:rPr>
          <w:rFonts w:ascii="Courier New" w:hAnsi="Courier New"/>
          <w:sz w:val="16"/>
        </w:rPr>
        <w:t>8:3                             177 15:12                           233</w:t>
      </w:r>
    </w:p>
    <w:p>
      <w:pPr>
        <w:keepLines/>
      </w:pPr>
      <w:r>
        <w:rPr>
          <w:rFonts w:ascii="Courier New" w:hAnsi="Courier New"/>
          <w:sz w:val="16"/>
        </w:rPr>
        <w:t>8:23                            122 15:31                           143</w:t>
      </w:r>
    </w:p>
    <w:p>
      <w:pPr>
        <w:keepLines/>
      </w:pPr>
      <w:r>
        <w:rPr>
          <w:rFonts w:ascii="Courier New" w:hAnsi="Courier New"/>
          <w:sz w:val="16"/>
        </w:rPr>
        <w:t>8:23-25                      .125</w:t>
      </w:r>
    </w:p>
    <w:p>
      <w:pPr>
        <w:pStyle w:val="Heading1"/>
        <w:jc w:val="center"/>
      </w:pPr>
      <w:r>
        <w:t>1 KORINTOS</w:t>
      </w:r>
    </w:p>
    <w:p>
      <w:pPr>
        <w:keepLines/>
      </w:pPr>
      <w:r>
        <w:rPr>
          <w:rFonts w:ascii="Courier New" w:hAnsi="Courier New"/>
          <w:sz w:val="16"/>
        </w:rPr>
        <w:t>1:10                            13   8:9-13                        21</w:t>
      </w:r>
    </w:p>
    <w:p>
      <w:pPr>
        <w:keepLines/>
      </w:pPr>
      <w:r>
        <w:rPr>
          <w:rFonts w:ascii="Courier New" w:hAnsi="Courier New"/>
          <w:sz w:val="16"/>
        </w:rPr>
        <w:t>1:12, 13                       153   8:11                         138</w:t>
      </w:r>
    </w:p>
    <w:p>
      <w:pPr>
        <w:keepLines/>
      </w:pPr>
      <w:r>
        <w:rPr>
          <w:rFonts w:ascii="Courier New" w:hAnsi="Courier New"/>
          <w:sz w:val="16"/>
        </w:rPr>
        <w:t>1:14, 15       •.              153   9:5                           14</w:t>
      </w:r>
    </w:p>
    <w:p>
      <w:pPr>
        <w:keepLines/>
      </w:pPr>
      <w:r>
        <w:rPr>
          <w:rFonts w:ascii="Courier New" w:hAnsi="Courier New"/>
          <w:sz w:val="16"/>
        </w:rPr>
        <w:t>1:14-16                        153   9:22                          48</w:t>
      </w:r>
    </w:p>
    <w:p>
      <w:pPr>
        <w:keepLines/>
      </w:pPr>
      <w:r>
        <w:rPr>
          <w:rFonts w:ascii="Courier New" w:hAnsi="Courier New"/>
          <w:sz w:val="16"/>
        </w:rPr>
        <w:t>1:17                           153   9:24                          96</w:t>
      </w:r>
    </w:p>
    <w:p>
      <w:pPr>
        <w:keepLines/>
      </w:pPr>
      <w:r>
        <w:rPr>
          <w:rFonts w:ascii="Courier New" w:hAnsi="Courier New"/>
          <w:sz w:val="16"/>
        </w:rPr>
        <w:t>1:18                          .155   9:27                   138, 156</w:t>
      </w:r>
    </w:p>
    <w:p>
      <w:pPr>
        <w:keepLines/>
      </w:pPr>
      <w:r>
        <w:rPr>
          <w:rFonts w:ascii="Courier New" w:hAnsi="Courier New"/>
          <w:sz w:val="16"/>
        </w:rPr>
        <w:t>2:6                             49   10:4                       4, 10</w:t>
      </w:r>
    </w:p>
    <w:p>
      <w:pPr>
        <w:keepLines/>
      </w:pPr>
      <w:r>
        <w:rPr>
          <w:rFonts w:ascii="Courier New" w:hAnsi="Courier New"/>
          <w:sz w:val="16"/>
        </w:rPr>
        <w:t>3:3-8                           13   10:5-10                 .. .204</w:t>
      </w:r>
    </w:p>
    <w:p>
      <w:pPr>
        <w:keepLines/>
      </w:pPr>
      <w:r>
        <w:rPr>
          <w:rFonts w:ascii="Courier New" w:hAnsi="Courier New"/>
          <w:sz w:val="16"/>
        </w:rPr>
        <w:t>3:4                             14   10:11                 231, 235</w:t>
      </w:r>
    </w:p>
    <w:p>
      <w:pPr>
        <w:keepLines/>
      </w:pPr>
      <w:r>
        <w:rPr>
          <w:rFonts w:ascii="Courier New" w:hAnsi="Courier New"/>
          <w:sz w:val="16"/>
        </w:rPr>
        <w:t>3:11                             4   10:14                         42</w:t>
      </w:r>
    </w:p>
    <w:p>
      <w:pPr>
        <w:keepLines/>
      </w:pPr>
      <w:r>
        <w:rPr>
          <w:rFonts w:ascii="Courier New" w:hAnsi="Courier New"/>
          <w:sz w:val="16"/>
        </w:rPr>
        <w:t>3:12                            13   10:15                   . .. 2</w:t>
      </w:r>
    </w:p>
    <w:p>
      <w:pPr>
        <w:keepLines/>
      </w:pPr>
      <w:r>
        <w:rPr>
          <w:rFonts w:ascii="Courier New" w:hAnsi="Courier New"/>
          <w:sz w:val="16"/>
        </w:rPr>
        <w:t>3:13                            13   11:3               186, 199, 213</w:t>
      </w:r>
    </w:p>
    <w:p>
      <w:pPr>
        <w:keepLines/>
      </w:pPr>
      <w:r>
        <w:rPr>
          <w:rFonts w:ascii="Courier New" w:hAnsi="Courier New"/>
          <w:sz w:val="16"/>
        </w:rPr>
        <w:t>3:15                  13, 14, 155    11:7                         200</w:t>
      </w:r>
    </w:p>
    <w:p>
      <w:pPr>
        <w:keepLines/>
      </w:pPr>
      <w:r>
        <w:rPr>
          <w:rFonts w:ascii="Courier New" w:hAnsi="Courier New"/>
          <w:sz w:val="16"/>
        </w:rPr>
        <w:t>3:17                           138   11:7-9                    ...217</w:t>
      </w:r>
    </w:p>
    <w:p>
      <w:pPr>
        <w:keepLines/>
      </w:pPr>
      <w:r>
        <w:rPr>
          <w:rFonts w:ascii="Courier New" w:hAnsi="Courier New"/>
          <w:sz w:val="16"/>
        </w:rPr>
        <w:t>4:2-5                           31   11:25              ..         10</w:t>
      </w:r>
    </w:p>
    <w:p>
      <w:pPr>
        <w:keepLines/>
      </w:pPr>
      <w:r>
        <w:rPr>
          <w:rFonts w:ascii="Courier New" w:hAnsi="Courier New"/>
          <w:sz w:val="16"/>
        </w:rPr>
        <w:t>4:3-5                          140   11:29                         11</w:t>
      </w:r>
    </w:p>
    <w:p>
      <w:pPr>
        <w:keepLines/>
      </w:pPr>
      <w:r>
        <w:rPr>
          <w:rFonts w:ascii="Courier New" w:hAnsi="Courier New"/>
          <w:sz w:val="16"/>
        </w:rPr>
        <w:t>4:4                            139   12                            50</w:t>
      </w:r>
    </w:p>
    <w:p>
      <w:pPr>
        <w:keepLines/>
      </w:pPr>
      <w:r>
        <w:rPr>
          <w:rFonts w:ascii="Courier New" w:hAnsi="Courier New"/>
          <w:sz w:val="16"/>
        </w:rPr>
        <w:t>4:4, 5                         159   12:1-3                        47</w:t>
      </w:r>
    </w:p>
    <w:p>
      <w:pPr>
        <w:keepLines/>
      </w:pPr>
      <w:r>
        <w:rPr>
          <w:rFonts w:ascii="Courier New" w:hAnsi="Courier New"/>
          <w:sz w:val="16"/>
        </w:rPr>
        <w:t>4:5                            139   12:1, 9, 10                   48</w:t>
      </w:r>
    </w:p>
    <w:p>
      <w:pPr>
        <w:keepLines/>
      </w:pPr>
      <w:r>
        <w:rPr>
          <w:rFonts w:ascii="Courier New" w:hAnsi="Courier New"/>
          <w:sz w:val="16"/>
        </w:rPr>
        <w:t>4:14, 15                       189   12:8                          48</w:t>
      </w:r>
    </w:p>
    <w:p>
      <w:pPr>
        <w:keepLines/>
      </w:pPr>
      <w:r>
        <w:rPr>
          <w:rFonts w:ascii="Courier New" w:hAnsi="Courier New"/>
          <w:sz w:val="16"/>
        </w:rPr>
        <w:t>5:3                            Ill   12:9                          51</w:t>
      </w:r>
    </w:p>
    <w:p>
      <w:pPr>
        <w:keepLines/>
      </w:pPr>
      <w:r>
        <w:rPr>
          <w:rFonts w:ascii="Courier New" w:hAnsi="Courier New"/>
          <w:sz w:val="16"/>
        </w:rPr>
        <w:t>5:5                            155   12:10                      ... 48</w:t>
      </w:r>
    </w:p>
    <w:p>
      <w:pPr>
        <w:keepLines/>
      </w:pPr>
      <w:r>
        <w:rPr>
          <w:rFonts w:ascii="Courier New" w:hAnsi="Courier New"/>
          <w:sz w:val="16"/>
        </w:rPr>
        <w:t>6:9, 10                         42   12:11                   50, 212</w:t>
      </w:r>
    </w:p>
    <w:p>
      <w:pPr>
        <w:keepLines/>
      </w:pPr>
      <w:r>
        <w:rPr>
          <w:rFonts w:ascii="Courier New" w:hAnsi="Courier New"/>
          <w:sz w:val="16"/>
        </w:rPr>
        <w:t>7:1                             14   12:13                        101</w:t>
      </w:r>
    </w:p>
    <w:p>
      <w:pPr>
        <w:keepLines/>
      </w:pPr>
      <w:r>
        <w:rPr>
          <w:rFonts w:ascii="Courier New" w:hAnsi="Courier New"/>
          <w:sz w:val="16"/>
        </w:rPr>
        <w:t>7:6-9                           14   12:28                         51</w:t>
      </w:r>
    </w:p>
    <w:p>
      <w:pPr>
        <w:keepLines/>
      </w:pPr>
      <w:r>
        <w:rPr>
          <w:rFonts w:ascii="Courier New" w:hAnsi="Courier New"/>
          <w:sz w:val="16"/>
        </w:rPr>
        <w:t>7:10                          235    12:31                         48</w:t>
      </w:r>
    </w:p>
    <w:p>
      <w:pPr>
        <w:keepLines/>
      </w:pPr>
      <w:r>
        <w:rPr>
          <w:rFonts w:ascii="Courier New" w:hAnsi="Courier New"/>
          <w:sz w:val="16"/>
        </w:rPr>
        <w:t>7:14                     147, 148    13                            48</w:t>
      </w:r>
    </w:p>
    <w:p>
      <w:pPr>
        <w:keepLines/>
      </w:pPr>
      <w:r>
        <w:rPr>
          <w:rFonts w:ascii="Courier New" w:hAnsi="Courier New"/>
          <w:sz w:val="16"/>
        </w:rPr>
        <w:t>7:17                             6   13:8                          48</w:t>
      </w:r>
    </w:p>
    <w:p>
      <w:pPr>
        <w:keepLines/>
      </w:pPr>
      <w:r>
        <w:rPr>
          <w:rFonts w:ascii="Courier New" w:hAnsi="Courier New"/>
          <w:sz w:val="16"/>
        </w:rPr>
        <w:t>7:25                         .234    13:8-12                       54</w:t>
      </w:r>
    </w:p>
    <w:p>
      <w:pPr>
        <w:keepLines/>
      </w:pPr>
      <w:r>
        <w:rPr>
          <w:rFonts w:ascii="Courier New" w:hAnsi="Courier New"/>
          <w:sz w:val="16"/>
        </w:rPr>
        <w:t>7:34                    -...· 112    13:10                    48, 49</w:t>
      </w:r>
    </w:p>
    <w:p>
      <w:pPr>
        <w:keepLines/>
      </w:pPr>
      <w:r>
        <w:rPr>
          <w:rFonts w:ascii="Courier New" w:hAnsi="Courier New"/>
          <w:sz w:val="16"/>
        </w:rPr>
        <w:t>8:6        -                : 29     13:11                         50</w:t>
      </w:r>
    </w:p>
    <w:p>
      <w:pPr>
        <w:keepLines/>
      </w:pPr>
      <w:r>
        <w:rPr>
          <w:rFonts w:ascii="Courier New" w:hAnsi="Courier New"/>
          <w:sz w:val="16"/>
        </w:rPr>
        <w:t>264</w:t>
      </w:r>
    </w:p>
    <w:p>
      <w:pPr>
        <w:jc w:val="center"/>
      </w:pPr>
      <w:r>
        <w:rPr>
          <w:rFonts w:ascii="Courier New" w:hAnsi="Courier New"/>
          <w:b/>
          <w:sz w:val="16"/>
        </w:rPr>
        <w:t>BOG                                               BOG</w:t>
      </w:r>
    </w:p>
    <w:p>
      <w:pPr>
        <w:keepLines/>
      </w:pPr>
      <w:r>
        <w:rPr>
          <w:rFonts w:ascii="Courier New" w:hAnsi="Courier New"/>
          <w:sz w:val="16"/>
        </w:rPr>
        <w:t>13:12                              50       15:23                           :. 87</w:t>
      </w:r>
    </w:p>
    <w:p>
      <w:pPr>
        <w:keepLines/>
      </w:pPr>
      <w:r>
        <w:rPr>
          <w:rFonts w:ascii="Courier New" w:hAnsi="Courier New"/>
          <w:sz w:val="16"/>
        </w:rPr>
        <w:t>13:13                              49       15:23-28                           64</w:t>
      </w:r>
    </w:p>
    <w:p>
      <w:pPr>
        <w:keepLines/>
      </w:pPr>
      <w:r>
        <w:rPr>
          <w:rFonts w:ascii="Courier New" w:hAnsi="Courier New"/>
          <w:sz w:val="16"/>
        </w:rPr>
        <w:t>14                                 55       15:24-28           64, 158, 199, 206</w:t>
      </w:r>
    </w:p>
    <w:p>
      <w:pPr>
        <w:keepLines/>
      </w:pPr>
      <w:r>
        <w:rPr>
          <w:rFonts w:ascii="Courier New" w:hAnsi="Courier New"/>
          <w:sz w:val="16"/>
        </w:rPr>
        <w:t>14:2                               54       15:25                              96</w:t>
      </w:r>
    </w:p>
    <w:p>
      <w:pPr>
        <w:keepLines/>
      </w:pPr>
      <w:r>
        <w:rPr>
          <w:rFonts w:ascii="Courier New" w:hAnsi="Courier New"/>
          <w:sz w:val="16"/>
        </w:rPr>
        <w:t>14:20                         49, 150       15:26                              96</w:t>
      </w:r>
    </w:p>
    <w:p>
      <w:pPr>
        <w:keepLines/>
      </w:pPr>
      <w:r>
        <w:rPr>
          <w:rFonts w:ascii="Courier New" w:hAnsi="Courier New"/>
          <w:sz w:val="16"/>
        </w:rPr>
        <w:t>14:26                             102       15:27                             187</w:t>
      </w:r>
    </w:p>
    <w:p>
      <w:pPr>
        <w:keepLines/>
      </w:pPr>
      <w:r>
        <w:rPr>
          <w:rFonts w:ascii="Courier New" w:hAnsi="Courier New"/>
          <w:sz w:val="16"/>
        </w:rPr>
        <w:t>14:27                              55       15:27, 28                        .189</w:t>
      </w:r>
    </w:p>
    <w:p>
      <w:pPr>
        <w:keepLines/>
      </w:pPr>
      <w:r>
        <w:rPr>
          <w:rFonts w:ascii="Courier New" w:hAnsi="Courier New"/>
          <w:sz w:val="16"/>
        </w:rPr>
        <w:t>14:32                                55    15:28                             187</w:t>
      </w:r>
    </w:p>
    <w:p>
      <w:pPr>
        <w:keepLines/>
      </w:pPr>
      <w:r>
        <w:rPr>
          <w:rFonts w:ascii="Courier New" w:hAnsi="Courier New"/>
          <w:sz w:val="16"/>
        </w:rPr>
        <w:t>14:27, 28                            55    15:29                              3/</w:t>
      </w:r>
    </w:p>
    <w:p>
      <w:pPr>
        <w:keepLines/>
      </w:pPr>
      <w:r>
        <w:rPr>
          <w:rFonts w:ascii="Courier New" w:hAnsi="Courier New"/>
          <w:sz w:val="16"/>
        </w:rPr>
        <w:t>14:33                                23    15:31                             138</w:t>
      </w:r>
    </w:p>
    <w:p>
      <w:pPr>
        <w:keepLines/>
      </w:pPr>
      <w:r>
        <w:rPr>
          <w:rFonts w:ascii="Courier New" w:hAnsi="Courier New"/>
          <w:sz w:val="16"/>
        </w:rPr>
        <w:t>14:34, 35               7            55    15:32                             103</w:t>
      </w:r>
    </w:p>
    <w:p>
      <w:pPr>
        <w:keepLines/>
      </w:pPr>
      <w:r>
        <w:rPr>
          <w:rFonts w:ascii="Courier New" w:hAnsi="Courier New"/>
          <w:sz w:val="16"/>
        </w:rPr>
        <w:t>14:37                         55, 235      15:35                             137</w:t>
      </w:r>
    </w:p>
    <w:p>
      <w:pPr>
        <w:keepLines/>
      </w:pPr>
      <w:r>
        <w:rPr>
          <w:rFonts w:ascii="Courier New" w:hAnsi="Courier New"/>
          <w:sz w:val="16"/>
        </w:rPr>
        <w:t>14:37, 38                              6    15:35, 36                        153</w:t>
      </w:r>
    </w:p>
    <w:p>
      <w:pPr>
        <w:keepLines/>
      </w:pPr>
      <w:r>
        <w:rPr>
          <w:rFonts w:ascii="Courier New" w:hAnsi="Courier New"/>
          <w:sz w:val="16"/>
        </w:rPr>
        <w:t>14:40                                55    15:37                          ...137</w:t>
      </w:r>
    </w:p>
    <w:p>
      <w:pPr>
        <w:keepLines/>
      </w:pPr>
      <w:r>
        <w:rPr>
          <w:rFonts w:ascii="Courier New" w:hAnsi="Courier New"/>
          <w:sz w:val="16"/>
        </w:rPr>
        <w:t>15:1, 2                         .....161   15:39                             137</w:t>
      </w:r>
    </w:p>
    <w:p>
      <w:pPr>
        <w:keepLines/>
      </w:pPr>
      <w:r>
        <w:rPr>
          <w:rFonts w:ascii="Courier New" w:hAnsi="Courier New"/>
          <w:sz w:val="16"/>
        </w:rPr>
        <w:t>15:2                       ...155, 160     15:42                             138</w:t>
      </w:r>
    </w:p>
    <w:p>
      <w:pPr>
        <w:keepLines/>
      </w:pPr>
      <w:r>
        <w:rPr>
          <w:rFonts w:ascii="Courier New" w:hAnsi="Courier New"/>
          <w:sz w:val="16"/>
        </w:rPr>
        <w:t>15:3                        ...56, 157     15:42, 43                         138</w:t>
      </w:r>
    </w:p>
    <w:p>
      <w:pPr>
        <w:keepLines/>
      </w:pPr>
      <w:r>
        <w:rPr>
          <w:rFonts w:ascii="Courier New" w:hAnsi="Courier New"/>
          <w:sz w:val="16"/>
        </w:rPr>
        <w:t>15:4, 5                             Ill    15:44                       .122, 138</w:t>
      </w:r>
    </w:p>
    <w:p>
      <w:pPr>
        <w:keepLines/>
      </w:pPr>
      <w:r>
        <w:rPr>
          <w:rFonts w:ascii="Courier New" w:hAnsi="Courier New"/>
          <w:sz w:val="16"/>
        </w:rPr>
        <w:t>15:4-19                              38    15:45                    .....137,230</w:t>
      </w:r>
    </w:p>
    <w:p>
      <w:pPr>
        <w:keepLines/>
      </w:pPr>
      <w:r>
        <w:rPr>
          <w:rFonts w:ascii="Courier New" w:hAnsi="Courier New"/>
          <w:sz w:val="16"/>
        </w:rPr>
        <w:t>15:6, 18                     Ill, 159      15:46                             185</w:t>
      </w:r>
    </w:p>
    <w:p>
      <w:pPr>
        <w:keepLines/>
      </w:pPr>
      <w:r>
        <w:rPr>
          <w:rFonts w:ascii="Courier New" w:hAnsi="Courier New"/>
          <w:sz w:val="16"/>
        </w:rPr>
        <w:t>15:6, 18, 20, 51              121, 126     15:50                         81, 122</w:t>
      </w:r>
    </w:p>
    <w:p>
      <w:pPr>
        <w:keepLines/>
      </w:pPr>
      <w:r>
        <w:rPr>
          <w:rFonts w:ascii="Courier New" w:hAnsi="Courier New"/>
          <w:sz w:val="16"/>
        </w:rPr>
        <w:t>15:15                               195    15:50-54                           90</w:t>
      </w:r>
    </w:p>
    <w:p>
      <w:pPr>
        <w:keepLines/>
      </w:pPr>
      <w:r>
        <w:rPr>
          <w:rFonts w:ascii="Courier New" w:hAnsi="Courier New"/>
          <w:sz w:val="16"/>
        </w:rPr>
        <w:t>15:17                                56    15:51                        138, 159</w:t>
      </w:r>
    </w:p>
    <w:p>
      <w:pPr>
        <w:keepLines/>
      </w:pPr>
      <w:r>
        <w:rPr>
          <w:rFonts w:ascii="Courier New" w:hAnsi="Courier New"/>
          <w:sz w:val="16"/>
        </w:rPr>
        <w:t>15:17, 18                           103    15:51-53                     122, 126</w:t>
      </w:r>
    </w:p>
    <w:p>
      <w:pPr>
        <w:keepLines/>
      </w:pPr>
      <w:r>
        <w:rPr>
          <w:rFonts w:ascii="Courier New" w:hAnsi="Courier New"/>
          <w:sz w:val="16"/>
        </w:rPr>
        <w:t>15:19-22                     122, 125      15:52                             137</w:t>
      </w:r>
    </w:p>
    <w:p>
      <w:pPr>
        <w:keepLines/>
      </w:pPr>
      <w:r>
        <w:rPr>
          <w:rFonts w:ascii="Courier New" w:hAnsi="Courier New"/>
          <w:sz w:val="16"/>
        </w:rPr>
        <w:t>15:20                  137, 202, 204       15:53-55                       5, 122</w:t>
      </w:r>
    </w:p>
    <w:p>
      <w:pPr>
        <w:keepLines/>
      </w:pPr>
      <w:r>
        <w:rPr>
          <w:rFonts w:ascii="Courier New" w:hAnsi="Courier New"/>
          <w:sz w:val="16"/>
        </w:rPr>
        <w:t>15:20-28                             38    15:55     ..   ..                 Ill</w:t>
      </w:r>
    </w:p>
    <w:p>
      <w:pPr>
        <w:keepLines/>
      </w:pPr>
      <w:r>
        <w:rPr>
          <w:rFonts w:ascii="Courier New" w:hAnsi="Courier New"/>
          <w:sz w:val="16"/>
        </w:rPr>
        <w:t>15:22                        138, 145      16:2                               42</w:t>
      </w:r>
    </w:p>
    <w:p>
      <w:pPr>
        <w:keepLines/>
      </w:pPr>
      <w:r>
        <w:rPr>
          <w:rFonts w:ascii="Courier New" w:hAnsi="Courier New"/>
          <w:sz w:val="16"/>
        </w:rPr>
        <w:t>15:22, 23                 63, 96, 111      16:17                              65</w:t>
      </w:r>
    </w:p>
    <w:p>
      <w:pPr>
        <w:keepLines/>
      </w:pPr>
      <w:r>
        <w:rPr>
          <w:rFonts w:ascii="Courier New" w:hAnsi="Courier New"/>
          <w:sz w:val="16"/>
        </w:rPr>
        <w:t>15:22-28                       44, 189</w:t>
      </w:r>
    </w:p>
    <w:p>
      <w:pPr>
        <w:pStyle w:val="Heading1"/>
        <w:jc w:val="center"/>
      </w:pPr>
      <w:r>
        <w:t>2 KORINTOS</w:t>
      </w:r>
    </w:p>
    <w:p>
      <w:pPr>
        <w:keepLines/>
      </w:pPr>
      <w:r>
        <w:rPr>
          <w:rFonts w:ascii="Courier New" w:hAnsi="Courier New"/>
          <w:sz w:val="16"/>
        </w:rPr>
        <w:t>1:23                               112     10:11, 12                         123</w:t>
      </w:r>
    </w:p>
    <w:p>
      <w:pPr>
        <w:keepLines/>
      </w:pPr>
      <w:r>
        <w:rPr>
          <w:rFonts w:ascii="Courier New" w:hAnsi="Courier New"/>
          <w:sz w:val="16"/>
        </w:rPr>
        <w:t>2:11                               177     11:1, 17                          123</w:t>
      </w:r>
    </w:p>
    <w:p>
      <w:pPr>
        <w:keepLines/>
      </w:pPr>
      <w:r>
        <w:rPr>
          <w:rFonts w:ascii="Courier New" w:hAnsi="Courier New"/>
          <w:sz w:val="16"/>
        </w:rPr>
        <w:t>2:15                               155     11:3                         165, 217</w:t>
      </w:r>
    </w:p>
    <w:p>
      <w:pPr>
        <w:keepLines/>
      </w:pPr>
      <w:r>
        <w:rPr>
          <w:rFonts w:ascii="Courier New" w:hAnsi="Courier New"/>
          <w:sz w:val="16"/>
        </w:rPr>
        <w:t>3:6-9                               41     11:3, 13                          217</w:t>
      </w:r>
    </w:p>
    <w:p>
      <w:pPr>
        <w:keepLines/>
      </w:pPr>
      <w:r>
        <w:rPr>
          <w:rFonts w:ascii="Courier New" w:hAnsi="Courier New"/>
          <w:sz w:val="16"/>
        </w:rPr>
        <w:t>3:14, 15                          .118     11:3-26                           177</w:t>
      </w:r>
    </w:p>
    <w:p>
      <w:pPr>
        <w:keepLines/>
      </w:pPr>
      <w:r>
        <w:rPr>
          <w:rFonts w:ascii="Courier New" w:hAnsi="Courier New"/>
          <w:sz w:val="16"/>
        </w:rPr>
        <w:t>4:2                                 77     11:4, 5-13                        123</w:t>
      </w:r>
    </w:p>
    <w:p>
      <w:pPr>
        <w:keepLines/>
      </w:pPr>
      <w:r>
        <w:rPr>
          <w:rFonts w:ascii="Courier New" w:hAnsi="Courier New"/>
          <w:sz w:val="16"/>
        </w:rPr>
        <w:t>4:14                    121, 122, 126      11:4, 12-15                      .123</w:t>
      </w:r>
    </w:p>
    <w:p>
      <w:pPr>
        <w:keepLines/>
      </w:pPr>
      <w:r>
        <w:rPr>
          <w:rFonts w:ascii="Courier New" w:hAnsi="Courier New"/>
          <w:sz w:val="16"/>
        </w:rPr>
        <w:t>4:16-18                           .122     11:7                              123</w:t>
      </w:r>
    </w:p>
    <w:p>
      <w:pPr>
        <w:keepLines/>
      </w:pPr>
      <w:r>
        <w:rPr>
          <w:rFonts w:ascii="Courier New" w:hAnsi="Courier New"/>
          <w:sz w:val="16"/>
        </w:rPr>
        <w:t>5:1, 2-4                           122     11:13                          ...217</w:t>
      </w:r>
    </w:p>
    <w:p>
      <w:pPr>
        <w:keepLines/>
      </w:pPr>
      <w:r>
        <w:rPr>
          <w:rFonts w:ascii="Courier New" w:hAnsi="Courier New"/>
          <w:sz w:val="16"/>
        </w:rPr>
        <w:t>5:4                           121, 122     11:13-15                          177</w:t>
      </w:r>
    </w:p>
    <w:p>
      <w:pPr>
        <w:keepLines/>
      </w:pPr>
      <w:r>
        <w:rPr>
          <w:rFonts w:ascii="Courier New" w:hAnsi="Courier New"/>
          <w:sz w:val="16"/>
        </w:rPr>
        <w:t>5:8                                121     11:14                             177</w:t>
      </w:r>
    </w:p>
    <w:p>
      <w:pPr>
        <w:keepLines/>
      </w:pPr>
      <w:r>
        <w:rPr>
          <w:rFonts w:ascii="Courier New" w:hAnsi="Courier New"/>
          <w:sz w:val="16"/>
        </w:rPr>
        <w:t>5:9, 10                        80, 138     11:21-29                          123</w:t>
      </w:r>
    </w:p>
    <w:p>
      <w:pPr>
        <w:keepLines/>
      </w:pPr>
      <w:r>
        <w:rPr>
          <w:rFonts w:ascii="Courier New" w:hAnsi="Courier New"/>
          <w:sz w:val="16"/>
        </w:rPr>
        <w:t>5:10               .66, 112, 121, 125,     11:23-29                          126</w:t>
      </w:r>
    </w:p>
    <w:p>
      <w:pPr>
        <w:keepLines/>
      </w:pPr>
      <w:r>
        <w:rPr>
          <w:rFonts w:ascii="Courier New" w:hAnsi="Courier New"/>
          <w:sz w:val="16"/>
        </w:rPr>
        <w:t xml:space="preserve">                         126, 138, 141     11:28                               6</w:t>
      </w:r>
    </w:p>
    <w:p>
      <w:pPr>
        <w:keepLines/>
      </w:pPr>
      <w:r>
        <w:rPr>
          <w:rFonts w:ascii="Courier New" w:hAnsi="Courier New"/>
          <w:sz w:val="16"/>
        </w:rPr>
        <w:t>5:14                                38     11:30-33                        .123</w:t>
      </w:r>
    </w:p>
    <w:p>
      <w:pPr>
        <w:keepLines/>
      </w:pPr>
      <w:r>
        <w:rPr>
          <w:rFonts w:ascii="Courier New" w:hAnsi="Courier New"/>
          <w:sz w:val="16"/>
        </w:rPr>
        <w:t>5:17                   202, 207, 209       12:1-4                            124</w:t>
      </w:r>
    </w:p>
    <w:p>
      <w:pPr>
        <w:keepLines/>
      </w:pPr>
      <w:r>
        <w:rPr>
          <w:rFonts w:ascii="Courier New" w:hAnsi="Courier New"/>
          <w:sz w:val="16"/>
        </w:rPr>
        <w:t>5:20                                28     12:2, 3                     123, 124</w:t>
      </w:r>
    </w:p>
    <w:p>
      <w:pPr>
        <w:keepLines/>
      </w:pPr>
      <w:r>
        <w:rPr>
          <w:rFonts w:ascii="Courier New" w:hAnsi="Courier New"/>
          <w:sz w:val="16"/>
        </w:rPr>
        <w:t>6:2                                 13     12:2-4                            122</w:t>
      </w:r>
    </w:p>
    <w:p>
      <w:pPr>
        <w:keepLines/>
      </w:pPr>
      <w:r>
        <w:rPr>
          <w:rFonts w:ascii="Courier New" w:hAnsi="Courier New"/>
          <w:sz w:val="16"/>
        </w:rPr>
        <w:t>7:1                               .112     12:7                       .123, 139</w:t>
      </w:r>
    </w:p>
    <w:p>
      <w:pPr>
        <w:keepLines/>
      </w:pPr>
      <w:r>
        <w:rPr>
          <w:rFonts w:ascii="Courier New" w:hAnsi="Courier New"/>
          <w:sz w:val="16"/>
        </w:rPr>
        <w:t>7:6, 7                              65     12:11                             123</w:t>
      </w:r>
    </w:p>
    <w:p>
      <w:pPr>
        <w:keepLines/>
      </w:pPr>
      <w:r>
        <w:rPr>
          <w:rFonts w:ascii="Courier New" w:hAnsi="Courier New"/>
          <w:sz w:val="16"/>
        </w:rPr>
        <w:t>10:2, 10-18                        177     12:12                              13</w:t>
      </w:r>
    </w:p>
    <w:p>
      <w:pPr>
        <w:keepLines/>
      </w:pPr>
      <w:r>
        <w:rPr>
          <w:rFonts w:ascii="Courier New" w:hAnsi="Courier New"/>
          <w:sz w:val="16"/>
        </w:rPr>
        <w:t>10:10                               65     13:3                              123</w:t>
      </w:r>
    </w:p>
    <w:p>
      <w:pPr>
        <w:keepLines/>
      </w:pPr>
      <w:r>
        <w:rPr>
          <w:rFonts w:ascii="Courier New" w:hAnsi="Courier New"/>
          <w:sz w:val="16"/>
        </w:rPr>
        <w:t>10:10, 11                       ...123     13:10                               6</w:t>
      </w:r>
    </w:p>
    <w:p>
      <w:pPr>
        <w:pStyle w:val="Heading1"/>
        <w:jc w:val="center"/>
      </w:pPr>
      <w:r>
        <w:t>GALATIYA</w:t>
      </w:r>
    </w:p>
    <w:p>
      <w:pPr>
        <w:keepLines/>
      </w:pPr>
      <w:r>
        <w:rPr>
          <w:rFonts w:ascii="Courier New" w:hAnsi="Courier New"/>
          <w:sz w:val="16"/>
        </w:rPr>
        <w:t>1:4                                56      2:21                             160</w:t>
      </w:r>
    </w:p>
    <w:p>
      <w:pPr>
        <w:keepLines/>
      </w:pPr>
      <w:r>
        <w:rPr>
          <w:rFonts w:ascii="Courier New" w:hAnsi="Courier New"/>
          <w:sz w:val="16"/>
        </w:rPr>
        <w:t>1:8, 9                      ...29, 48      3:1                              143</w:t>
      </w:r>
    </w:p>
    <w:p>
      <w:pPr>
        <w:keepLines/>
      </w:pPr>
      <w:r>
        <w:rPr>
          <w:rFonts w:ascii="Courier New" w:hAnsi="Courier New"/>
          <w:sz w:val="16"/>
        </w:rPr>
        <w:t>2:7                                 8      3:6                              236</w:t>
      </w:r>
    </w:p>
    <w:p>
      <w:pPr>
        <w:keepLines/>
      </w:pPr>
      <w:r>
        <w:rPr>
          <w:rFonts w:ascii="Courier New" w:hAnsi="Courier New"/>
          <w:sz w:val="16"/>
        </w:rPr>
        <w:t>2:11                             5, 6      3:8                     98, 194, 205</w:t>
      </w:r>
    </w:p>
    <w:p>
      <w:pPr>
        <w:keepLines/>
      </w:pPr>
      <w:r>
        <w:rPr>
          <w:rFonts w:ascii="Courier New" w:hAnsi="Courier New"/>
          <w:sz w:val="16"/>
        </w:rPr>
        <w:t>2:14                              200      3:16                             233</w:t>
      </w:r>
    </w:p>
    <w:p>
      <w:pPr>
        <w:keepLines/>
      </w:pPr>
      <w:r>
        <w:rPr>
          <w:rFonts w:ascii="Courier New" w:hAnsi="Courier New"/>
          <w:sz w:val="16"/>
        </w:rPr>
        <w:t>265</w:t>
      </w:r>
    </w:p>
    <w:p>
      <w:pPr>
        <w:jc w:val="center"/>
      </w:pPr>
      <w:r>
        <w:rPr>
          <w:rFonts w:ascii="Courier New" w:hAnsi="Courier New"/>
          <w:b/>
          <w:sz w:val="16"/>
        </w:rPr>
        <w:t>BOG                                               BOG</w:t>
      </w:r>
    </w:p>
    <w:p>
      <w:pPr>
        <w:keepLines/>
      </w:pPr>
      <w:r>
        <w:rPr>
          <w:rFonts w:ascii="Courier New" w:hAnsi="Courier New"/>
          <w:sz w:val="16"/>
        </w:rPr>
        <w:t>3:19             40, 207, 240   4:10, 11                  21</w:t>
      </w:r>
    </w:p>
    <w:p>
      <w:pPr>
        <w:keepLines/>
      </w:pPr>
      <w:r>
        <w:rPr>
          <w:rFonts w:ascii="Courier New" w:hAnsi="Courier New"/>
          <w:sz w:val="16"/>
        </w:rPr>
        <w:t>3:24              78, 98, 205   5:19, 21                 161</w:t>
      </w:r>
    </w:p>
    <w:p>
      <w:pPr>
        <w:keepLines/>
      </w:pPr>
      <w:r>
        <w:rPr>
          <w:rFonts w:ascii="Courier New" w:hAnsi="Courier New"/>
          <w:sz w:val="16"/>
        </w:rPr>
        <w:t>3:27       114, 152, 153, 161   5:21                   21, 81</w:t>
      </w:r>
    </w:p>
    <w:p>
      <w:pPr>
        <w:keepLines/>
      </w:pPr>
      <w:r>
        <w:rPr>
          <w:rFonts w:ascii="Courier New" w:hAnsi="Courier New"/>
          <w:sz w:val="16"/>
        </w:rPr>
        <w:t>3:27-29                   128   5:24                     138</w:t>
      </w:r>
    </w:p>
    <w:p>
      <w:pPr>
        <w:keepLines/>
      </w:pPr>
      <w:r>
        <w:rPr>
          <w:rFonts w:ascii="Courier New" w:hAnsi="Courier New"/>
          <w:sz w:val="16"/>
        </w:rPr>
        <w:t>3:27, 29                  204   6:7, 8                   138</w:t>
      </w:r>
    </w:p>
    <w:p>
      <w:pPr>
        <w:keepLines/>
      </w:pPr>
      <w:r>
        <w:rPr>
          <w:rFonts w:ascii="Courier New" w:hAnsi="Courier New"/>
          <w:sz w:val="16"/>
        </w:rPr>
        <w:t>3:28                      248   6:15        67, 202, 207, 209</w:t>
      </w:r>
    </w:p>
    <w:p>
      <w:pPr>
        <w:keepLines/>
      </w:pPr>
      <w:r>
        <w:rPr>
          <w:rFonts w:ascii="Courier New" w:hAnsi="Courier New"/>
          <w:sz w:val="16"/>
        </w:rPr>
        <w:t>3:29                       80   6:16                     204</w:t>
      </w:r>
    </w:p>
    <w:p>
      <w:pPr>
        <w:pStyle w:val="Heading1"/>
        <w:jc w:val="center"/>
      </w:pPr>
      <w:r>
        <w:t>EFESOS</w:t>
      </w:r>
    </w:p>
    <w:p>
      <w:pPr>
        <w:keepLines/>
      </w:pPr>
      <w:r>
        <w:rPr>
          <w:rFonts w:ascii="Courier New" w:hAnsi="Courier New"/>
          <w:sz w:val="16"/>
        </w:rPr>
        <w:t>1:3                        97   2:21, 22                   97</w:t>
      </w:r>
    </w:p>
    <w:p>
      <w:pPr>
        <w:keepLines/>
      </w:pPr>
      <w:r>
        <w:rPr>
          <w:rFonts w:ascii="Courier New" w:hAnsi="Courier New"/>
          <w:sz w:val="16"/>
        </w:rPr>
        <w:t>1:4             45, 185, 198    3:3, 4, 5                237</w:t>
      </w:r>
    </w:p>
    <w:p>
      <w:pPr>
        <w:keepLines/>
      </w:pPr>
      <w:r>
        <w:rPr>
          <w:rFonts w:ascii="Courier New" w:hAnsi="Courier New"/>
          <w:sz w:val="16"/>
        </w:rPr>
        <w:t>1:17                      186   3:10                   97, 98</w:t>
      </w:r>
    </w:p>
    <w:p>
      <w:pPr>
        <w:keepLines/>
      </w:pPr>
      <w:r>
        <w:rPr>
          <w:rFonts w:ascii="Courier New" w:hAnsi="Courier New"/>
          <w:sz w:val="16"/>
        </w:rPr>
        <w:t>1:21                       97   4: -                     203</w:t>
      </w:r>
    </w:p>
    <w:p>
      <w:pPr>
        <w:keepLines/>
      </w:pPr>
      <w:r>
        <w:rPr>
          <w:rFonts w:ascii="Courier New" w:hAnsi="Courier New"/>
          <w:sz w:val="16"/>
        </w:rPr>
        <w:t>2:1, 2           93, 97, 113    4:6                        42</w:t>
      </w:r>
    </w:p>
    <w:p>
      <w:pPr>
        <w:keepLines/>
      </w:pPr>
      <w:r>
        <w:rPr>
          <w:rFonts w:ascii="Courier New" w:hAnsi="Courier New"/>
          <w:sz w:val="16"/>
        </w:rPr>
        <w:t>2:2, 3                    177   4:8                      203</w:t>
      </w:r>
    </w:p>
    <w:p>
      <w:pPr>
        <w:keepLines/>
      </w:pPr>
      <w:r>
        <w:rPr>
          <w:rFonts w:ascii="Courier New" w:hAnsi="Courier New"/>
          <w:sz w:val="16"/>
        </w:rPr>
        <w:t>2:6                        97   4:8-10                   203</w:t>
      </w:r>
    </w:p>
    <w:p>
      <w:pPr>
        <w:keepLines/>
      </w:pPr>
      <w:r>
        <w:rPr>
          <w:rFonts w:ascii="Courier New" w:hAnsi="Courier New"/>
          <w:sz w:val="16"/>
        </w:rPr>
        <w:t>2:8                       161   4:12                       50</w:t>
      </w:r>
    </w:p>
    <w:p>
      <w:pPr>
        <w:keepLines/>
      </w:pPr>
      <w:r>
        <w:rPr>
          <w:rFonts w:ascii="Courier New" w:hAnsi="Courier New"/>
          <w:sz w:val="16"/>
        </w:rPr>
        <w:t>2:8, 9                    160   4:14                    ...234</w:t>
      </w:r>
    </w:p>
    <w:p>
      <w:pPr>
        <w:keepLines/>
      </w:pPr>
      <w:r>
        <w:rPr>
          <w:rFonts w:ascii="Courier New" w:hAnsi="Courier New"/>
          <w:sz w:val="16"/>
        </w:rPr>
        <w:t>2:10                      202   4:18                 148, 149</w:t>
      </w:r>
    </w:p>
    <w:p>
      <w:pPr>
        <w:keepLines/>
      </w:pPr>
      <w:r>
        <w:rPr>
          <w:rFonts w:ascii="Courier New" w:hAnsi="Courier New"/>
          <w:sz w:val="16"/>
        </w:rPr>
        <w:t>2:10, 15            207, 209    4:18, 19                 147</w:t>
      </w:r>
    </w:p>
    <w:p>
      <w:pPr>
        <w:keepLines/>
      </w:pPr>
      <w:r>
        <w:rPr>
          <w:rFonts w:ascii="Courier New" w:hAnsi="Courier New"/>
          <w:sz w:val="16"/>
        </w:rPr>
        <w:t>2:11, 12                  147   4:23, 24        202, 207, 209</w:t>
      </w:r>
    </w:p>
    <w:p>
      <w:pPr>
        <w:keepLines/>
      </w:pPr>
      <w:r>
        <w:rPr>
          <w:rFonts w:ascii="Courier New" w:hAnsi="Courier New"/>
          <w:sz w:val="16"/>
        </w:rPr>
        <w:t>2:12              22, 97, 148   4:25                       42</w:t>
      </w:r>
    </w:p>
    <w:p>
      <w:pPr>
        <w:keepLines/>
      </w:pPr>
      <w:r>
        <w:rPr>
          <w:rFonts w:ascii="Courier New" w:hAnsi="Courier New"/>
          <w:sz w:val="16"/>
        </w:rPr>
        <w:t>2:12-16                    64   4:28                       42</w:t>
      </w:r>
    </w:p>
    <w:p>
      <w:pPr>
        <w:keepLines/>
      </w:pPr>
      <w:r>
        <w:rPr>
          <w:rFonts w:ascii="Courier New" w:hAnsi="Courier New"/>
          <w:sz w:val="16"/>
        </w:rPr>
        <w:t>2:13, 17                   48   5:3                        42</w:t>
      </w:r>
    </w:p>
    <w:p>
      <w:pPr>
        <w:keepLines/>
      </w:pPr>
      <w:r>
        <w:rPr>
          <w:rFonts w:ascii="Courier New" w:hAnsi="Courier New"/>
          <w:sz w:val="16"/>
        </w:rPr>
        <w:t>2:15                 45, 202    5:19                     102</w:t>
      </w:r>
    </w:p>
    <w:p>
      <w:pPr>
        <w:keepLines/>
      </w:pPr>
      <w:r>
        <w:rPr>
          <w:rFonts w:ascii="Courier New" w:hAnsi="Courier New"/>
          <w:sz w:val="16"/>
        </w:rPr>
        <w:t>2:19                      127   6:1                        42</w:t>
      </w:r>
    </w:p>
    <w:p>
      <w:pPr>
        <w:keepLines/>
      </w:pPr>
      <w:r>
        <w:rPr>
          <w:rFonts w:ascii="Courier New" w:hAnsi="Courier New"/>
          <w:sz w:val="16"/>
        </w:rPr>
        <w:t>2:19-22                   120   6:4                      148</w:t>
      </w:r>
    </w:p>
    <w:p>
      <w:pPr>
        <w:keepLines/>
      </w:pPr>
      <w:r>
        <w:rPr>
          <w:rFonts w:ascii="Courier New" w:hAnsi="Courier New"/>
          <w:sz w:val="16"/>
        </w:rPr>
        <w:t>2:20                        4   6:12                       98</w:t>
      </w:r>
    </w:p>
    <w:p>
      <w:pPr>
        <w:keepLines/>
      </w:pPr>
      <w:r>
        <w:rPr>
          <w:rFonts w:ascii="Courier New" w:hAnsi="Courier New"/>
          <w:sz w:val="16"/>
        </w:rPr>
        <w:t>2:21                    197</w:t>
      </w:r>
    </w:p>
    <w:p>
      <w:pPr>
        <w:pStyle w:val="Heading1"/>
        <w:jc w:val="center"/>
      </w:pPr>
      <w:r>
        <w:t>FILIBOY</w:t>
      </w:r>
    </w:p>
    <w:p>
      <w:pPr>
        <w:keepLines/>
      </w:pPr>
      <w:r>
        <w:rPr>
          <w:rFonts w:ascii="Courier New" w:hAnsi="Courier New"/>
          <w:sz w:val="16"/>
        </w:rPr>
        <w:t>1:6, 10                  126 2:12                         160</w:t>
      </w:r>
    </w:p>
    <w:p>
      <w:pPr>
        <w:keepLines/>
      </w:pPr>
      <w:r>
        <w:rPr>
          <w:rFonts w:ascii="Courier New" w:hAnsi="Courier New"/>
          <w:sz w:val="16"/>
        </w:rPr>
        <w:t>1:21-23                  125 2:16                         126</w:t>
      </w:r>
    </w:p>
    <w:p>
      <w:pPr>
        <w:keepLines/>
      </w:pPr>
      <w:r>
        <w:rPr>
          <w:rFonts w:ascii="Courier New" w:hAnsi="Courier New"/>
          <w:sz w:val="16"/>
        </w:rPr>
        <w:t>1:24-26                  126 3:9-12                       112</w:t>
      </w:r>
    </w:p>
    <w:p>
      <w:pPr>
        <w:keepLines/>
      </w:pPr>
      <w:r>
        <w:rPr>
          <w:rFonts w:ascii="Courier New" w:hAnsi="Courier New"/>
          <w:sz w:val="16"/>
        </w:rPr>
        <w:t>1:26                      65 3:10-13                      156</w:t>
      </w:r>
    </w:p>
    <w:p>
      <w:pPr>
        <w:keepLines/>
      </w:pPr>
      <w:r>
        <w:rPr>
          <w:rFonts w:ascii="Courier New" w:hAnsi="Courier New"/>
          <w:sz w:val="16"/>
        </w:rPr>
        <w:t>1:27                112, 127 3:11                     126, 127</w:t>
      </w:r>
    </w:p>
    <w:p>
      <w:pPr>
        <w:keepLines/>
      </w:pPr>
      <w:r>
        <w:rPr>
          <w:rFonts w:ascii="Courier New" w:hAnsi="Courier New"/>
          <w:sz w:val="16"/>
        </w:rPr>
        <w:t>2:6                      201 3:15                          49</w:t>
      </w:r>
    </w:p>
    <w:p>
      <w:pPr>
        <w:keepLines/>
      </w:pPr>
      <w:r>
        <w:rPr>
          <w:rFonts w:ascii="Courier New" w:hAnsi="Courier New"/>
          <w:sz w:val="16"/>
        </w:rPr>
        <w:t>2:6, 7                   199 3:19                         127</w:t>
      </w:r>
    </w:p>
    <w:p>
      <w:pPr>
        <w:keepLines/>
      </w:pPr>
      <w:r>
        <w:rPr>
          <w:rFonts w:ascii="Courier New" w:hAnsi="Courier New"/>
          <w:sz w:val="16"/>
        </w:rPr>
        <w:t>2:7                     200 3:20                          127</w:t>
      </w:r>
    </w:p>
    <w:p>
      <w:pPr>
        <w:keepLines/>
      </w:pPr>
      <w:r>
        <w:rPr>
          <w:rFonts w:ascii="Courier New" w:hAnsi="Courier New"/>
          <w:sz w:val="16"/>
        </w:rPr>
        <w:t>2:7, 8                   209 3:20, 21       122, 126, 127, 144</w:t>
      </w:r>
    </w:p>
    <w:p>
      <w:pPr>
        <w:keepLines/>
      </w:pPr>
      <w:r>
        <w:rPr>
          <w:rFonts w:ascii="Courier New" w:hAnsi="Courier New"/>
          <w:sz w:val="16"/>
        </w:rPr>
        <w:t>2:11                      54 4:3                          139</w:t>
      </w:r>
    </w:p>
    <w:p>
      <w:pPr>
        <w:pStyle w:val="Heading1"/>
        <w:jc w:val="center"/>
      </w:pPr>
      <w:r>
        <w:t>KOLOSAY</w:t>
      </w:r>
    </w:p>
    <w:p>
      <w:pPr>
        <w:keepLines/>
      </w:pPr>
      <w:r>
        <w:rPr>
          <w:rFonts w:ascii="Courier New" w:hAnsi="Courier New"/>
          <w:sz w:val="16"/>
        </w:rPr>
        <w:t>1: -               202, 209 2:14-17                    41, 67</w:t>
      </w:r>
    </w:p>
    <w:p>
      <w:pPr>
        <w:keepLines/>
      </w:pPr>
      <w:r>
        <w:rPr>
          <w:rFonts w:ascii="Courier New" w:hAnsi="Courier New"/>
          <w:sz w:val="16"/>
        </w:rPr>
        <w:t>1:5                     125 2:16, 17               21, 41, 42</w:t>
      </w:r>
    </w:p>
    <w:p>
      <w:pPr>
        <w:keepLines/>
      </w:pPr>
      <w:r>
        <w:rPr>
          <w:rFonts w:ascii="Courier New" w:hAnsi="Courier New"/>
          <w:sz w:val="16"/>
        </w:rPr>
        <w:t>1:11                      99 2:17                         40</w:t>
      </w:r>
    </w:p>
    <w:p>
      <w:pPr>
        <w:keepLines/>
      </w:pPr>
      <w:r>
        <w:rPr>
          <w:rFonts w:ascii="Courier New" w:hAnsi="Courier New"/>
          <w:sz w:val="16"/>
        </w:rPr>
        <w:t>1:13              97, 98, 99 2:20                         99</w:t>
      </w:r>
    </w:p>
    <w:p>
      <w:pPr>
        <w:keepLines/>
      </w:pPr>
      <w:r>
        <w:rPr>
          <w:rFonts w:ascii="Courier New" w:hAnsi="Courier New"/>
          <w:sz w:val="16"/>
        </w:rPr>
        <w:t>1:15                    203 2:20-22                       21</w:t>
      </w:r>
    </w:p>
    <w:p>
      <w:pPr>
        <w:keepLines/>
      </w:pPr>
      <w:r>
        <w:rPr>
          <w:rFonts w:ascii="Courier New" w:hAnsi="Courier New"/>
          <w:sz w:val="16"/>
        </w:rPr>
        <w:t>1:15, 16                201 3:2-4                        115</w:t>
      </w:r>
    </w:p>
    <w:p>
      <w:pPr>
        <w:keepLines/>
      </w:pPr>
      <w:r>
        <w:rPr>
          <w:rFonts w:ascii="Courier New" w:hAnsi="Courier New"/>
          <w:sz w:val="16"/>
        </w:rPr>
        <w:t>1:16                      99 3:3                     106, 122</w:t>
      </w:r>
    </w:p>
    <w:p>
      <w:pPr>
        <w:keepLines/>
      </w:pPr>
      <w:r>
        <w:rPr>
          <w:rFonts w:ascii="Courier New" w:hAnsi="Courier New"/>
          <w:sz w:val="16"/>
        </w:rPr>
        <w:t>1:18          202, 204, 210 3:3, 4                   Ill, 125</w:t>
      </w:r>
    </w:p>
    <w:p>
      <w:pPr>
        <w:keepLines/>
      </w:pPr>
      <w:r>
        <w:rPr>
          <w:rFonts w:ascii="Courier New" w:hAnsi="Courier New"/>
          <w:sz w:val="16"/>
        </w:rPr>
        <w:t>1:21                      99 3:4                      99, 106</w:t>
      </w:r>
    </w:p>
    <w:p>
      <w:pPr>
        <w:keepLines/>
      </w:pPr>
      <w:r>
        <w:rPr>
          <w:rFonts w:ascii="Courier New" w:hAnsi="Courier New"/>
          <w:sz w:val="16"/>
        </w:rPr>
        <w:t>1:22                      99 3:5                          42</w:t>
      </w:r>
    </w:p>
    <w:p>
      <w:pPr>
        <w:keepLines/>
      </w:pPr>
      <w:r>
        <w:rPr>
          <w:rFonts w:ascii="Courier New" w:hAnsi="Courier New"/>
          <w:sz w:val="16"/>
        </w:rPr>
        <w:t>1:23                28, 125 3:9                       42, 99</w:t>
      </w:r>
    </w:p>
    <w:p>
      <w:pPr>
        <w:keepLines/>
      </w:pPr>
      <w:r>
        <w:rPr>
          <w:rFonts w:ascii="Courier New" w:hAnsi="Courier New"/>
          <w:sz w:val="16"/>
        </w:rPr>
        <w:t>1:27               125, 157 3:9, 10                 202, 209</w:t>
      </w:r>
    </w:p>
    <w:p>
      <w:pPr>
        <w:keepLines/>
      </w:pPr>
      <w:r>
        <w:rPr>
          <w:rFonts w:ascii="Courier New" w:hAnsi="Courier New"/>
          <w:sz w:val="16"/>
        </w:rPr>
        <w:t>2:3                     192 3:10                          99</w:t>
      </w:r>
    </w:p>
    <w:p>
      <w:pPr>
        <w:keepLines/>
      </w:pPr>
      <w:r>
        <w:rPr>
          <w:rFonts w:ascii="Courier New" w:hAnsi="Courier New"/>
          <w:sz w:val="16"/>
        </w:rPr>
        <w:t>2:9                     190 3:16                         102</w:t>
      </w:r>
    </w:p>
    <w:p>
      <w:pPr>
        <w:keepLines/>
      </w:pPr>
      <w:r>
        <w:rPr>
          <w:rFonts w:ascii="Courier New" w:hAnsi="Courier New"/>
          <w:sz w:val="16"/>
        </w:rPr>
        <w:t>2:11, 12                  99 3:20                         42</w:t>
      </w:r>
    </w:p>
    <w:p>
      <w:pPr>
        <w:keepLines/>
      </w:pPr>
      <w:r>
        <w:rPr>
          <w:rFonts w:ascii="Courier New" w:hAnsi="Courier New"/>
          <w:sz w:val="16"/>
        </w:rPr>
        <w:t>2:12        ,           151 3:24                          99</w:t>
      </w:r>
    </w:p>
    <w:p>
      <w:pPr>
        <w:keepLines/>
      </w:pPr>
      <w:r>
        <w:rPr>
          <w:rFonts w:ascii="Courier New" w:hAnsi="Courier New"/>
          <w:sz w:val="16"/>
        </w:rPr>
        <w:t>2:13                      99 4:11                         99</w:t>
      </w:r>
    </w:p>
    <w:p>
      <w:pPr>
        <w:keepLines/>
      </w:pPr>
      <w:r>
        <w:rPr>
          <w:rFonts w:ascii="Courier New" w:hAnsi="Courier New"/>
          <w:sz w:val="16"/>
        </w:rPr>
        <w:t>266</w:t>
      </w:r>
    </w:p>
    <w:p>
      <w:pPr>
        <w:jc w:val="center"/>
      </w:pPr>
      <w:r>
        <w:rPr>
          <w:rFonts w:ascii="Courier New" w:hAnsi="Courier New"/>
          <w:b/>
          <w:sz w:val="16"/>
        </w:rPr>
        <w:t>BOG                                               BOG</w:t>
      </w:r>
    </w:p>
    <w:p>
      <w:pPr>
        <w:pStyle w:val="Heading1"/>
        <w:jc w:val="center"/>
      </w:pPr>
      <w:r>
        <w:t>1 TESALONIKA</w:t>
      </w:r>
    </w:p>
    <w:p>
      <w:pPr>
        <w:keepLines/>
      </w:pPr>
      <w:r>
        <w:rPr>
          <w:rFonts w:ascii="Courier New" w:hAnsi="Courier New"/>
          <w:sz w:val="16"/>
        </w:rPr>
        <w:t>2:8                               112 4:13-17                   144, 159</w:t>
      </w:r>
    </w:p>
    <w:p>
      <w:pPr>
        <w:keepLines/>
      </w:pPr>
      <w:r>
        <w:rPr>
          <w:rFonts w:ascii="Courier New" w:hAnsi="Courier New"/>
          <w:sz w:val="16"/>
        </w:rPr>
        <w:t>2:11                              189 4:15                       97, 102</w:t>
      </w:r>
    </w:p>
    <w:p>
      <w:pPr>
        <w:keepLines/>
      </w:pPr>
      <w:r>
        <w:rPr>
          <w:rFonts w:ascii="Courier New" w:hAnsi="Courier New"/>
          <w:sz w:val="16"/>
        </w:rPr>
        <w:t>2:14                              189 4:15-17                        144</w:t>
      </w:r>
    </w:p>
    <w:p>
      <w:pPr>
        <w:keepLines/>
      </w:pPr>
      <w:r>
        <w:rPr>
          <w:rFonts w:ascii="Courier New" w:hAnsi="Courier New"/>
          <w:sz w:val="16"/>
        </w:rPr>
        <w:t>2:19                               14 4:16                           128</w:t>
      </w:r>
    </w:p>
    <w:p>
      <w:pPr>
        <w:keepLines/>
      </w:pPr>
      <w:r>
        <w:rPr>
          <w:rFonts w:ascii="Courier New" w:hAnsi="Courier New"/>
          <w:sz w:val="16"/>
        </w:rPr>
        <w:t>3:2                                 8 4:17                 126, 128, 129</w:t>
      </w:r>
    </w:p>
    <w:p>
      <w:pPr>
        <w:keepLines/>
      </w:pPr>
      <w:r>
        <w:rPr>
          <w:rFonts w:ascii="Courier New" w:hAnsi="Courier New"/>
          <w:sz w:val="16"/>
        </w:rPr>
        <w:t>4:13                   22, 132, 147, 5:8                             158</w:t>
      </w:r>
    </w:p>
    <w:p>
      <w:pPr>
        <w:keepLines/>
      </w:pPr>
      <w:r>
        <w:rPr>
          <w:rFonts w:ascii="Courier New" w:hAnsi="Courier New"/>
          <w:sz w:val="16"/>
        </w:rPr>
        <w:t xml:space="preserve">                            149, 159 5:21                       2, 19,46</w:t>
      </w:r>
    </w:p>
    <w:p>
      <w:pPr>
        <w:keepLines/>
      </w:pPr>
      <w:r>
        <w:rPr>
          <w:rFonts w:ascii="Courier New" w:hAnsi="Courier New"/>
          <w:sz w:val="16"/>
        </w:rPr>
        <w:t>4:13, 14                    121, 126 5:23                            Hi</w:t>
      </w:r>
    </w:p>
    <w:p>
      <w:pPr>
        <w:keepLines/>
      </w:pPr>
      <w:r>
        <w:rPr>
          <w:rFonts w:ascii="Courier New" w:hAnsi="Courier New"/>
          <w:sz w:val="16"/>
        </w:rPr>
        <w:t>4:13-16    ,                     Ill</w:t>
      </w:r>
    </w:p>
    <w:p>
      <w:pPr>
        <w:pStyle w:val="Heading1"/>
        <w:jc w:val="center"/>
      </w:pPr>
      <w:r>
        <w:t>2 TESALONIKA</w:t>
      </w:r>
    </w:p>
    <w:p>
      <w:pPr>
        <w:keepLines/>
      </w:pPr>
      <w:r>
        <w:rPr>
          <w:rFonts w:ascii="Courier New" w:hAnsi="Courier New"/>
          <w:sz w:val="16"/>
        </w:rPr>
        <w:t>1:8-10                             13 2:9                             47</w:t>
      </w:r>
    </w:p>
    <w:p>
      <w:pPr>
        <w:keepLines/>
      </w:pPr>
      <w:r>
        <w:rPr>
          <w:rFonts w:ascii="Courier New" w:hAnsi="Courier New"/>
          <w:sz w:val="16"/>
        </w:rPr>
        <w:t>1:9                    66, 131, 132</w:t>
      </w:r>
    </w:p>
    <w:p>
      <w:pPr>
        <w:pStyle w:val="Heading1"/>
        <w:jc w:val="center"/>
      </w:pPr>
      <w:r>
        <w:t>1 TIMOTEYOS</w:t>
      </w:r>
    </w:p>
    <w:p>
      <w:pPr>
        <w:keepLines/>
      </w:pPr>
      <w:r>
        <w:rPr>
          <w:rFonts w:ascii="Courier New" w:hAnsi="Courier New"/>
          <w:sz w:val="16"/>
        </w:rPr>
        <w:t>1:1                              125 3:8-11                           42</w:t>
      </w:r>
    </w:p>
    <w:p>
      <w:pPr>
        <w:keepLines/>
      </w:pPr>
      <w:r>
        <w:rPr>
          <w:rFonts w:ascii="Courier New" w:hAnsi="Courier New"/>
          <w:sz w:val="16"/>
        </w:rPr>
        <w:t>1:17                         29, 240 3:11                   20, 29, 162</w:t>
      </w:r>
    </w:p>
    <w:p>
      <w:pPr>
        <w:keepLines/>
      </w:pPr>
      <w:r>
        <w:rPr>
          <w:rFonts w:ascii="Courier New" w:hAnsi="Courier New"/>
          <w:sz w:val="16"/>
        </w:rPr>
        <w:t>1:19, 20                         153 3:16                 157, 186, 194,</w:t>
      </w:r>
    </w:p>
    <w:p>
      <w:pPr>
        <w:keepLines/>
      </w:pPr>
      <w:r>
        <w:rPr>
          <w:rFonts w:ascii="Courier New" w:hAnsi="Courier New"/>
          <w:sz w:val="16"/>
        </w:rPr>
        <w:t>2:5                          29, 186                            197, 204</w:t>
      </w:r>
    </w:p>
    <w:p>
      <w:pPr>
        <w:keepLines/>
      </w:pPr>
      <w:r>
        <w:rPr>
          <w:rFonts w:ascii="Courier New" w:hAnsi="Courier New"/>
          <w:sz w:val="16"/>
        </w:rPr>
        <w:t>2:7                           28, 50 4:1-3                         3, 14</w:t>
      </w:r>
    </w:p>
    <w:p>
      <w:pPr>
        <w:keepLines/>
      </w:pPr>
      <w:r>
        <w:rPr>
          <w:rFonts w:ascii="Courier New" w:hAnsi="Courier New"/>
          <w:sz w:val="16"/>
        </w:rPr>
        <w:t>2:11-15                            55 4:4, 5                          21</w:t>
      </w:r>
    </w:p>
    <w:p>
      <w:pPr>
        <w:keepLines/>
      </w:pPr>
      <w:r>
        <w:rPr>
          <w:rFonts w:ascii="Courier New" w:hAnsi="Courier New"/>
          <w:sz w:val="16"/>
        </w:rPr>
        <w:t>2:13, 14                         217 4:16                            155</w:t>
      </w:r>
    </w:p>
    <w:p>
      <w:pPr>
        <w:keepLines/>
      </w:pPr>
      <w:r>
        <w:rPr>
          <w:rFonts w:ascii="Courier New" w:hAnsi="Courier New"/>
          <w:sz w:val="16"/>
        </w:rPr>
        <w:t>2:14                             217 6:16                  186, 196, 239</w:t>
      </w:r>
    </w:p>
    <w:p>
      <w:pPr>
        <w:keepLines/>
      </w:pPr>
      <w:r>
        <w:rPr>
          <w:rFonts w:ascii="Courier New" w:hAnsi="Courier New"/>
          <w:sz w:val="16"/>
        </w:rPr>
        <w:t>3:2                                14</w:t>
      </w:r>
    </w:p>
    <w:p>
      <w:pPr>
        <w:pStyle w:val="Heading1"/>
        <w:jc w:val="center"/>
      </w:pPr>
      <w:r>
        <w:t>2 TIMOTEYOS</w:t>
      </w:r>
    </w:p>
    <w:p>
      <w:pPr>
        <w:keepLines/>
      </w:pPr>
      <w:r>
        <w:rPr>
          <w:rFonts w:ascii="Courier New" w:hAnsi="Courier New"/>
          <w:sz w:val="16"/>
        </w:rPr>
        <w:t>1:9                        154, 198 3:16, 17                          233</w:t>
      </w:r>
    </w:p>
    <w:p>
      <w:pPr>
        <w:keepLines/>
      </w:pPr>
      <w:r>
        <w:rPr>
          <w:rFonts w:ascii="Courier New" w:hAnsi="Courier New"/>
          <w:sz w:val="16"/>
        </w:rPr>
        <w:t>1:10                       103, 158 4:1                   81, 87, 96, 97,</w:t>
      </w:r>
    </w:p>
    <w:p>
      <w:pPr>
        <w:keepLines/>
      </w:pPr>
      <w:r>
        <w:rPr>
          <w:rFonts w:ascii="Courier New" w:hAnsi="Courier New"/>
          <w:sz w:val="16"/>
        </w:rPr>
        <w:t>1:11                               50                  102, 122, 126, 180</w:t>
      </w:r>
    </w:p>
    <w:p>
      <w:pPr>
        <w:keepLines/>
      </w:pPr>
      <w:r>
        <w:rPr>
          <w:rFonts w:ascii="Courier New" w:hAnsi="Courier New"/>
          <w:sz w:val="16"/>
        </w:rPr>
        <w:t>2:10-12                          157 4:1, 8                     117, 121</w:t>
      </w:r>
    </w:p>
    <w:p>
      <w:pPr>
        <w:keepLines/>
      </w:pPr>
      <w:r>
        <w:rPr>
          <w:rFonts w:ascii="Courier New" w:hAnsi="Courier New"/>
          <w:sz w:val="16"/>
        </w:rPr>
        <w:t>2:12                      62, 78, 98 4:6                              115</w:t>
      </w:r>
    </w:p>
    <w:p>
      <w:pPr>
        <w:keepLines/>
      </w:pPr>
      <w:r>
        <w:rPr>
          <w:rFonts w:ascii="Courier New" w:hAnsi="Courier New"/>
          <w:sz w:val="16"/>
        </w:rPr>
        <w:t>2:17, 18                         153 4:7                              139</w:t>
      </w:r>
    </w:p>
    <w:p>
      <w:pPr>
        <w:keepLines/>
      </w:pPr>
      <w:r>
        <w:rPr>
          <w:rFonts w:ascii="Courier New" w:hAnsi="Courier New"/>
          <w:sz w:val="16"/>
        </w:rPr>
        <w:t>3:1, 13                           54 4:7, 8                            96</w:t>
      </w:r>
    </w:p>
    <w:p>
      <w:pPr>
        <w:keepLines/>
      </w:pPr>
      <w:r>
        <w:rPr>
          <w:rFonts w:ascii="Courier New" w:hAnsi="Courier New"/>
          <w:sz w:val="16"/>
        </w:rPr>
        <w:t>3:3                         42, 162 4:8                   122, 126, 144</w:t>
      </w:r>
    </w:p>
    <w:p>
      <w:pPr>
        <w:keepLines/>
      </w:pPr>
      <w:r>
        <w:rPr>
          <w:rFonts w:ascii="Courier New" w:hAnsi="Courier New"/>
          <w:sz w:val="16"/>
        </w:rPr>
        <w:t>3:7                              234 4:10                              90</w:t>
      </w:r>
    </w:p>
    <w:p>
      <w:pPr>
        <w:keepLines/>
      </w:pPr>
      <w:r>
        <w:rPr>
          <w:rFonts w:ascii="Courier New" w:hAnsi="Courier New"/>
          <w:sz w:val="16"/>
        </w:rPr>
        <w:t>3:11-13                          179 4:14                              90</w:t>
      </w:r>
    </w:p>
    <w:p>
      <w:pPr>
        <w:keepLines/>
      </w:pPr>
      <w:r>
        <w:rPr>
          <w:rFonts w:ascii="Courier New" w:hAnsi="Courier New"/>
          <w:sz w:val="16"/>
        </w:rPr>
        <w:t>3:15-17               :             2 4:16, 17                        179</w:t>
      </w:r>
    </w:p>
    <w:p>
      <w:pPr>
        <w:keepLines/>
      </w:pPr>
      <w:r>
        <w:rPr>
          <w:rFonts w:ascii="Courier New" w:hAnsi="Courier New"/>
          <w:sz w:val="16"/>
        </w:rPr>
        <w:t>3:16                             235 4:17                             179</w:t>
      </w:r>
    </w:p>
    <w:p>
      <w:pPr>
        <w:pStyle w:val="Heading1"/>
        <w:jc w:val="center"/>
      </w:pPr>
      <w:r>
        <w:t>TIITOS</w:t>
      </w:r>
    </w:p>
    <w:p>
      <w:pPr>
        <w:keepLines/>
      </w:pPr>
      <w:r>
        <w:rPr>
          <w:rFonts w:ascii="Courier New" w:hAnsi="Courier New"/>
          <w:sz w:val="16"/>
        </w:rPr>
        <w:t>1:2                        125, 158 2:13                            125</w:t>
      </w:r>
    </w:p>
    <w:p>
      <w:pPr>
        <w:keepLines/>
      </w:pPr>
      <w:r>
        <w:rPr>
          <w:rFonts w:ascii="Courier New" w:hAnsi="Courier New"/>
          <w:sz w:val="16"/>
        </w:rPr>
        <w:t>1:6                                14 3:5                           155</w:t>
      </w:r>
    </w:p>
    <w:p>
      <w:pPr>
        <w:keepLines/>
      </w:pPr>
      <w:r>
        <w:rPr>
          <w:rFonts w:ascii="Courier New" w:hAnsi="Courier New"/>
          <w:sz w:val="16"/>
        </w:rPr>
        <w:t>1:14                             153 3:7                  125, 156, 158</w:t>
      </w:r>
    </w:p>
    <w:p>
      <w:pPr>
        <w:keepLines/>
      </w:pPr>
      <w:r>
        <w:rPr>
          <w:rFonts w:ascii="Courier New" w:hAnsi="Courier New"/>
          <w:sz w:val="16"/>
        </w:rPr>
        <w:t>2:3                         29, 162</w:t>
      </w:r>
    </w:p>
    <w:p>
      <w:pPr>
        <w:pStyle w:val="Heading1"/>
        <w:jc w:val="center"/>
      </w:pPr>
      <w:r>
        <w:t>FILEMON</w:t>
      </w:r>
    </w:p>
    <w:p>
      <w:pPr>
        <w:keepLines/>
      </w:pPr>
      <w:r>
        <w:rPr>
          <w:rFonts w:ascii="Courier New" w:hAnsi="Courier New"/>
          <w:sz w:val="16"/>
        </w:rPr>
        <w:t xml:space="preserve">               v:15                              132</w:t>
      </w:r>
    </w:p>
    <w:p>
      <w:pPr>
        <w:pStyle w:val="Heading1"/>
        <w:jc w:val="center"/>
      </w:pPr>
      <w:r>
        <w:t>CIBRAANIYADA</w:t>
      </w:r>
    </w:p>
    <w:p>
      <w:pPr>
        <w:keepLines/>
      </w:pPr>
      <w:r>
        <w:rPr>
          <w:rFonts w:ascii="Courier New" w:hAnsi="Courier New"/>
          <w:sz w:val="16"/>
        </w:rPr>
        <w:t>1:1, 2                           237 2:7                            188</w:t>
      </w:r>
    </w:p>
    <w:p>
      <w:pPr>
        <w:keepLines/>
      </w:pPr>
      <w:r>
        <w:rPr>
          <w:rFonts w:ascii="Courier New" w:hAnsi="Courier New"/>
          <w:sz w:val="16"/>
        </w:rPr>
        <w:t>1:2                          88, 205 2:8                       157, 206</w:t>
      </w:r>
    </w:p>
    <w:p>
      <w:pPr>
        <w:keepLines/>
      </w:pPr>
      <w:r>
        <w:rPr>
          <w:rFonts w:ascii="Courier New" w:hAnsi="Courier New"/>
          <w:sz w:val="16"/>
        </w:rPr>
        <w:t>1:3                         190, 200 2:9                        56, 188</w:t>
      </w:r>
    </w:p>
    <w:p>
      <w:pPr>
        <w:keepLines/>
      </w:pPr>
      <w:r>
        <w:rPr>
          <w:rFonts w:ascii="Courier New" w:hAnsi="Courier New"/>
          <w:sz w:val="16"/>
        </w:rPr>
        <w:t>1:4                    188, 205, 207 2:11                           189</w:t>
      </w:r>
    </w:p>
    <w:p>
      <w:pPr>
        <w:keepLines/>
      </w:pPr>
      <w:r>
        <w:rPr>
          <w:rFonts w:ascii="Courier New" w:hAnsi="Courier New"/>
          <w:sz w:val="16"/>
        </w:rPr>
        <w:t>1:5                      73, 78, 202 2:12                           102</w:t>
      </w:r>
    </w:p>
    <w:p>
      <w:pPr>
        <w:keepLines/>
      </w:pPr>
      <w:r>
        <w:rPr>
          <w:rFonts w:ascii="Courier New" w:hAnsi="Courier New"/>
          <w:sz w:val="16"/>
        </w:rPr>
        <w:t>1:6                              202 2:13                      114, 189</w:t>
      </w:r>
    </w:p>
    <w:p>
      <w:pPr>
        <w:keepLines/>
      </w:pPr>
      <w:r>
        <w:rPr>
          <w:rFonts w:ascii="Courier New" w:hAnsi="Courier New"/>
          <w:sz w:val="16"/>
        </w:rPr>
        <w:t>1:7                              113 2:14                      162, 204</w:t>
      </w:r>
    </w:p>
    <w:p>
      <w:pPr>
        <w:keepLines/>
      </w:pPr>
      <w:r>
        <w:rPr>
          <w:rFonts w:ascii="Courier New" w:hAnsi="Courier New"/>
          <w:sz w:val="16"/>
        </w:rPr>
        <w:t>1:8                         205, 206 2:15                           114</w:t>
      </w:r>
    </w:p>
    <w:p>
      <w:pPr>
        <w:keepLines/>
      </w:pPr>
      <w:r>
        <w:rPr>
          <w:rFonts w:ascii="Courier New" w:hAnsi="Courier New"/>
          <w:sz w:val="16"/>
        </w:rPr>
        <w:t>1:8, 9                           189 2:18                           186</w:t>
      </w:r>
    </w:p>
    <w:p>
      <w:pPr>
        <w:keepLines/>
      </w:pPr>
      <w:r>
        <w:rPr>
          <w:rFonts w:ascii="Courier New" w:hAnsi="Courier New"/>
          <w:sz w:val="16"/>
        </w:rPr>
        <w:t>1:9        ,                     206 3:1-6                          120</w:t>
      </w:r>
    </w:p>
    <w:p>
      <w:pPr>
        <w:keepLines/>
      </w:pPr>
      <w:r>
        <w:rPr>
          <w:rFonts w:ascii="Courier New" w:hAnsi="Courier New"/>
          <w:sz w:val="16"/>
        </w:rPr>
        <w:t>1:10-12                          206 3:5, 6                         119</w:t>
      </w:r>
    </w:p>
    <w:p>
      <w:pPr>
        <w:keepLines/>
      </w:pPr>
      <w:r>
        <w:rPr>
          <w:rFonts w:ascii="Courier New" w:hAnsi="Courier New"/>
          <w:sz w:val="16"/>
        </w:rPr>
        <w:t>1:14                  158, 166, 202 3:7                   212, 233, 234</w:t>
      </w:r>
    </w:p>
    <w:p>
      <w:pPr>
        <w:keepLines/>
      </w:pPr>
      <w:r>
        <w:rPr>
          <w:rFonts w:ascii="Courier New" w:hAnsi="Courier New"/>
          <w:sz w:val="16"/>
        </w:rPr>
        <w:t>2:2                         190, 207 3:7-19                         231</w:t>
      </w:r>
    </w:p>
    <w:p>
      <w:pPr>
        <w:keepLines/>
      </w:pPr>
      <w:r>
        <w:rPr>
          <w:rFonts w:ascii="Courier New" w:hAnsi="Courier New"/>
          <w:sz w:val="16"/>
        </w:rPr>
        <w:t>2:5                              206 3:12-14                   155, 161</w:t>
      </w:r>
    </w:p>
    <w:p>
      <w:pPr>
        <w:keepLines/>
      </w:pPr>
      <w:r>
        <w:rPr>
          <w:rFonts w:ascii="Courier New" w:hAnsi="Courier New"/>
          <w:sz w:val="16"/>
        </w:rPr>
        <w:t>267</w:t>
      </w:r>
    </w:p>
    <w:p>
      <w:pPr>
        <w:jc w:val="center"/>
      </w:pPr>
      <w:r>
        <w:rPr>
          <w:rFonts w:ascii="Courier New" w:hAnsi="Courier New"/>
          <w:b/>
          <w:sz w:val="16"/>
        </w:rPr>
        <w:t>BOG                                               BOG</w:t>
      </w:r>
    </w:p>
    <w:p>
      <w:pPr>
        <w:keepLines/>
      </w:pPr>
      <w:r>
        <w:rPr>
          <w:rFonts w:ascii="Courier New" w:hAnsi="Courier New"/>
          <w:sz w:val="16"/>
        </w:rPr>
        <w:t>4:2, 12                      190 10:5                     114, 182, 208</w:t>
      </w:r>
    </w:p>
    <w:p>
      <w:pPr>
        <w:keepLines/>
      </w:pPr>
      <w:r>
        <w:rPr>
          <w:rFonts w:ascii="Courier New" w:hAnsi="Courier New"/>
          <w:sz w:val="16"/>
        </w:rPr>
        <w:t>4:3                          185 10:9                                207</w:t>
      </w:r>
    </w:p>
    <w:p>
      <w:pPr>
        <w:keepLines/>
      </w:pPr>
      <w:r>
        <w:rPr>
          <w:rFonts w:ascii="Courier New" w:hAnsi="Courier New"/>
          <w:sz w:val="16"/>
        </w:rPr>
        <w:t>4:8, 9                        83 10: 10                         10, 209</w:t>
      </w:r>
    </w:p>
    <w:p>
      <w:pPr>
        <w:keepLines/>
      </w:pPr>
      <w:r>
        <w:rPr>
          <w:rFonts w:ascii="Courier New" w:hAnsi="Courier New"/>
          <w:sz w:val="16"/>
        </w:rPr>
        <w:t>4:9, 11                       41 10:11, 12                            67</w:t>
      </w:r>
    </w:p>
    <w:p>
      <w:pPr>
        <w:keepLines/>
      </w:pPr>
      <w:r>
        <w:rPr>
          <w:rFonts w:ascii="Courier New" w:hAnsi="Courier New"/>
          <w:sz w:val="16"/>
        </w:rPr>
        <w:t>4:11                          41 10:12                           13, 56</w:t>
      </w:r>
    </w:p>
    <w:p>
      <w:pPr>
        <w:keepLines/>
      </w:pPr>
      <w:r>
        <w:rPr>
          <w:rFonts w:ascii="Courier New" w:hAnsi="Courier New"/>
          <w:sz w:val="16"/>
        </w:rPr>
        <w:t>4:12                         189 10:14                               113</w:t>
      </w:r>
    </w:p>
    <w:p>
      <w:pPr>
        <w:keepLines/>
      </w:pPr>
      <w:r>
        <w:rPr>
          <w:rFonts w:ascii="Courier New" w:hAnsi="Courier New"/>
          <w:sz w:val="16"/>
        </w:rPr>
        <w:t>4:15               173, 185, 204 10:15                         233, 234</w:t>
      </w:r>
    </w:p>
    <w:p>
      <w:pPr>
        <w:keepLines/>
      </w:pPr>
      <w:r>
        <w:rPr>
          <w:rFonts w:ascii="Courier New" w:hAnsi="Courier New"/>
          <w:sz w:val="16"/>
        </w:rPr>
        <w:t>5:8                     201, 209 10:26-29                        ...155</w:t>
      </w:r>
    </w:p>
    <w:p>
      <w:pPr>
        <w:keepLines/>
      </w:pPr>
      <w:r>
        <w:rPr>
          <w:rFonts w:ascii="Courier New" w:hAnsi="Courier New"/>
          <w:sz w:val="16"/>
        </w:rPr>
        <w:t>5:8, 9                       201 11: -                          64, 128</w:t>
      </w:r>
    </w:p>
    <w:p>
      <w:pPr>
        <w:keepLines/>
      </w:pPr>
      <w:r>
        <w:rPr>
          <w:rFonts w:ascii="Courier New" w:hAnsi="Courier New"/>
          <w:sz w:val="16"/>
        </w:rPr>
        <w:t>5:9                          160 11:1                                 49</w:t>
      </w:r>
    </w:p>
    <w:p>
      <w:pPr>
        <w:keepLines/>
      </w:pPr>
      <w:r>
        <w:rPr>
          <w:rFonts w:ascii="Courier New" w:hAnsi="Courier New"/>
          <w:sz w:val="16"/>
        </w:rPr>
        <w:t>5:13, 14                      49 11:3                               .190</w:t>
      </w:r>
    </w:p>
    <w:p>
      <w:pPr>
        <w:keepLines/>
      </w:pPr>
      <w:r>
        <w:rPr>
          <w:rFonts w:ascii="Courier New" w:hAnsi="Courier New"/>
          <w:sz w:val="16"/>
        </w:rPr>
        <w:t>6:2                          131 11:4                                217</w:t>
      </w:r>
    </w:p>
    <w:p>
      <w:pPr>
        <w:keepLines/>
      </w:pPr>
      <w:r>
        <w:rPr>
          <w:rFonts w:ascii="Courier New" w:hAnsi="Courier New"/>
          <w:sz w:val="16"/>
        </w:rPr>
        <w:t>6:4, 5                   92, 212 11:5                             -129</w:t>
      </w:r>
    </w:p>
    <w:p>
      <w:pPr>
        <w:keepLines/>
      </w:pPr>
      <w:r>
        <w:rPr>
          <w:rFonts w:ascii="Courier New" w:hAnsi="Courier New"/>
          <w:sz w:val="16"/>
        </w:rPr>
        <w:t>6:4-6                        155 11:7                                114</w:t>
      </w:r>
    </w:p>
    <w:p>
      <w:pPr>
        <w:keepLines/>
      </w:pPr>
      <w:r>
        <w:rPr>
          <w:rFonts w:ascii="Courier New" w:hAnsi="Courier New"/>
          <w:sz w:val="16"/>
        </w:rPr>
        <w:t>6:6                          156 11:8, 13                             82</w:t>
      </w:r>
    </w:p>
    <w:p>
      <w:pPr>
        <w:keepLines/>
      </w:pPr>
      <w:r>
        <w:rPr>
          <w:rFonts w:ascii="Courier New" w:hAnsi="Courier New"/>
          <w:sz w:val="16"/>
        </w:rPr>
        <w:t>7:3                     207, 208 11:8-16                          ... 70</w:t>
      </w:r>
    </w:p>
    <w:p>
      <w:pPr>
        <w:keepLines/>
      </w:pPr>
      <w:r>
        <w:rPr>
          <w:rFonts w:ascii="Courier New" w:hAnsi="Courier New"/>
          <w:sz w:val="16"/>
        </w:rPr>
        <w:t>7:5, 9, 10                   208 11:8, 9, 39, 40                 ...117</w:t>
      </w:r>
    </w:p>
    <w:p>
      <w:pPr>
        <w:keepLines/>
      </w:pPr>
      <w:r>
        <w:rPr>
          <w:rFonts w:ascii="Courier New" w:hAnsi="Courier New"/>
          <w:sz w:val="16"/>
        </w:rPr>
        <w:t>7:12                         132 11:8, 13, 39, 40                    107</w:t>
      </w:r>
    </w:p>
    <w:p>
      <w:pPr>
        <w:keepLines/>
      </w:pPr>
      <w:r>
        <w:rPr>
          <w:rFonts w:ascii="Courier New" w:hAnsi="Courier New"/>
          <w:sz w:val="16"/>
        </w:rPr>
        <w:t>7:16                         208 11:13                         117, 129</w:t>
      </w:r>
    </w:p>
    <w:p>
      <w:pPr>
        <w:keepLines/>
      </w:pPr>
      <w:r>
        <w:rPr>
          <w:rFonts w:ascii="Courier New" w:hAnsi="Courier New"/>
          <w:sz w:val="16"/>
        </w:rPr>
        <w:t>7:18, 19                      21 11:13, 39, "40                       64</w:t>
      </w:r>
    </w:p>
    <w:p>
      <w:pPr>
        <w:keepLines/>
      </w:pPr>
      <w:r>
        <w:rPr>
          <w:rFonts w:ascii="Courier New" w:hAnsi="Courier New"/>
          <w:sz w:val="16"/>
        </w:rPr>
        <w:t>7:25                          56 11:27                               240</w:t>
      </w:r>
    </w:p>
    <w:p>
      <w:pPr>
        <w:keepLines/>
      </w:pPr>
      <w:r>
        <w:rPr>
          <w:rFonts w:ascii="Courier New" w:hAnsi="Courier New"/>
          <w:sz w:val="16"/>
        </w:rPr>
        <w:t>7:27                          10 11:32                               203</w:t>
      </w:r>
    </w:p>
    <w:p>
      <w:pPr>
        <w:keepLines/>
      </w:pPr>
      <w:r>
        <w:rPr>
          <w:rFonts w:ascii="Courier New" w:hAnsi="Courier New"/>
          <w:sz w:val="16"/>
        </w:rPr>
        <w:t>7:28                         190 11:39                              .203</w:t>
      </w:r>
    </w:p>
    <w:p>
      <w:pPr>
        <w:keepLines/>
      </w:pPr>
      <w:r>
        <w:rPr>
          <w:rFonts w:ascii="Courier New" w:hAnsi="Courier New"/>
          <w:sz w:val="16"/>
        </w:rPr>
        <w:t>8:8                           61 11:39, 40                           112</w:t>
      </w:r>
    </w:p>
    <w:p>
      <w:pPr>
        <w:keepLines/>
      </w:pPr>
      <w:r>
        <w:rPr>
          <w:rFonts w:ascii="Courier New" w:hAnsi="Courier New"/>
          <w:sz w:val="16"/>
        </w:rPr>
        <w:t>8:13         ...41, 42, 132, 207 12:1                                128</w:t>
      </w:r>
    </w:p>
    <w:p>
      <w:pPr>
        <w:keepLines/>
      </w:pPr>
      <w:r>
        <w:rPr>
          <w:rFonts w:ascii="Courier New" w:hAnsi="Courier New"/>
          <w:sz w:val="16"/>
        </w:rPr>
        <w:t>9:10                         151 12:9                          113, 142</w:t>
      </w:r>
    </w:p>
    <w:p>
      <w:pPr>
        <w:keepLines/>
      </w:pPr>
      <w:r>
        <w:rPr>
          <w:rFonts w:ascii="Courier New" w:hAnsi="Courier New"/>
          <w:sz w:val="16"/>
        </w:rPr>
        <w:t>9:12                         131 12:19 .                             190</w:t>
      </w:r>
    </w:p>
    <w:p>
      <w:pPr>
        <w:keepLines/>
      </w:pPr>
      <w:r>
        <w:rPr>
          <w:rFonts w:ascii="Courier New" w:hAnsi="Courier New"/>
          <w:sz w:val="16"/>
        </w:rPr>
        <w:t>9:24                          66 12:23                               112</w:t>
      </w:r>
    </w:p>
    <w:p>
      <w:pPr>
        <w:keepLines/>
      </w:pPr>
      <w:r>
        <w:rPr>
          <w:rFonts w:ascii="Courier New" w:hAnsi="Courier New"/>
          <w:sz w:val="16"/>
        </w:rPr>
        <w:t>9:26                 66, 88, 162 12:24                               115</w:t>
      </w:r>
    </w:p>
    <w:p>
      <w:pPr>
        <w:keepLines/>
      </w:pPr>
      <w:r>
        <w:rPr>
          <w:rFonts w:ascii="Courier New" w:hAnsi="Courier New"/>
          <w:sz w:val="16"/>
        </w:rPr>
        <w:t>9:27              .38, 114, 148 13:2                                 187</w:t>
      </w:r>
    </w:p>
    <w:p>
      <w:pPr>
        <w:keepLines/>
      </w:pPr>
      <w:r>
        <w:rPr>
          <w:rFonts w:ascii="Courier New" w:hAnsi="Courier New"/>
          <w:sz w:val="16"/>
        </w:rPr>
        <w:t>9:28                    120, 125 13:4                                 42</w:t>
      </w:r>
    </w:p>
    <w:p>
      <w:pPr>
        <w:keepLines/>
      </w:pPr>
      <w:r>
        <w:rPr>
          <w:rFonts w:ascii="Courier New" w:hAnsi="Courier New"/>
          <w:sz w:val="16"/>
        </w:rPr>
        <w:t>10:1                     21, 112 13:7, 22                            190</w:t>
      </w:r>
    </w:p>
    <w:p>
      <w:pPr>
        <w:keepLines/>
      </w:pPr>
      <w:r>
        <w:rPr>
          <w:rFonts w:ascii="Courier New" w:hAnsi="Courier New"/>
          <w:sz w:val="16"/>
        </w:rPr>
        <w:t>10:3-12                      208 13:8                                 50</w:t>
      </w:r>
    </w:p>
    <w:p>
      <w:pPr>
        <w:keepLines/>
      </w:pPr>
      <w:r>
        <w:rPr>
          <w:rFonts w:ascii="Courier New" w:hAnsi="Courier New"/>
          <w:sz w:val="16"/>
        </w:rPr>
        <w:t>10:4, 10                     205 13:20                               143</w:t>
      </w:r>
    </w:p>
    <w:p>
      <w:pPr>
        <w:pStyle w:val="Heading1"/>
        <w:jc w:val="center"/>
      </w:pPr>
      <w:r>
        <w:t>YACQUUB</w:t>
      </w:r>
    </w:p>
    <w:p>
      <w:pPr>
        <w:keepLines/>
      </w:pPr>
      <w:r>
        <w:rPr>
          <w:rFonts w:ascii="Courier New" w:hAnsi="Courier New"/>
          <w:sz w:val="16"/>
        </w:rPr>
        <w:t>1:1                           81 2:7                                  152</w:t>
      </w:r>
    </w:p>
    <w:p>
      <w:pPr>
        <w:keepLines/>
      </w:pPr>
      <w:r>
        <w:rPr>
          <w:rFonts w:ascii="Courier New" w:hAnsi="Courier New"/>
          <w:sz w:val="16"/>
        </w:rPr>
        <w:t>1:2, 3                       249 2:14-18                              178</w:t>
      </w:r>
    </w:p>
    <w:p>
      <w:pPr>
        <w:keepLines/>
      </w:pPr>
      <w:r>
        <w:rPr>
          <w:rFonts w:ascii="Courier New" w:hAnsi="Courier New"/>
          <w:sz w:val="16"/>
        </w:rPr>
        <w:t>1:13              186, 248, 249 2:19                                  178</w:t>
      </w:r>
    </w:p>
    <w:p>
      <w:pPr>
        <w:keepLines/>
      </w:pPr>
      <w:r>
        <w:rPr>
          <w:rFonts w:ascii="Courier New" w:hAnsi="Courier New"/>
          <w:sz w:val="16"/>
        </w:rPr>
        <w:t>1:13-15             29, 162, 173 2:24                                 160</w:t>
      </w:r>
    </w:p>
    <w:p>
      <w:pPr>
        <w:keepLines/>
      </w:pPr>
      <w:r>
        <w:rPr>
          <w:rFonts w:ascii="Courier New" w:hAnsi="Courier New"/>
          <w:sz w:val="16"/>
        </w:rPr>
        <w:t>1:17 ..                   20, 50 2:25                            179, 184</w:t>
      </w:r>
    </w:p>
    <w:p>
      <w:pPr>
        <w:keepLines/>
      </w:pPr>
      <w:r>
        <w:rPr>
          <w:rFonts w:ascii="Courier New" w:hAnsi="Courier New"/>
          <w:sz w:val="16"/>
        </w:rPr>
        <w:t>1:18           45, 63, 189, 202, 3:15                                 193</w:t>
      </w:r>
    </w:p>
    <w:p>
      <w:pPr>
        <w:keepLines/>
      </w:pPr>
      <w:r>
        <w:rPr>
          <w:rFonts w:ascii="Courier New" w:hAnsi="Courier New"/>
          <w:sz w:val="16"/>
        </w:rPr>
        <w:t xml:space="preserve">                        207,209 5:12                     ·......       42</w:t>
      </w:r>
    </w:p>
    <w:p>
      <w:pPr>
        <w:keepLines/>
      </w:pPr>
      <w:r>
        <w:rPr>
          <w:rFonts w:ascii="Courier New" w:hAnsi="Courier New"/>
          <w:sz w:val="16"/>
        </w:rPr>
        <w:t>1:25                          49 5:14                                  14</w:t>
      </w:r>
    </w:p>
    <w:p>
      <w:pPr>
        <w:keepLines/>
      </w:pPr>
      <w:r>
        <w:rPr>
          <w:rFonts w:ascii="Courier New" w:hAnsi="Courier New"/>
          <w:sz w:val="16"/>
        </w:rPr>
        <w:t>2:5              80, 81, 96, 100 5:15                                  15</w:t>
      </w:r>
    </w:p>
    <w:p>
      <w:pPr>
        <w:pStyle w:val="Heading1"/>
        <w:jc w:val="center"/>
      </w:pPr>
      <w:r>
        <w:t>1 BUTROS</w:t>
      </w:r>
    </w:p>
    <w:p>
      <w:pPr>
        <w:keepLines/>
      </w:pPr>
      <w:r>
        <w:rPr>
          <w:rFonts w:ascii="Courier New" w:hAnsi="Courier New"/>
          <w:sz w:val="16"/>
        </w:rPr>
        <w:t>1:1                         70 3:18-20                           ...203</w:t>
      </w:r>
    </w:p>
    <w:p>
      <w:pPr>
        <w:keepLines/>
      </w:pPr>
      <w:r>
        <w:rPr>
          <w:rFonts w:ascii="Courier New" w:hAnsi="Courier New"/>
          <w:sz w:val="16"/>
        </w:rPr>
        <w:t>1:2                        213 3:19                          113, 114</w:t>
      </w:r>
    </w:p>
    <w:p>
      <w:pPr>
        <w:keepLines/>
      </w:pPr>
      <w:r>
        <w:rPr>
          <w:rFonts w:ascii="Courier New" w:hAnsi="Courier New"/>
          <w:sz w:val="16"/>
        </w:rPr>
        <w:t>1:3                        186 3:19,20...                114,165,166</w:t>
      </w:r>
    </w:p>
    <w:p>
      <w:pPr>
        <w:keepLines/>
      </w:pPr>
      <w:r>
        <w:rPr>
          <w:rFonts w:ascii="Courier New" w:hAnsi="Courier New"/>
          <w:sz w:val="16"/>
        </w:rPr>
        <w:t>1:4                        115 3:20,21                              152</w:t>
      </w:r>
    </w:p>
    <w:p>
      <w:pPr>
        <w:keepLines/>
      </w:pPr>
      <w:r>
        <w:rPr>
          <w:rFonts w:ascii="Courier New" w:hAnsi="Courier New"/>
          <w:sz w:val="16"/>
        </w:rPr>
        <w:t>1:4,5                 122,125 3:21                  .114,152,153,160</w:t>
      </w:r>
    </w:p>
    <w:p>
      <w:pPr>
        <w:keepLines/>
      </w:pPr>
      <w:r>
        <w:rPr>
          <w:rFonts w:ascii="Courier New" w:hAnsi="Courier New"/>
          <w:sz w:val="16"/>
        </w:rPr>
        <w:t>1:5                        100 4:3-6                                143</w:t>
      </w:r>
    </w:p>
    <w:p>
      <w:pPr>
        <w:keepLines/>
      </w:pPr>
      <w:r>
        <w:rPr>
          <w:rFonts w:ascii="Courier New" w:hAnsi="Courier New"/>
          <w:sz w:val="16"/>
        </w:rPr>
        <w:t>1:6,7                      249 4:6                                  114</w:t>
      </w:r>
    </w:p>
    <w:p>
      <w:pPr>
        <w:keepLines/>
      </w:pPr>
      <w:r>
        <w:rPr>
          <w:rFonts w:ascii="Courier New" w:hAnsi="Courier New"/>
          <w:sz w:val="16"/>
        </w:rPr>
        <w:t>1:10, 11                   232 4:12                                 179</w:t>
      </w:r>
    </w:p>
    <w:p>
      <w:pPr>
        <w:keepLines/>
      </w:pPr>
      <w:r>
        <w:rPr>
          <w:rFonts w:ascii="Courier New" w:hAnsi="Courier New"/>
          <w:sz w:val="16"/>
        </w:rPr>
        <w:t>1:11                  114, 198 4:16-19                              179</w:t>
      </w:r>
    </w:p>
    <w:p>
      <w:pPr>
        <w:keepLines/>
      </w:pPr>
      <w:r>
        <w:rPr>
          <w:rFonts w:ascii="Courier New" w:hAnsi="Courier New"/>
          <w:sz w:val="16"/>
        </w:rPr>
        <w:t>1:20         88, 194, 197, 205 5:1                                    6</w:t>
      </w:r>
    </w:p>
    <w:p>
      <w:pPr>
        <w:keepLines/>
      </w:pPr>
      <w:r>
        <w:rPr>
          <w:rFonts w:ascii="Courier New" w:hAnsi="Courier New"/>
          <w:sz w:val="16"/>
        </w:rPr>
        <w:t>1:23                  100, 189 5:1-3                   .              9</w:t>
      </w:r>
    </w:p>
    <w:p>
      <w:pPr>
        <w:keepLines/>
      </w:pPr>
      <w:r>
        <w:rPr>
          <w:rFonts w:ascii="Courier New" w:hAnsi="Courier New"/>
          <w:sz w:val="16"/>
        </w:rPr>
        <w:t>2:1, 2                     150 5:2                                    9</w:t>
      </w:r>
    </w:p>
    <w:p>
      <w:pPr>
        <w:keepLines/>
      </w:pPr>
      <w:r>
        <w:rPr>
          <w:rFonts w:ascii="Courier New" w:hAnsi="Courier New"/>
          <w:sz w:val="16"/>
        </w:rPr>
        <w:t>2:2                        100 5:3                          -         6</w:t>
      </w:r>
    </w:p>
    <w:p>
      <w:pPr>
        <w:keepLines/>
      </w:pPr>
      <w:r>
        <w:rPr>
          <w:rFonts w:ascii="Courier New" w:hAnsi="Courier New"/>
          <w:sz w:val="16"/>
        </w:rPr>
        <w:t>2:5               21, 100, 119 5:4                         66, 80, 115</w:t>
      </w:r>
    </w:p>
    <w:p>
      <w:pPr>
        <w:keepLines/>
      </w:pPr>
      <w:r>
        <w:rPr>
          <w:rFonts w:ascii="Courier New" w:hAnsi="Courier New"/>
          <w:sz w:val="16"/>
        </w:rPr>
        <w:t>2:6                        205 5:8                                  178</w:t>
      </w:r>
    </w:p>
    <w:p>
      <w:pPr>
        <w:keepLines/>
      </w:pPr>
      <w:r>
        <w:rPr>
          <w:rFonts w:ascii="Courier New" w:hAnsi="Courier New"/>
          <w:sz w:val="16"/>
        </w:rPr>
        <w:t>2:6-8                        4 5:9                                -179</w:t>
      </w:r>
    </w:p>
    <w:p>
      <w:pPr>
        <w:keepLines/>
      </w:pPr>
      <w:r>
        <w:rPr>
          <w:rFonts w:ascii="Courier New" w:hAnsi="Courier New"/>
          <w:sz w:val="16"/>
        </w:rPr>
        <w:t>2:9            13, 40, 70, 100</w:t>
      </w:r>
    </w:p>
    <w:p>
      <w:pPr>
        <w:keepLines/>
      </w:pPr>
      <w:r>
        <w:rPr>
          <w:rFonts w:ascii="Courier New" w:hAnsi="Courier New"/>
          <w:sz w:val="16"/>
        </w:rPr>
        <w:t>268</w:t>
      </w:r>
    </w:p>
    <w:p>
      <w:pPr>
        <w:jc w:val="center"/>
      </w:pPr>
      <w:r>
        <w:rPr>
          <w:rFonts w:ascii="Courier New" w:hAnsi="Courier New"/>
          <w:b/>
          <w:sz w:val="16"/>
        </w:rPr>
        <w:t>BOG                                               BOG</w:t>
      </w:r>
    </w:p>
    <w:p>
      <w:pPr>
        <w:pStyle w:val="Heading1"/>
        <w:jc w:val="center"/>
      </w:pPr>
      <w:r>
        <w:t>2 BUTROS</w:t>
      </w:r>
    </w:p>
    <w:p>
      <w:pPr>
        <w:keepLines/>
      </w:pPr>
      <w:r>
        <w:rPr>
          <w:rFonts w:ascii="Courier New" w:hAnsi="Courier New"/>
          <w:sz w:val="16"/>
        </w:rPr>
        <w:t>1:1                                     81   2:5-7                             181</w:t>
      </w:r>
    </w:p>
    <w:p>
      <w:pPr>
        <w:keepLines/>
      </w:pPr>
      <w:r>
        <w:rPr>
          <w:rFonts w:ascii="Courier New" w:hAnsi="Courier New"/>
          <w:sz w:val="16"/>
        </w:rPr>
        <w:t>1:5-7                                   82   2:6                      132, 134, 135</w:t>
      </w:r>
    </w:p>
    <w:p>
      <w:pPr>
        <w:keepLines/>
      </w:pPr>
      <w:r>
        <w:rPr>
          <w:rFonts w:ascii="Courier New" w:hAnsi="Courier New"/>
          <w:sz w:val="16"/>
        </w:rPr>
        <w:t>1:5-11                                 140   2:10, 11, 12                      181</w:t>
      </w:r>
    </w:p>
    <w:p>
      <w:pPr>
        <w:keepLines/>
      </w:pPr>
      <w:r>
        <w:rPr>
          <w:rFonts w:ascii="Courier New" w:hAnsi="Courier New"/>
          <w:sz w:val="16"/>
        </w:rPr>
        <w:t>1:9                                    145   2:11                              181</w:t>
      </w:r>
    </w:p>
    <w:p>
      <w:pPr>
        <w:keepLines/>
      </w:pPr>
      <w:r>
        <w:rPr>
          <w:rFonts w:ascii="Courier New" w:hAnsi="Courier New"/>
          <w:sz w:val="16"/>
        </w:rPr>
        <w:t>1:10                              100, 161   2:16                         165, 217</w:t>
      </w:r>
    </w:p>
    <w:p>
      <w:pPr>
        <w:keepLines/>
      </w:pPr>
      <w:r>
        <w:rPr>
          <w:rFonts w:ascii="Courier New" w:hAnsi="Courier New"/>
          <w:sz w:val="16"/>
        </w:rPr>
        <w:t>1:10, 11                       81, 96, 100   3:2, 3                            181</w:t>
      </w:r>
    </w:p>
    <w:p>
      <w:pPr>
        <w:keepLines/>
      </w:pPr>
      <w:r>
        <w:rPr>
          <w:rFonts w:ascii="Courier New" w:hAnsi="Courier New"/>
          <w:sz w:val="16"/>
        </w:rPr>
        <w:t>1:11                                    96   3:4                          215, 226</w:t>
      </w:r>
    </w:p>
    <w:p>
      <w:pPr>
        <w:keepLines/>
      </w:pPr>
      <w:r>
        <w:rPr>
          <w:rFonts w:ascii="Courier New" w:hAnsi="Courier New"/>
          <w:sz w:val="16"/>
        </w:rPr>
        <w:t>1:13-15                                 10   3:5, 7                            190</w:t>
      </w:r>
    </w:p>
    <w:p>
      <w:pPr>
        <w:keepLines/>
      </w:pPr>
      <w:r>
        <w:rPr>
          <w:rFonts w:ascii="Courier New" w:hAnsi="Courier New"/>
          <w:sz w:val="16"/>
        </w:rPr>
        <w:t>1:18                                    91   3:6                          130, 226</w:t>
      </w:r>
    </w:p>
    <w:p>
      <w:pPr>
        <w:keepLines/>
      </w:pPr>
      <w:r>
        <w:rPr>
          <w:rFonts w:ascii="Courier New" w:hAnsi="Courier New"/>
          <w:sz w:val="16"/>
        </w:rPr>
        <w:t>1:21                              114, 180   3:8                          228, 229</w:t>
      </w:r>
    </w:p>
    <w:p>
      <w:pPr>
        <w:keepLines/>
      </w:pPr>
      <w:r>
        <w:rPr>
          <w:rFonts w:ascii="Courier New" w:hAnsi="Courier New"/>
          <w:sz w:val="16"/>
        </w:rPr>
        <w:t>2:1                                    180   3:10                              130</w:t>
      </w:r>
    </w:p>
    <w:p>
      <w:pPr>
        <w:keepLines/>
      </w:pPr>
      <w:r>
        <w:rPr>
          <w:rFonts w:ascii="Courier New" w:hAnsi="Courier New"/>
          <w:sz w:val="16"/>
        </w:rPr>
        <w:t>2:1, 2                               3, 10   3:10, 12                          130</w:t>
      </w:r>
    </w:p>
    <w:p>
      <w:pPr>
        <w:keepLines/>
      </w:pPr>
      <w:r>
        <w:rPr>
          <w:rFonts w:ascii="Courier New" w:hAnsi="Courier New"/>
          <w:sz w:val="16"/>
        </w:rPr>
        <w:t>2:2, 3                                 181   3:12                              130</w:t>
      </w:r>
    </w:p>
    <w:p>
      <w:pPr>
        <w:keepLines/>
      </w:pPr>
      <w:r>
        <w:rPr>
          <w:rFonts w:ascii="Courier New" w:hAnsi="Courier New"/>
          <w:sz w:val="16"/>
        </w:rPr>
        <w:t>2:4                          179, 180, 181   3:12, 13                          207</w:t>
      </w:r>
    </w:p>
    <w:p>
      <w:pPr>
        <w:keepLines/>
      </w:pPr>
      <w:r>
        <w:rPr>
          <w:rFonts w:ascii="Courier New" w:hAnsi="Courier New"/>
          <w:sz w:val="16"/>
        </w:rPr>
        <w:t>2:4, 5                                 180   3:13                         124, 130</w:t>
      </w:r>
    </w:p>
    <w:p>
      <w:pPr>
        <w:keepLines/>
      </w:pPr>
      <w:r>
        <w:rPr>
          <w:rFonts w:ascii="Courier New" w:hAnsi="Courier New"/>
          <w:sz w:val="16"/>
        </w:rPr>
        <w:t>2:5                                    114   3:16                         121, 126</w:t>
      </w:r>
    </w:p>
    <w:p>
      <w:pPr>
        <w:keepLines/>
      </w:pPr>
      <w:r>
        <w:rPr>
          <w:rFonts w:ascii="Courier New" w:hAnsi="Courier New"/>
          <w:sz w:val="16"/>
        </w:rPr>
        <w:t>2:5, 6                               ..180</w:t>
      </w:r>
    </w:p>
    <w:p>
      <w:pPr>
        <w:pStyle w:val="Heading1"/>
        <w:jc w:val="center"/>
      </w:pPr>
      <w:r>
        <w:t>1 YOOXANAA</w:t>
      </w:r>
    </w:p>
    <w:p>
      <w:pPr>
        <w:keepLines/>
      </w:pPr>
      <w:r>
        <w:rPr>
          <w:rFonts w:ascii="Courier New" w:hAnsi="Courier New"/>
          <w:sz w:val="16"/>
        </w:rPr>
        <w:t>1:1                                    190 3:15                                 42</w:t>
      </w:r>
    </w:p>
    <w:p>
      <w:pPr>
        <w:keepLines/>
      </w:pPr>
      <w:r>
        <w:rPr>
          <w:rFonts w:ascii="Courier New" w:hAnsi="Courier New"/>
          <w:sz w:val="16"/>
        </w:rPr>
        <w:t>1:7                                    160 3:18                                 54</w:t>
      </w:r>
    </w:p>
    <w:p>
      <w:pPr>
        <w:keepLines/>
      </w:pPr>
      <w:r>
        <w:rPr>
          <w:rFonts w:ascii="Courier New" w:hAnsi="Courier New"/>
          <w:sz w:val="16"/>
        </w:rPr>
        <w:t>1:9                                    140 4:1                       3, 19, 113, 53</w:t>
      </w:r>
    </w:p>
    <w:p>
      <w:pPr>
        <w:keepLines/>
      </w:pPr>
      <w:r>
        <w:rPr>
          <w:rFonts w:ascii="Courier New" w:hAnsi="Courier New"/>
          <w:sz w:val="16"/>
        </w:rPr>
        <w:t>2:2                                    148 4:1-3                               153</w:t>
      </w:r>
    </w:p>
    <w:p>
      <w:pPr>
        <w:keepLines/>
      </w:pPr>
      <w:r>
        <w:rPr>
          <w:rFonts w:ascii="Courier New" w:hAnsi="Courier New"/>
          <w:sz w:val="16"/>
        </w:rPr>
        <w:t>2:15                                   193 4:2, 3                               47</w:t>
      </w:r>
    </w:p>
    <w:p>
      <w:pPr>
        <w:keepLines/>
      </w:pPr>
      <w:r>
        <w:rPr>
          <w:rFonts w:ascii="Courier New" w:hAnsi="Courier New"/>
          <w:sz w:val="16"/>
        </w:rPr>
        <w:t>2:15, 16, 17                            93 4:12                                196</w:t>
      </w:r>
    </w:p>
    <w:p>
      <w:pPr>
        <w:keepLines/>
      </w:pPr>
      <w:r>
        <w:rPr>
          <w:rFonts w:ascii="Courier New" w:hAnsi="Courier New"/>
          <w:sz w:val="16"/>
        </w:rPr>
        <w:t>2:16                                   193 4:18                                132</w:t>
      </w:r>
    </w:p>
    <w:p>
      <w:pPr>
        <w:keepLines/>
      </w:pPr>
      <w:r>
        <w:rPr>
          <w:rFonts w:ascii="Courier New" w:hAnsi="Courier New"/>
          <w:sz w:val="16"/>
        </w:rPr>
        <w:t>2:24, 25                             .158 5:11                       115, 157, 158</w:t>
      </w:r>
    </w:p>
    <w:p>
      <w:pPr>
        <w:keepLines/>
      </w:pPr>
      <w:r>
        <w:rPr>
          <w:rFonts w:ascii="Courier New" w:hAnsi="Courier New"/>
          <w:sz w:val="16"/>
        </w:rPr>
        <w:t>3:1                         .166, 167, 180 5:13                                157</w:t>
      </w:r>
    </w:p>
    <w:p>
      <w:pPr>
        <w:keepLines/>
      </w:pPr>
      <w:r>
        <w:rPr>
          <w:rFonts w:ascii="Courier New" w:hAnsi="Courier New"/>
          <w:sz w:val="16"/>
        </w:rPr>
        <w:t>3:2, 3                                 125 5:19                                177</w:t>
      </w:r>
    </w:p>
    <w:p>
      <w:pPr>
        <w:keepLines/>
      </w:pPr>
      <w:r>
        <w:rPr>
          <w:rFonts w:ascii="Courier New" w:hAnsi="Courier New"/>
          <w:sz w:val="16"/>
        </w:rPr>
        <w:t>3:12                                 .217 5:21                                  42</w:t>
      </w:r>
    </w:p>
    <w:p>
      <w:pPr>
        <w:pStyle w:val="Heading1"/>
        <w:jc w:val="center"/>
      </w:pPr>
      <w:r>
        <w:t>3 YOOXANAA</w:t>
      </w:r>
    </w:p>
    <w:p>
      <w:pPr>
        <w:keepLines/>
      </w:pPr>
      <w:r>
        <w:rPr>
          <w:rFonts w:ascii="Courier New" w:hAnsi="Courier New"/>
          <w:sz w:val="16"/>
        </w:rPr>
        <w:t xml:space="preserve">                      v:9                                   90</w:t>
      </w:r>
    </w:p>
    <w:p>
      <w:pPr>
        <w:pStyle w:val="Heading1"/>
        <w:jc w:val="center"/>
      </w:pPr>
      <w:r>
        <w:t>YUUDAS</w:t>
      </w:r>
    </w:p>
    <w:p>
      <w:pPr>
        <w:keepLines/>
      </w:pPr>
      <w:r>
        <w:rPr>
          <w:rFonts w:ascii="Courier New" w:hAnsi="Courier New"/>
          <w:sz w:val="16"/>
        </w:rPr>
        <w:t>3                                    181 8, 9                                  181</w:t>
      </w:r>
    </w:p>
    <w:p>
      <w:pPr>
        <w:keepLines/>
      </w:pPr>
      <w:r>
        <w:rPr>
          <w:rFonts w:ascii="Courier New" w:hAnsi="Courier New"/>
          <w:sz w:val="16"/>
        </w:rPr>
        <w:t>5                                    154 9                                     181</w:t>
      </w:r>
    </w:p>
    <w:p>
      <w:pPr>
        <w:keepLines/>
      </w:pPr>
      <w:r>
        <w:rPr>
          <w:rFonts w:ascii="Courier New" w:hAnsi="Courier New"/>
          <w:sz w:val="16"/>
        </w:rPr>
        <w:t>5, 6                                 180 16, 19                                181</w:t>
      </w:r>
    </w:p>
    <w:p>
      <w:pPr>
        <w:keepLines/>
      </w:pPr>
      <w:r>
        <w:rPr>
          <w:rFonts w:ascii="Courier New" w:hAnsi="Courier New"/>
          <w:sz w:val="16"/>
        </w:rPr>
        <w:t>6                               179, 180 17, 18                                181</w:t>
      </w:r>
    </w:p>
    <w:p>
      <w:pPr>
        <w:keepLines/>
      </w:pPr>
      <w:r>
        <w:rPr>
          <w:rFonts w:ascii="Courier New" w:hAnsi="Courier New"/>
          <w:sz w:val="16"/>
        </w:rPr>
        <w:t>7                       ...132, 134, 135 23                                    182</w:t>
      </w:r>
    </w:p>
    <w:p>
      <w:pPr>
        <w:pStyle w:val="Heading1"/>
        <w:jc w:val="center"/>
      </w:pPr>
      <w:r>
        <w:t>MUUJINTII</w:t>
      </w:r>
    </w:p>
    <w:p>
      <w:pPr>
        <w:keepLines/>
      </w:pPr>
      <w:r>
        <w:rPr>
          <w:rFonts w:ascii="Courier New" w:hAnsi="Courier New"/>
          <w:sz w:val="16"/>
        </w:rPr>
        <w:t>1:1               97, 100, 101, 183, 237 2:25                                     66</w:t>
      </w:r>
    </w:p>
    <w:p>
      <w:pPr>
        <w:keepLines/>
      </w:pPr>
      <w:r>
        <w:rPr>
          <w:rFonts w:ascii="Courier New" w:hAnsi="Courier New"/>
          <w:sz w:val="16"/>
        </w:rPr>
        <w:t>1:1, 19                            ...101 2:26, 27      44, 64, 78, 81, 96, 98, 113</w:t>
      </w:r>
    </w:p>
    <w:p>
      <w:pPr>
        <w:keepLines/>
      </w:pPr>
      <w:r>
        <w:rPr>
          <w:rFonts w:ascii="Courier New" w:hAnsi="Courier New"/>
          <w:sz w:val="16"/>
        </w:rPr>
        <w:t>1:4 ... -              -              210 3:1 ..                                 210</w:t>
      </w:r>
    </w:p>
    <w:p>
      <w:pPr>
        <w:keepLines/>
      </w:pPr>
      <w:r>
        <w:rPr>
          <w:rFonts w:ascii="Courier New" w:hAnsi="Courier New"/>
          <w:sz w:val="16"/>
        </w:rPr>
        <w:t>1:4, 5                               210 3:2                                       8</w:t>
      </w:r>
    </w:p>
    <w:p>
      <w:pPr>
        <w:keepLines/>
      </w:pPr>
      <w:r>
        <w:rPr>
          <w:rFonts w:ascii="Courier New" w:hAnsi="Courier New"/>
          <w:sz w:val="16"/>
        </w:rPr>
        <w:t>1:4, 8                               210 3:5                                    139</w:t>
      </w:r>
    </w:p>
    <w:p>
      <w:pPr>
        <w:keepLines/>
      </w:pPr>
      <w:r>
        <w:rPr>
          <w:rFonts w:ascii="Courier New" w:hAnsi="Courier New"/>
          <w:sz w:val="16"/>
        </w:rPr>
        <w:t>1:7                          66, 92, 128 3:7                                    210</w:t>
      </w:r>
    </w:p>
    <w:p>
      <w:pPr>
        <w:keepLines/>
      </w:pPr>
      <w:r>
        <w:rPr>
          <w:rFonts w:ascii="Courier New" w:hAnsi="Courier New"/>
          <w:sz w:val="16"/>
        </w:rPr>
        <w:t>1:8                                  210 3:11                                   209</w:t>
      </w:r>
    </w:p>
    <w:p>
      <w:pPr>
        <w:keepLines/>
      </w:pPr>
      <w:r>
        <w:rPr>
          <w:rFonts w:ascii="Courier New" w:hAnsi="Courier New"/>
          <w:sz w:val="16"/>
        </w:rPr>
        <w:t>1:9                              63, 101 3:12                             119, 209</w:t>
      </w:r>
    </w:p>
    <w:p>
      <w:pPr>
        <w:keepLines/>
      </w:pPr>
      <w:r>
        <w:rPr>
          <w:rFonts w:ascii="Courier New" w:hAnsi="Courier New"/>
          <w:sz w:val="16"/>
        </w:rPr>
        <w:t>1:11                           209, 210 3:14                              209, 210</w:t>
      </w:r>
    </w:p>
    <w:p>
      <w:pPr>
        <w:keepLines/>
      </w:pPr>
      <w:r>
        <w:rPr>
          <w:rFonts w:ascii="Courier New" w:hAnsi="Courier New"/>
          <w:sz w:val="16"/>
        </w:rPr>
        <w:t>1:11, 18                             210 3:17                                   139</w:t>
      </w:r>
    </w:p>
    <w:p>
      <w:pPr>
        <w:keepLines/>
      </w:pPr>
      <w:r>
        <w:rPr>
          <w:rFonts w:ascii="Courier New" w:hAnsi="Courier New"/>
          <w:sz w:val="16"/>
        </w:rPr>
        <w:t>1:14, 15                           .210 3:21                    78, 84, 96, 99, 209</w:t>
      </w:r>
    </w:p>
    <w:p>
      <w:pPr>
        <w:keepLines/>
      </w:pPr>
      <w:r>
        <w:rPr>
          <w:rFonts w:ascii="Courier New" w:hAnsi="Courier New"/>
          <w:sz w:val="16"/>
        </w:rPr>
        <w:t>1:16                                 210 3:21, 22                                81</w:t>
      </w:r>
    </w:p>
    <w:p>
      <w:pPr>
        <w:keepLines/>
      </w:pPr>
      <w:r>
        <w:rPr>
          <w:rFonts w:ascii="Courier New" w:hAnsi="Courier New"/>
          <w:sz w:val="16"/>
        </w:rPr>
        <w:t>1:18        149, 186, 195, 203, 208, 210 4:10                                   149</w:t>
      </w:r>
    </w:p>
    <w:p>
      <w:pPr>
        <w:keepLines/>
      </w:pPr>
      <w:r>
        <w:rPr>
          <w:rFonts w:ascii="Courier New" w:hAnsi="Courier New"/>
          <w:sz w:val="16"/>
        </w:rPr>
        <w:t>1:20                                 210 5:9                                54, 144</w:t>
      </w:r>
    </w:p>
    <w:p>
      <w:pPr>
        <w:keepLines/>
      </w:pPr>
      <w:r>
        <w:rPr>
          <w:rFonts w:ascii="Courier New" w:hAnsi="Courier New"/>
          <w:sz w:val="16"/>
        </w:rPr>
        <w:t>2                                    183 5:9, 10                              78, 97</w:t>
      </w:r>
    </w:p>
    <w:p>
      <w:pPr>
        <w:keepLines/>
      </w:pPr>
      <w:r>
        <w:rPr>
          <w:rFonts w:ascii="Courier New" w:hAnsi="Courier New"/>
          <w:sz w:val="16"/>
        </w:rPr>
        <w:t>2:1                                  210 5:10 19, 44, 45, 62, 64, 100, 101, 128, 131</w:t>
      </w:r>
    </w:p>
    <w:p>
      <w:pPr>
        <w:keepLines/>
      </w:pPr>
      <w:r>
        <w:rPr>
          <w:rFonts w:ascii="Courier New" w:hAnsi="Courier New"/>
          <w:sz w:val="16"/>
        </w:rPr>
        <w:t>2:7                             118, 124 5:14                                   149</w:t>
      </w:r>
    </w:p>
    <w:p>
      <w:pPr>
        <w:keepLines/>
      </w:pPr>
      <w:r>
        <w:rPr>
          <w:rFonts w:ascii="Courier New" w:hAnsi="Courier New"/>
          <w:sz w:val="16"/>
        </w:rPr>
        <w:t>2:8                                  210 6:9                                    115</w:t>
      </w:r>
    </w:p>
    <w:p>
      <w:pPr>
        <w:keepLines/>
      </w:pPr>
      <w:r>
        <w:rPr>
          <w:rFonts w:ascii="Courier New" w:hAnsi="Courier New"/>
          <w:sz w:val="16"/>
        </w:rPr>
        <w:t>2:12                                 210 6:10                          64, 115, 131</w:t>
      </w:r>
    </w:p>
    <w:p>
      <w:pPr>
        <w:keepLines/>
      </w:pPr>
      <w:r>
        <w:rPr>
          <w:rFonts w:ascii="Courier New" w:hAnsi="Courier New"/>
          <w:sz w:val="16"/>
        </w:rPr>
        <w:t>2:18                                 210 6:11                                   115</w:t>
      </w:r>
    </w:p>
    <w:p>
      <w:pPr>
        <w:keepLines/>
      </w:pPr>
      <w:r>
        <w:rPr>
          <w:rFonts w:ascii="Courier New" w:hAnsi="Courier New"/>
          <w:sz w:val="16"/>
        </w:rPr>
        <w:t>269</w:t>
      </w:r>
    </w:p>
    <w:p>
      <w:pPr>
        <w:jc w:val="center"/>
      </w:pPr>
      <w:r>
        <w:rPr>
          <w:rFonts w:ascii="Courier New" w:hAnsi="Courier New"/>
          <w:b/>
          <w:sz w:val="16"/>
        </w:rPr>
        <w:t>BOG                                               BOG</w:t>
      </w:r>
    </w:p>
    <w:p>
      <w:pPr>
        <w:keepLines/>
      </w:pPr>
      <w:r>
        <w:rPr>
          <w:rFonts w:ascii="Courier New" w:hAnsi="Courier New"/>
          <w:sz w:val="16"/>
        </w:rPr>
        <w:t>7:1                        64, 131    14:10                            135</w:t>
      </w:r>
    </w:p>
    <w:p>
      <w:pPr>
        <w:keepLines/>
      </w:pPr>
      <w:r>
        <w:rPr>
          <w:rFonts w:ascii="Courier New" w:hAnsi="Courier New"/>
          <w:sz w:val="16"/>
        </w:rPr>
        <w:t>7:4                         62, 63    14:10, 11                        134</w:t>
      </w:r>
    </w:p>
    <w:p>
      <w:pPr>
        <w:keepLines/>
      </w:pPr>
      <w:r>
        <w:rPr>
          <w:rFonts w:ascii="Courier New" w:hAnsi="Courier New"/>
          <w:sz w:val="16"/>
        </w:rPr>
        <w:t>7:9                 54, 63, 64, 149   15:7                             149</w:t>
      </w:r>
    </w:p>
    <w:p>
      <w:pPr>
        <w:keepLines/>
      </w:pPr>
      <w:r>
        <w:rPr>
          <w:rFonts w:ascii="Courier New" w:hAnsi="Courier New"/>
          <w:sz w:val="16"/>
        </w:rPr>
        <w:t>7:10                            213   16                                57</w:t>
      </w:r>
    </w:p>
    <w:p>
      <w:pPr>
        <w:keepLines/>
      </w:pPr>
      <w:r>
        <w:rPr>
          <w:rFonts w:ascii="Courier New" w:hAnsi="Courier New"/>
          <w:sz w:val="16"/>
        </w:rPr>
        <w:t>7:14                            144   17:8                         64, 131</w:t>
      </w:r>
    </w:p>
    <w:p>
      <w:pPr>
        <w:keepLines/>
      </w:pPr>
      <w:r>
        <w:rPr>
          <w:rFonts w:ascii="Courier New" w:hAnsi="Courier New"/>
          <w:sz w:val="16"/>
        </w:rPr>
        <w:t>9:17                            135   17:9                              10</w:t>
      </w:r>
    </w:p>
    <w:p>
      <w:pPr>
        <w:keepLines/>
      </w:pPr>
      <w:r>
        <w:rPr>
          <w:rFonts w:ascii="Courier New" w:hAnsi="Courier New"/>
          <w:sz w:val="16"/>
        </w:rPr>
        <w:t>10:6                            149   17:14                            135</w:t>
      </w:r>
    </w:p>
    <w:p>
      <w:pPr>
        <w:keepLines/>
      </w:pPr>
      <w:r>
        <w:rPr>
          <w:rFonts w:ascii="Courier New" w:hAnsi="Courier New"/>
          <w:sz w:val="16"/>
        </w:rPr>
        <w:t>10:11                            54   17:15                   54, 135, 136</w:t>
      </w:r>
    </w:p>
    <w:p>
      <w:pPr>
        <w:keepLines/>
      </w:pPr>
      <w:r>
        <w:rPr>
          <w:rFonts w:ascii="Courier New" w:hAnsi="Courier New"/>
          <w:sz w:val="16"/>
        </w:rPr>
        <w:t>11:8                            204   17:18                      135, 136</w:t>
      </w:r>
    </w:p>
    <w:p>
      <w:pPr>
        <w:keepLines/>
      </w:pPr>
      <w:r>
        <w:rPr>
          <w:rFonts w:ascii="Courier New" w:hAnsi="Courier New"/>
          <w:sz w:val="16"/>
        </w:rPr>
        <w:t>11:9                             54   18:8-10, 15, 18                  135</w:t>
      </w:r>
    </w:p>
    <w:p>
      <w:pPr>
        <w:keepLines/>
      </w:pPr>
      <w:r>
        <w:rPr>
          <w:rFonts w:ascii="Courier New" w:hAnsi="Courier New"/>
          <w:sz w:val="16"/>
        </w:rPr>
        <w:t>11:10                      64, 131    18:13                            182</w:t>
      </w:r>
    </w:p>
    <w:p>
      <w:pPr>
        <w:keepLines/>
      </w:pPr>
      <w:r>
        <w:rPr>
          <w:rFonts w:ascii="Courier New" w:hAnsi="Courier New"/>
          <w:sz w:val="16"/>
        </w:rPr>
        <w:t>11:15                           101   18:16       ..                   109</w:t>
      </w:r>
    </w:p>
    <w:p>
      <w:pPr>
        <w:keepLines/>
      </w:pPr>
      <w:r>
        <w:rPr>
          <w:rFonts w:ascii="Courier New" w:hAnsi="Courier New"/>
          <w:sz w:val="16"/>
        </w:rPr>
        <w:t>11:18                            81   19:3                        134, 135</w:t>
      </w:r>
    </w:p>
    <w:p>
      <w:pPr>
        <w:keepLines/>
      </w:pPr>
      <w:r>
        <w:rPr>
          <w:rFonts w:ascii="Courier New" w:hAnsi="Courier New"/>
          <w:sz w:val="16"/>
        </w:rPr>
        <w:t>12                   162, 166, 183    19:13                            190</w:t>
      </w:r>
    </w:p>
    <w:p>
      <w:pPr>
        <w:keepLines/>
      </w:pPr>
      <w:r>
        <w:rPr>
          <w:rFonts w:ascii="Courier New" w:hAnsi="Courier New"/>
          <w:sz w:val="16"/>
        </w:rPr>
        <w:t>12:1                            184   19:20                            135</w:t>
      </w:r>
    </w:p>
    <w:p>
      <w:pPr>
        <w:keepLines/>
      </w:pPr>
      <w:r>
        <w:rPr>
          <w:rFonts w:ascii="Courier New" w:hAnsi="Courier New"/>
          <w:sz w:val="16"/>
        </w:rPr>
        <w:t>12:3, 4                         184   20:4                             149</w:t>
      </w:r>
    </w:p>
    <w:p>
      <w:pPr>
        <w:keepLines/>
      </w:pPr>
      <w:r>
        <w:rPr>
          <w:rFonts w:ascii="Courier New" w:hAnsi="Courier New"/>
          <w:sz w:val="16"/>
        </w:rPr>
        <w:t>12:5, 7-10, 12                  183   20:4, 6                      62, 149</w:t>
      </w:r>
    </w:p>
    <w:p>
      <w:pPr>
        <w:keepLines/>
      </w:pPr>
      <w:r>
        <w:rPr>
          <w:rFonts w:ascii="Courier New" w:hAnsi="Courier New"/>
          <w:sz w:val="16"/>
        </w:rPr>
        <w:t>12:7                            184   20:4-6                            96</w:t>
      </w:r>
    </w:p>
    <w:p>
      <w:pPr>
        <w:keepLines/>
      </w:pPr>
      <w:r>
        <w:rPr>
          <w:rFonts w:ascii="Courier New" w:hAnsi="Courier New"/>
          <w:sz w:val="16"/>
        </w:rPr>
        <w:t>12:7-9                    170, 182    20:5                             149</w:t>
      </w:r>
    </w:p>
    <w:p>
      <w:pPr>
        <w:keepLines/>
      </w:pPr>
      <w:r>
        <w:rPr>
          <w:rFonts w:ascii="Courier New" w:hAnsi="Courier New"/>
          <w:sz w:val="16"/>
        </w:rPr>
        <w:t>12:9             179, 182, 183, 184   20:6                       44,45,64</w:t>
      </w:r>
    </w:p>
    <w:p>
      <w:pPr>
        <w:keepLines/>
      </w:pPr>
      <w:r>
        <w:rPr>
          <w:rFonts w:ascii="Courier New" w:hAnsi="Courier New"/>
          <w:sz w:val="16"/>
        </w:rPr>
        <w:t>12:17                            59   20:10                        134,169</w:t>
      </w:r>
    </w:p>
    <w:p>
      <w:pPr>
        <w:keepLines/>
      </w:pPr>
      <w:r>
        <w:rPr>
          <w:rFonts w:ascii="Courier New" w:hAnsi="Courier New"/>
          <w:sz w:val="16"/>
        </w:rPr>
        <w:t>13:7                             54   20:12                             30</w:t>
      </w:r>
    </w:p>
    <w:p>
      <w:pPr>
        <w:keepLines/>
      </w:pPr>
      <w:r>
        <w:rPr>
          <w:rFonts w:ascii="Courier New" w:hAnsi="Courier New"/>
          <w:sz w:val="16"/>
        </w:rPr>
        <w:t>13:8                 112, 194, 197    20:14                     20,135,136</w:t>
      </w:r>
    </w:p>
    <w:p>
      <w:pPr>
        <w:keepLines/>
      </w:pPr>
      <w:r>
        <w:rPr>
          <w:rFonts w:ascii="Courier New" w:hAnsi="Courier New"/>
          <w:sz w:val="16"/>
        </w:rPr>
        <w:t>13:14                      64, 131    21:8              29,131,135,136,143</w:t>
      </w:r>
    </w:p>
    <w:p>
      <w:pPr>
        <w:keepLines/>
      </w:pPr>
      <w:r>
        <w:rPr>
          <w:rFonts w:ascii="Courier New" w:hAnsi="Courier New"/>
          <w:sz w:val="16"/>
        </w:rPr>
        <w:t>14:1                             63   21:10                             45</w:t>
      </w:r>
    </w:p>
    <w:p>
      <w:pPr>
        <w:keepLines/>
      </w:pPr>
      <w:r>
        <w:rPr>
          <w:rFonts w:ascii="Courier New" w:hAnsi="Courier New"/>
          <w:sz w:val="16"/>
        </w:rPr>
        <w:t>14:1-5                         .149   21:14                              9</w:t>
      </w:r>
    </w:p>
    <w:p>
      <w:pPr>
        <w:keepLines/>
      </w:pPr>
      <w:r>
        <w:rPr>
          <w:rFonts w:ascii="Courier New" w:hAnsi="Courier New"/>
          <w:sz w:val="16"/>
        </w:rPr>
        <w:t>14:3                             62   22:12                         96,115</w:t>
      </w:r>
    </w:p>
    <w:p>
      <w:pPr>
        <w:keepLines/>
      </w:pPr>
      <w:r>
        <w:rPr>
          <w:rFonts w:ascii="Courier New" w:hAnsi="Courier New"/>
          <w:sz w:val="16"/>
        </w:rPr>
        <w:t>14:4                        63, 64    22:18                             18</w:t>
      </w:r>
    </w:p>
    <w:p>
      <w:pPr>
        <w:keepLines/>
      </w:pPr>
      <w:r>
        <w:rPr>
          <w:rFonts w:ascii="Courier New" w:hAnsi="Courier New"/>
          <w:sz w:val="16"/>
        </w:rPr>
        <w:t>14:6                   54, 64, 131</w:t>
      </w:r>
    </w:p>
    <w:p>
      <w:pPr>
        <w:keepLines/>
      </w:pPr>
      <w:r>
        <w:rPr>
          <w:rFonts w:ascii="Courier New" w:hAnsi="Courier New"/>
          <w:sz w:val="16"/>
        </w:rPr>
        <w:t>270</w:t>
      </w:r>
    </w:p>
    <w:sectPr w:rsidR="00FC693F" w:rsidRPr="0006063C" w:rsidSect="00034616">
      <w:footerReference w:type="default" r:id="rId9"/>
      <w:pgSz w:w="12240" w:h="15840"/>
      <w:pgMar w:top="720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ourier New" w:hAnsi="Courier New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F4E79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