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cs="Aptos"/>
          <w:b/>
          <w:i w:val="0"/>
          <w:color w:val="1F4E79"/>
          <w:sz w:val="21"/>
        </w:rPr>
        <w:t>LIÇÃO 3</w:t>
      </w:r>
    </w:p>
    <w:p>
      <w:pPr>
        <w:jc w:val="center"/>
      </w:pPr>
      <w:r>
        <w:rPr>
          <w:rFonts w:ascii="Aptos" w:hAnsi="Aptos" w:cs="Aptos"/>
          <w:b/>
          <w:i w:val="0"/>
          <w:color w:val="1F4E79"/>
          <w:sz w:val="38"/>
        </w:rPr>
        <w:t>A Bíblia: o nosso guia</w:t>
      </w:r>
    </w:p>
    <w:p>
      <w:pPr>
        <w:spacing w:after="100"/>
        <w:jc w:val="center"/>
      </w:pPr>
      <w:r>
        <w:rPr>
          <w:rFonts w:ascii="Aptos" w:hAnsi="Aptos" w:cs="Aptos"/>
          <w:b/>
          <w:i w:val="0"/>
          <w:color w:val="333333"/>
          <w:sz w:val="20"/>
        </w:rPr>
        <w:t>LEITURA  •  Salmo 119:1–40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Um livro que faz uma afirmação extraordinária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Bíblia não se apresenta apenas como uma colecção de ideias humanas. Ela afirma ser a Palavra de Deus e, por isso, falar com a autoridade do Criador.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A afirmação da Bíblia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Bíblia diz: «Toda a Escritura é inspirada por Deus» (2 Timóteo 3:16). A palavra traduzida por «inspirada» contém a ideia de «soprada por Deus». Os escritores são apresentados como homens guiados por Deus para registar a Sua mensagem. Repetidamente os profetas introduzem as suas palavras com expressões como: «Assim diz o SENHOR».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Se a Bíblia fosse apenas um livro humano, a sua mensagem poderia ser tratada como uma opinião entre muitas. Mas se ela é realmente a mensagem de Deus, então lê-la, compreendê-la e responder-lhe são assuntos de enorme importância.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Como sabemos que a Bíblia é verdadeira?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Curso voltará muitas vezes a esta pergunta. Aqui começamos com alguns tipos de evidência que os Cristadelfianos consideram apoiar a afirmação de que a Bíblia é a Palavra de Deus.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1. O nascimento de Jesus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Mateus 2 regista os magos perguntando a Herodes: «Onde está aquele que é nascido rei dos judeus?» Os principais sacerdotes responderam que o governante prometido nasceria em Belém da Judeia, porque o profeta Miqueias já tinha indicado Belém séculos antes (Miqueias 5:2; Mateus 2:2, 5–6).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2. A morte de Jesus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Salmo 22 contém detalhes que o Novo Testamento relaciona com a morte de Jesus. O versículo 16 fala de mãos e pés traspassados e o versículo 18 de roupas repartidas por sortes; João 19:23–24 descreve os soldados repartindo as roupas de Jesus e lançando sortes pela túnica.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Porque isto é impressionante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O Salmo 22 foi escrito muito antes do tempo de Jesus. Os Cristadelfianos vêem a estreita correspondência entre o Salmo e os Evangelhos como forte evidência de profecia.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3. Grandes acontecimentos preditos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Isaías 13:19–20 anunciou a queda da Babilónia. Quando Isaías escreveu, Babilónia era uma cidade famosa e poderosa; em séculos posteriores caiu em ruína. Os Cristadelfianos vêem este e muitos outros cumprimentos proféticos como evidência de conhecimento que ultrapassa a previsão humana normal.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Arqueologia e a Bíblia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arqueologia confirmou o cenário histórico de muitas pessoas e lugares mencionados na Bíblia. São conhecidos sítios ligados a Ai, Ascalom, Betel, Bete-Semes, Gibeá, Hazor, Jericó, Laquis, Megido, Samaria e Siquém, entre muitos outros. Os restos destas cidades recordam-nos que a Bíblia descreve lugares reais do mundo antigo.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O texto foi preservado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Entre os Manuscritos do Mar Morto descobertos a partir de 1947 encontrava-se uma cópia muito antiga de Isaías. Tem cerca de dois mil anos, mas o seu texto é substancialmente o mesmo que o texto hebraico usado nas traduções modernas do Antigo Testamento. Isto é evidência importante da preservação cuidadosa do texto bíblico.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Uma mensagem transportada através dos séculos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Manuscritos antigos permitem comparar cópias muito antigas da Escritura com o texto que possuímos hoje. A mensagem geral não se perdeu nem foi substituída.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Jesus aceitou o registo do Antigo Testamento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17"/>
              </w:rPr>
              <w:t>Pessoa ou acontecimento</w:t>
            </w:r>
          </w:p>
        </w:tc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17"/>
              </w:rPr>
              <w:t>Referência de Jesus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Adão e Eva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Mateus 19:4–5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Noé e o Dilúvio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Lucas 17:26–27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Ló e a sua mulher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Lucas 17:29–32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Abraão, Isaque e Jacó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Mateus 8:11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David e Salomão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Mateus 12:3, 42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Jonas e o grande peixe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Mateus 12:40</w:t>
            </w:r>
          </w:p>
        </w:tc>
      </w:tr>
    </w:tbl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Novo Testamento também regista que Deus ressuscitou Jesus dos mortos ao terceiro dia. Para os Cristadelfianos, a ressurreição está no centro da autoridade de Jesus e da esperança cristã.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A Bíblia enfrentou repetidos desafios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Muitos críticos tentaram desacreditar a Bíblia. Os Cristadelfianos crêem que, apesar de séculos de crítica e investigação, as suas afirmações centrais e a sua mensagem não foram derrubadas. Por isso incentivamos os estudantes a examinar a Bíblia cuidadosamente por si próprios.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SABIA?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A Bíblia foi escrita ao longo de muitos séculos; entre os seus escritores houve pastores, reis, pescadores, um médico e um fabricante de tendas.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Contém 66 livros: 39 no Antigo Testamento e 27 no Novo Testamento.</w:t>
      </w:r>
    </w:p>
    <w:p>
      <w:pPr>
        <w:pStyle w:val="ListBullet"/>
        <w:spacing w:after="24"/>
      </w:pPr>
      <w:r>
        <w:rPr>
          <w:rFonts w:ascii="Aptos" w:hAnsi="Aptos" w:cs="Aptos"/>
          <w:b w:val="0"/>
          <w:i w:val="0"/>
          <w:sz w:val="19"/>
        </w:rPr>
        <w:t>Quase todos os seus escritores humanos eram judeus, e grande parte da Bíblia descreve a relação de Deus com o povo judeu.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Um guia rápido da Bíblia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16"/>
              </w:rPr>
              <w:t>ANTIGO TESTAMENTO</w:t>
            </w:r>
          </w:p>
        </w:tc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16"/>
              </w:rPr>
              <w:t>CONTEÚDO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Génesis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O princípio do mundo e os primeiros homens e mulheres, conduzindo à família de Abraão.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Êxodo–Deuteronómio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Deus tira Israel do Egipto, dá a Sua lei e prepara o povo para entrar em Canaã.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Josué–Ester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História de Israel na terra, incluindo exílio e regresso.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Jó–Cântico dos Cânticos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Poesia, adoração, sabedoria e reflexão sobre a vida com Deus.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Isaías–Malaquias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Os profetas: chamadas à obediência, advertências, promessas e profecias.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16"/>
              </w:rPr>
              <w:t>NOVO TESTAMENTO</w:t>
            </w:r>
          </w:p>
        </w:tc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16"/>
              </w:rPr>
              <w:t>CONTEÚDO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Mateus–João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Quatro relatos da vida, ensino, morte e ressurreição de Jesus Cristo.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Actos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Crescimento das primeiras ecclesias e pregação do Evangelho após a ressurreição.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Romanos–Judas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Cartas para ensinar, encorajar e corrigir os primeiros crentes.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Apocalipse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6"/>
              </w:rPr>
              <w:t>Profecia dada por Jesus Cristo acerca dos acontecimentos que conduzem ao cumprimento do propósito de Deus.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Existem outras revelações escritas de Deus?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Muitas religiões possuem escritos considerados sagrados. Alguns contêm ideias semelhantes às da Bíblia e conselhos morais úteis, mas também apresentam ensinamentos diferentes. Os Cristadelfianos crêem que Deus não dá revelações contraditórias; portanto este Curso parte da convicção de que só a Bíblia é a Palavra inspirada de Deus e que escritos posteriores devem ser avaliados por ela, não colocados ao seu lado como outra fonte de autoridade divina.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A Bíblia — guia para a vida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Bíblia faz mais do que contar o passado. Explica o problema humano do pecado, apresenta o propósito de Deus através do Seu Filho Jesus Cristo, mostra a esperança da vida eterna e oferece exemplos, advertências e princípios para a vida diária.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Uma Palavra viva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Deus deu aos homens e mulheres um livro pelo qual podem conhecê-Lo, compreender o Seu propósito e aprender como Ele quer que vivam. A Bíblia não foi dada para ficar fechada numa estante; deve ser lida com atenção, regularmente e em oração.</w:t>
            </w:r>
          </w:p>
        </w:tc>
      </w:tr>
    </w:tbl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Bíblia explica por que Deus fez o mundo, como trabalhou com pessoas através da História e para onde conduz o Seu propósito. Por isso os Cristadelfianos consideram a leitura bíblica diária uma parte essencial da vida de discípulo.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1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A Bíblia é única.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Afirma ser a Palavra de Deus para homens e mulheres.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2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Oferece esperança.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A sua mensagem centra-se no propósito de Deus de dar vida através de Jesus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3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Jesus aceitou as Escrituras.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Os Evangelhos mostram-no tratando o Antigo Testamento como autoritativo.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4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Há evidência a examinar.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Profecia, História, arqueologia e manuscritos antigos dão razões para investigar seriamente as afirmações da Bíblia.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5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Conta uma única história contínua.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Desde a criação, descreve a relação de Deus com as pessoas e o Seu propósito para a terra.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6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É um guia para a vida.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Chama-nos não só a compreender, mas também a praticar a sua mensagem.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Versículos para ler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Salmo 1  •  Salmo 22  •  2 Timóteo 3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PARA DECORAR  •  2 TIMÓTEO 3:16–17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«Toda a Escritura é inspirada por Deus e proveitosa para ensinar, para redarguir, para corrigir, para instruir em justiça; para que o homem de Deus seja perfeito e perfeitamente preparado para toda a boa obra.»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2 Timóteo 3:16–17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cs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cs="Aptos"/>
        <w:b/>
        <w:i w:val="0"/>
        <w:color w:val="1F4E79"/>
        <w:sz w:val="17"/>
      </w:rPr>
      <w:t>CURSO BÍBLICO POR CORRESPONDÊNCIA DOS CRISTADELFIANOS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