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/>
          <w:b/>
          <w:i w:val="0"/>
          <w:color w:val="1F4E79"/>
          <w:sz w:val="21"/>
        </w:rPr>
        <w:t>LIÇÃO 4</w:t>
      </w:r>
    </w:p>
    <w:p>
      <w:pPr>
        <w:jc w:val="center"/>
      </w:pPr>
      <w:r>
        <w:rPr>
          <w:rFonts w:ascii="Aptos" w:hAnsi="Aptos" w:cs="Aptos"/>
          <w:b/>
          <w:i w:val="0"/>
          <w:color w:val="1F4E79"/>
          <w:sz w:val="38"/>
        </w:rPr>
        <w:t>O Evangelho</w:t>
      </w:r>
    </w:p>
    <w:p>
      <w:pPr>
        <w:spacing w:after="100"/>
        <w:jc w:val="center"/>
      </w:pPr>
      <w:r>
        <w:rPr>
          <w:rFonts w:ascii="Aptos" w:hAnsi="Aptos" w:cs="Aptos"/>
          <w:b/>
          <w:i w:val="0"/>
          <w:color w:val="333333"/>
          <w:sz w:val="20"/>
        </w:rPr>
        <w:t>LEITURA  •  Isaías 55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Boas novas de Deus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palavra «Evangelho» significa boas novas. O Evangelho da Bíblia é a boa notícia daquilo que Deus fez através do Senhor Jesus Cristo e do Reino que Jesus estabelecerá quando regressar à terra.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 que nos diz o Evangelho?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Os primeiros quatro livros do Novo Testamento são geralmente chamados Evangelhos porque apresentam quatro relatos das boas novas acerca do Senhor Jesus Cristo. Jesus é o Filho de Deus, nascido de Maria, e a sua vida mostrou o carácter, o amor e o poder do Pai.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Jesus fez também algo que ninguém mais fez: viveu sem pecado. Entregou a vida voluntariamente e Deus ressuscitou-o dos mortos. Outras pessoas na Bíblia foram restauradas à vida, mas Jesus foi ressuscitado para vida imortal e «já não morre» (Romanos 6:9). A sua ressurreição está, por isso, no centro da esperança cristã.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Através da morte e ressurreição de Jesus, Deus abriu um caminho para homens e mulheres pecadores receberem perdão e a esperança de vida além da sepultura. O Evangelho diz-nos que o pecado e a morte não precisam de ter a última palavra.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7"/>
              </w:rPr>
              <w:t>AS BOAS NOVAS EM RESUMO</w:t>
            </w:r>
          </w:p>
        </w:tc>
        <w:tc>
          <w:tcPr>
            <w:tcW w:type="dxa" w:w="4946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17"/>
              </w:rPr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Jesus é o Filho de Deus.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Viveu sem pecado.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Entregou a vida voluntariamente.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Deus ressuscitou-o dos mortos.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Regressará à terra.</w:t>
            </w:r>
          </w:p>
        </w:tc>
        <w:tc>
          <w:tcPr>
            <w:tcW w:type="dxa" w:w="4946"/>
          </w:tcPr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7"/>
              </w:rPr>
              <w:t>Estabelecerá o Reino de Deus.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Mas há mais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Senhor Jesus Cristo está agora no céu, mas o Novo Testamento diz que regressará a esta terra. O Apocalipse olha para esse dia: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«Eis que vem com as nuvens, e todo o olho o verá, até os mesmos que o traspassaram; e todas as tribos da terra se lamentarão sobre ele. Sim. Amém.»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Apocalipse 1:7  •  King James Version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Quando Jesus regressar, estabelecerá o Reino de Deus na terra. O seu governo trará justiça e paz, e o propósito de Deus acabará por remover os males que hoje causam sofrimento. Isaías olha para a vitória final sobre a própria morte: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«Aniquilará a morte para sempre, e assim enxugará o Senhor DEUS as lágrimas de todos os rostos.»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Isaías 25:8 (mote)  •  King James Version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Deus oferece a homens e mulheres um lugar nesse Reino. É um convite extraordinário, mas a Bíblia explica também como devemos responder. Precisamos, por isso, de ler cuidadosamente a Palavra de Deus e aprender o que Ele pede de nós agora.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 Evangelho era conhecido no tempo do Antigo Testamento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Evangelho não começou quando o Novo Testamento foi escrito. Gálatas 3:8 diz que o Evangelho foi anteriormente anunciado a Abraão. Porque Abraão confiou em Deus e Lhe obedeceu, Deus fez grandes promessas a ele e aos seus descendentes.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Abraão recebeu a promessa da terra que mais tarde se tornou a terra de Israel. Contudo, envelheceu e morreu sem receber plenamente a herança prometida. A promessa de Deus exige, portanto, ressurreição. Hebreus 11 mostra que Abraão cria que Deus podia ressuscitar os mortos e esperava a cidade cujo arquitecto e construtor é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Abraão e o Reino futuro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As promessas a Abraão unem terra, bênção, ressurreição e o futuro propósito de Deus. Abraão será ressuscitado e participará no Reino quando o Senhor Jesus Cristo regressar.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rei David também recebeu promessas acerca de um descendente que governaria. As promessas a Abraão e a David formam uma parte importante do Evangelho e serão estudadas em lições posteriores.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Quando regressará o Senhor Jesus Cristo?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Bíblia não dá uma data para a segunda vinda de Jesus. Ele ensinou os discípulos a vigiar e estar preparados. Os Cristadelfianos crêem que os sinais descritos na Escritura dão motivo para pensar que o regresso se aproxima.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Um elemento importante é o regresso do povo judeu à sua antiga terra. Durante muitos séculos os judeus estiveram espalhados pelas nações; em 1948 foi estabelecido o moderno Estado de Israel. Os Cristadelfianos vêem esse regresso como parte do cumprimento da profecia bíblica.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Um mundo perturbado pelo medo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Jesus descreveu pessoas desfalecendo de medo diante do que sobrevém à terra (Lucas 21:26). O objectivo destes sinais não é incentivar cálculos de datas, mas manter os discípulos vigilantes e preparados.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Jesus regressará como Rei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Jesus disse a Pôncio Pilatos que tinha nascido para ser rei (João 18:37). Na sua crucificação, a inscrição dizia: «JESUS NAZARENO, REI DOS JUDEUS» (João 19:19). Contudo, o seu governo futuro será muito maior do que uma realeza nacional.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«Dominará de mar a mar e desde o rio até às extremidades da terra.»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Salmo 72:8  •  King James Version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O que acontecerá quando Jesus regressar?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regresso de Jesus trará ressurreição e juízo. Os que Deus aceitar receberão vida eterna e participarão com Cristo no trabalho do seu Reino. Jerusalém tornar-se-á o centro do seu governo e o propósito de Deus alcançará toda a terra.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«Venha o teu reino, seja feita a tua vontade, assim na terra como no céu.»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Mateus 6:10  •  King James Version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Reino continuará até que todo inimigo de Deus seja vencido. No fim do reinado de mil anos descrito na Escritura, pecado e morte serão finalmente removidos e Deus será «tudo em todos» (1 Coríntios 15:28).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«Porque a terra se encherá do conhecimento da glória do SENHOR, como as águas cobrem o mar.»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Habacuque 2:14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A maravilhosa mensagem do Evangelho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O Evangelho não é apenas informação acerca de um mundo futuro. É um convite de Deus: homens e mulheres podem tornar-se parte do Seu Reino e receber vida eterna através do Senhor Jesus Cristo.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Como podemos receber um lugar no Reino de Deus?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O Evangelho exige uma resposta. O primeiro passo é reconhecer que todos somos pecadores e precisamos do perdão de Deus. Quando Paulo pregou em Atenas, disse que Deus chama agora todos os homens, em toda a parte, ao arrependimento.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«Deus ... anuncia agora a todos os homens, e em todo o lugar, que se arrependam; porquanto tem determinado um dia em que com justiça há de julgar o mundo, por meio do homem que destinou; e disso deu certeza a todos, ressuscitando-o dos mortos.»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Actos 17:30–31  •  King James Version</w:t>
            </w:r>
          </w:p>
        </w:tc>
      </w:tr>
    </w:tbl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Arrepender-se significa deixar de viver apenas para agradar a nós próprios e começar a procurar agradar a Deus. O Novo Testamento liga arrependimento à fé no Evangelho e ao baptismo em água. Depois do baptismo, os discípulos são chamados a continuar seguindo o exemplo e o ensino de Jesus.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A esperança do Evangelho não é que as pessoas vão para o céu ao morrer, mas que Deus lhes dará vida no Seu Reino sobre a terra.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20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Uma esperança centrada na terra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O Evangelho bíblico reúne o regresso de Jesus, a ressurreição, o juízo, o Reino de Deus na terra e a vida eterna para aqueles que Deus aceita.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Evangelho significa boas novas.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É a boa notícia do propósito de Deus através do Senhor Jesus Cristo e do Seu Reino vindouro.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Jesus morreu e foi ressuscitado.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Viveu sem pecado, entregou a vida voluntariamente e Deus ressuscitou-o.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Jesus regressará à terra.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Voltará como Rei e estabelecerá o Reino de Deus sobre a terra.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O Evangelho era conhecido antes do Novo Testamento.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As promessas a Abraão e David apontam para ressurreição, bênção e Reino.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Haverá ressurreição e juízo.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Os que Deus aceitar receberão vida eterna e participarão no Reino de Cristo.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jc w:val="center"/>
            </w:pPr>
            <w:r>
              <w:rPr>
                <w:rFonts w:ascii="Aptos" w:hAnsi="Aptos" w:cs="Aptos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46"/>
          </w:tcPr>
          <w:p>
            <w:r>
              <w:rPr>
                <w:rFonts w:ascii="Aptos" w:hAnsi="Aptos" w:cs="Aptos"/>
                <w:b/>
                <w:i w:val="0"/>
                <w:color w:val="1F4E79"/>
                <w:sz w:val="19"/>
              </w:rPr>
              <w:t>O Evangelho chama a uma resposta.</w:t>
            </w:r>
          </w:p>
          <w:p>
            <w:pPr>
              <w:spacing w:after="0"/>
            </w:pPr>
            <w:r>
              <w:rPr>
                <w:rFonts w:ascii="Aptos" w:hAnsi="Aptos" w:cs="Aptos"/>
                <w:b w:val="0"/>
                <w:i w:val="0"/>
                <w:sz w:val="19"/>
              </w:rPr>
              <w:t>Somos chamados a crer, arrepender-nos, ser baptizados e seguir o Senhor Jesus Cristo.</w:t>
            </w:r>
          </w:p>
        </w:tc>
      </w:tr>
    </w:tbl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Versículos para ler</w:t>
      </w:r>
    </w:p>
    <w:p>
      <w:pPr>
        <w:spacing w:after="44" w:line="247" w:lineRule="auto"/>
      </w:pPr>
      <w:r>
        <w:rPr>
          <w:rFonts w:ascii="Aptos" w:hAnsi="Aptos" w:cs="Aptos"/>
          <w:b w:val="0"/>
          <w:i w:val="0"/>
          <w:sz w:val="20"/>
        </w:rPr>
        <w:t>Isaías 45:18  •  Zacarias 9:9  •  Mateus 25:31–34  •  1 Coríntios 15:28</w:t>
      </w:r>
    </w:p>
    <w:p>
      <w:pPr>
        <w:keepNext/>
        <w:spacing w:before="80" w:after="30"/>
      </w:pPr>
      <w:r>
        <w:rPr>
          <w:rFonts w:ascii="Aptos" w:hAnsi="Aptos" w:cs="Aptos"/>
          <w:b/>
          <w:i w:val="0"/>
          <w:color w:val="1F4E79"/>
          <w:sz w:val="25"/>
        </w:rPr>
        <w:t>PARA DECORAR  •  GÉNESIS 12:1–3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20"/>
            </w:pPr>
            <w:r>
              <w:rPr>
                <w:rFonts w:ascii="Aptos" w:hAnsi="Aptos" w:cs="Aptos"/>
                <w:b w:val="0"/>
                <w:i/>
                <w:sz w:val="19"/>
              </w:rPr>
              <w:t>«Ora, o SENHOR disse a Abrão: Sai-te da tua terra, e da tua parentela, e da casa de teu pai, para a terra que eu te mostrarei. E far-te-ei uma grande nação, e abençoar-te-ei ... e em ti serão benditas todas as famílias da terra.»</w:t>
            </w:r>
          </w:p>
          <w:p>
            <w:pPr>
              <w:spacing w:after="0"/>
            </w:pPr>
            <w:r>
              <w:rPr>
                <w:rFonts w:ascii="Aptos" w:hAnsi="Aptos" w:cs="Aptos"/>
                <w:b/>
                <w:i w:val="0"/>
                <w:color w:val="333333"/>
                <w:sz w:val="17"/>
              </w:rPr>
              <w:t>Génesis 12:1–3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/>
        <w:b/>
        <w:i w:val="0"/>
        <w:color w:val="1F4E79"/>
        <w:sz w:val="17"/>
      </w:rPr>
      <w:t>CURSO BÍBLICO POR CORRESPONDÊNCIA DOS CRISTADELFIANOS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