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Aptos" w:cs="Aptos"/>
          <w:b/>
          <w:i w:val="0"/>
          <w:color w:val="1F4E79"/>
          <w:sz w:val="21"/>
        </w:rPr>
        <w:t>LIÇÃO 5</w:t>
      </w:r>
    </w:p>
    <w:p>
      <w:pPr>
        <w:spacing w:after="60"/>
        <w:jc w:val="center"/>
      </w:pPr>
      <w:r>
        <w:rPr>
          <w:rFonts w:ascii="Aptos" w:hAnsi="Aptos" w:eastAsia="Aptos" w:cs="Aptos"/>
          <w:b/>
          <w:i w:val="0"/>
          <w:color w:val="1F4E79"/>
          <w:sz w:val="40"/>
        </w:rPr>
        <w:t>Deus e a Criação</w:t>
      </w:r>
    </w:p>
    <w:p>
      <w:pPr>
        <w:spacing w:after="100"/>
        <w:jc w:val="center"/>
      </w:pPr>
      <w:r>
        <w:rPr>
          <w:rFonts w:ascii="Aptos" w:hAnsi="Aptos" w:eastAsia="Aptos" w:cs="Aptos"/>
          <w:b/>
          <w:i w:val="0"/>
          <w:color w:val="333333"/>
          <w:sz w:val="20"/>
        </w:rPr>
        <w:t>LEITURA  •  Génesis 1; 2:1–7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A Bíblia começa com Deus como Criador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Génesis não começa por argumentar a favor da existência de Deus. Começa com a simples declaração: «No princípio criou Deus os céus e a terra.» O relato da criação apresenta o mundo, a vida e a humanidade como obra deliberada de Deus.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A semana da criação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Génesis 1 descreve uma sequência ordenada em que Deus preparou a terra e a encheu de vida. O sétimo dia é diferente dos primeiros seis: Deus descansou da obra que tinha feito.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6"/>
              </w:rPr>
              <w:t>DIA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6"/>
              </w:rPr>
              <w:t>OBRA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6"/>
              </w:rPr>
              <w:t>RELATO EM GÉNESIS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1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Luz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A luz apareceu; distinguiram-se o dia e a noite.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2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O firmamento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As águas foram separadas e fez-se o firmamento, ou expansão.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3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Terra e plantas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A terra seca apareceu; brotaram erva, plantas e árvores de fruto.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4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Luzes no céu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Deus fez os grandes luminares e as estrelas para assinalar dias, estações e anos.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5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Vida marinha e aves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Seres vivos encheram as águas, e aves voaram sobre a terra.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6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Animais e humanidade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Foram feitos os animais terrestres; depois Deus criou o homem e a mulher.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7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Deus descansou</w:t>
            </w:r>
          </w:p>
        </w:tc>
        <w:tc>
          <w:tcPr>
            <w:tcW w:type="dxa" w:w="3317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Deus terminou a Sua obra e descansou da obra que tinha feito.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«E viu Deus tudo quanto tinha feito, e eis que era muito bom.»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Génesis 1:31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 lição de Génesis não é apenas que o mundo existe, mas que pertence ao seu Criador. A regularidade, a ordem e a beleza que vemos à nossa volta devem levar-nos a reconhecer o poder e a sabedoria de Deus e a dar-Lhe honra.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O Criador e as Suas obras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Os seres humanos conseguem fazer coisas notáveis, mas trabalham com materiais, leis e capacidades que já existem. A Bíblia dirige a nossa atenção para além das realizações humanas, para Aquele que fez o próprio mundo. Da mais pequena flor ao movimento dos céus, a criação revela ordem, variedade e beleza.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«Ó SENHOR, Senhor nosso, quão admirável é o teu nome em toda a terra!»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Salmo 8:1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Deuses que não são deuses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Ao longo da História as pessoas muitas vezes adoraram coisas criadas em vez do Criador. A Bíblia regista a adoração do sol, da lua, das estrelas, de imagens e ídolos, e condena repetidamente tal culto. Paulo descreve o erro em Romanos 1: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4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Adore o Criador, não a criação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«E mudaram a glória do Deus incorruptível em semelhança da imagem de homem corruptível, e de aves, e de quadrúpedes, e de répteis.» — Romanos 1:23, KJV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Os falsos deuses não podem ouvir, falar nem salvar. Mais grave ainda, a idolatria afasta o coração do Deus vivo e pode conduzir a práticas totalmente contrárias aos Seus caminhos.</w:t>
      </w:r>
    </w:p>
    <w:p>
      <w:pPr>
        <w:keepNext/>
        <w:pageBreakBefore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Ídolos no coração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Ezequiel 14:1–5 fala de pessoas que tinham «levantado os seus ídolos no seu coração». A advertência vai além de imagens esculpidas. Qualquer coisa que se torne mais importante para nós do que Deus pode ocupar um lugar idólatra na nossa vida — posses, posição, prazer, ambição ou mesmo outra pessoa.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«Não vos prendais a um jugo desigual com os infiéis; porque, que sociedade tem a justiça com a injustiça? E que comunhão tem a luz com as trevas?»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2 Coríntios 6:14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Os crentes de Tessalónica são o exemplo positivo: «dos ídolos vos convertestes a Deus, para servir o Deus vivo e verdadeiro» e esperar o Seu Filho dos céus (1 Tessalonicenses 1:9–10).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O mundo de Deus e a nossa responsabilidade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 terra continua a ser o mundo de Deus, mas a ganância e o descuido humanos podem danificá-la. Florestas podem ser destruídas, solos degradados e o ar e a água poluídos. Um crente não deve tratar a criação de Deus como sem valor. Somos responsáveis perante o Criador pela forma como vivemos no Seu mundo.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4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O propósito de Deus não falhará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Deus não permitirá que o pecado humano frustre o Seu propósito. A Escritura olha para o dia em que a terra será cheia da Sua glória e governada em justiça pelo Senhor Jesus Cristo.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O Deus Todo-Poderoso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Deus não faz parte da criação. Existia antes dela e não está limitado pelo princípio e pelo fim que marcam a vida humana.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«Antes que os montes nascessem, ou que tu formasses a terra e o mundo, de eternidade a eternidade, tu és Deus.»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Salmo 90:2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Isto é difícil para mentes finitas compreenderem, mas a fé começa por aceitar que Deus existe. Hebreus diz que quem se aproxima de Deus «creia que ele existe, e que é galardoador dos que o buscam» (Hebreus 11:6).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Como podemos saber como Deus é?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 criação pode mostrar algo do poder e da sabedoria de Deus, mas não pode dizer-nos o Seu propósito para a terra, por que criou a humanidade ou como quer que vivamos. Para isso precisamos da Sua Palavra revelada, a Bíblia.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«SENHOR, SENHOR Deus, misericordioso e piedoso, tardio em iras e grande em beneficência e verdade; que guarda a beneficência em milhares; que perdoa a iniquidade, e a transgressão, e o pecado; que ao culpado não tem por inocente.»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Êxodo 34:6–7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Deus é amoroso e misericordioso, mas é também justo e recto. Por ser o nosso Criador, tem o direito de nos dizer como devemos viver, e nós temos a responsabilidade de O honrar e obedecer.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No princípio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«No princípio criou Deus os céus e a terra.»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Génesis 1:1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Este Curso aceita esta declaração como verdadeira. O relato bíblico apresenta o mundo como criação com propósito, e o homem e a mulher como deliberadamente criados por Deus — não como produtos acidentais de um acaso não dirigido. Génesis não foi escrito como um manual científico moderno; o seu propósito é dizer-nos quem criou, qual o lugar da humanidade na criação e por que a nossa relação com Deus importa.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«Pela palavra do SENHOR foram feitos os céus, e todo o exército deles pelo espírito da sua boca.»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Salmo 33:6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Os capítulos iniciais de Génesis também nos preparam para o ensino bíblico acerca do pecado e da salvação. Génesis 2–3 mostra como Adão e Eva desobedeceram a Deus e como o pecado e a morte entraram na experiência humana. O restante da Escritura mostra como o propósito de Deus enfrenta esse problema através do Senhor Jesus Cristo.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Somos parte da criação de Deus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 resposta correcta à criação não é apenas admiração: é adoração, gratidão e obediência.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«Ó, vinde, adoremos e prostremo-nos; ajoelhemos diante do SENHOR que nos criou.»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Salmo 95:6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Jesus disse que o Pai procura pessoas que O adorem «em espírito e em verdade» (João 4:23). Deus quer homens e mulheres que acreditem nEle, escutem a Sua Palavra e permitam que Ele guie a sua vida. Os que assim fazem esperam o cumprimento do propósito de Deus quando o Senhor Jesus Cristo regressar.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1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Deus criou o mundo.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Génesis apresenta a terra, a vida e a humanidade como obra deliberada do Senhor Deus.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2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Só Deus deve ser adorado.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A Bíblia condena a adoração de coisas criadas e adverte contra ídolos no coração.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3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A criação pertence a Deus.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A ordem e beleza do mundo devem levar-nos a honrar o Criador e a viver responsavelmente nele.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4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A Bíblia revela o carácter e o propósito de Deus.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A criação mostra o Seu poder; a Palavra diz-nos por que nos criou e como quer que vivamos.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5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Génesis prepara-nos para o Evangelho.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A criação, a desobediência humana, o pecado e a morte conduzem ao propósito salvador de Deus em Jesus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6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A nossa resposta deve ser fé e adoração.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Deus chama homens e mulheres a procurá-Lo, obedecer à Sua Palavra e esperar o Seu Reino.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Versículos para ler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Salmo 24  •  Salmo 102:25–28  •  Romanos 1:18–23  •  Génesis 2:15–3:24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PARA DECORAR  •  HEBREUS 11:3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«Pela fé entendemos que os mundos pela palavra de Deus foram criados; de maneira que aquilo que se vê não foi feito do que é aparente.»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Hebreus 11:3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35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 w:cs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eastAsia="Aptos" w:cs="Aptos"/>
        <w:b/>
        <w:i w:val="0"/>
        <w:color w:val="1F4E79"/>
        <w:sz w:val="17"/>
      </w:rPr>
      <w:t>CURSO BÍBLICO POR CORRESPONDÊNCIA DOS CRISTADELFIANOS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