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eastAsia="Aptos" w:cs="Aptos"/>
          <w:b/>
          <w:i w:val="0"/>
          <w:color w:val="1F4E79"/>
          <w:sz w:val="20"/>
        </w:rPr>
        <w:t>LIÇÃO 7</w:t>
      </w:r>
    </w:p>
    <w:p>
      <w:pPr>
        <w:spacing w:after="36"/>
        <w:jc w:val="center"/>
      </w:pPr>
      <w:r>
        <w:rPr>
          <w:rFonts w:ascii="Aptos" w:hAnsi="Aptos" w:eastAsia="Aptos" w:cs="Aptos"/>
          <w:b/>
          <w:i w:val="0"/>
          <w:color w:val="1F4E79"/>
          <w:sz w:val="40"/>
        </w:rPr>
        <w:t>O regresso do Senhor Jesus à terra</w:t>
      </w:r>
    </w:p>
    <w:p>
      <w:pPr>
        <w:spacing w:after="36"/>
        <w:jc w:val="center"/>
      </w:pPr>
      <w:r>
        <w:rPr>
          <w:rFonts w:ascii="Aptos" w:hAnsi="Aptos" w:eastAsia="Aptos" w:cs="Aptos"/>
          <w:b/>
          <w:i w:val="0"/>
          <w:color w:val="333333"/>
          <w:sz w:val="19"/>
        </w:rPr>
        <w:t>LEITURA  •  Actos 1</w:t>
      </w:r>
    </w:p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«Esse mesmo Jesus ... há-de vir assim como o vistes ir»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O regresso do Senhor Jesus Cristo é uma das esperanças centrais do Evangelho. Jesus foi corporalmente para o céu, e aos apóstolos foi dito claramente que ele regressaria à terra.</w:t>
      </w:r>
    </w:p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Há cerca de dois mil anos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Depois de Jesus ser crucificado, os seus seguidores ficaram confusos e tristes. As suas esperanças estavam centradas nele, e agora ele jazia morto no sepulcro. Mas ao terceiro dia tudo mudou: Deus ressuscitou Jesus dos mortos.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«Na verdade, na verdade vos digo que vós chorareis e vos lamentareis, e o mundo se alegrará, e vós estareis tristes; mas a vossa tristeza se converterá em alegria.»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João 16:20</w:t>
            </w:r>
          </w:p>
        </w:tc>
      </w:tr>
    </w:tbl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Os discípulos experimentaram exactamente essa mudança de tristeza para alegria. Quando o Jesus ressuscitado lhes apareceu, João regista simplesmente: «Os discípulos alegraram-se, vendo o Senhor» (João 20:20).</w:t>
      </w:r>
    </w:p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Quando Jesus foi para o céu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Actos 1 diz-nos que Jesus esteve com os apóstolos durante quarenta dias depois da ressurreição, falando-lhes do Reino de Deus. No fim desses quarenta dias, no Monte das Oliveiras, foi elevado diante deles e uma nuvem o recebeu, ocultando-o aos seus olhos.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Esta segunda despedida não os deixou sem esperança. Lucas diz que, depois de Jesus ser elevado ao céu, os discípulos voltaram para Jerusalém «com grande júbilo» (Lucas 24:51–52). A sua alegria assentava em promessas firmes.</w:t>
      </w:r>
    </w:p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O segredo da sua alegria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Jesus tinha assegurado aos discípulos que, embora deixassem de o ver, não os abandonaria. Tinha prometido: «E eis que eu estou convosco todos os dias, até à consumação dos séculos» (Mateus 28:20).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Então, enquanto o viam partir, dois anjos deram-lhes uma promessa directa sobre o seu regresso: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«Varões galileus, por que estais olhando para o céu? Esse Jesus, que dentre vós foi recebido em cima no céu, há-de vir assim como para o céu o vistes ir.»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Actos 1:11</w:t>
            </w:r>
          </w:p>
        </w:tc>
      </w:tr>
    </w:tbl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As palavras de Jesus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Quase dois mil anos passaram desde a ascensão, mas a promessa não mudou. O próprio Jesus ensinou repetidamente que voltaria. Em Lucas 21 descreveu o Filho do homem «vindo numa nuvem, com poder e grande glória» (Lucas 21:27), um paralelo marcante com a maneira como foi levado ao céu.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As suas parábolas também avisam os discípulos a estarem preparados. A parábola das dez virgens em Mateus 25:1–13 mostra um noivo cuja chegada encontra algumas preparadas e outras desprevenidas. Jesus conclui: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«Vigiai, pois, porque não sabeis o dia nem a hora em que o Filho do homem há-de vir.»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Mateus 25:13</w:t>
            </w:r>
          </w:p>
        </w:tc>
      </w:tr>
    </w:tbl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A questão não é se ele virá, mas se estaremos prontos quando vier.</w:t>
      </w:r>
    </w:p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O testemunho de Pedro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Pouco depois da ascensão, Pedro pregou em Jerusalém e chamou os ouvintes ao arrependimento. A sua mensagem olhava para o tempo em que Deus enviaria novamente Jesus Cristo: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«Arrependei-vos, pois, e convertei-vos, para que sejam apagados os vossos pecados ... e envie ele a Jesus Cristo, que já dantes vos foi pregado.»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Actos 3:19–20</w:t>
            </w:r>
          </w:p>
        </w:tc>
      </w:tr>
    </w:tbl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Anos depois Pedro avisou que alguns zombariam da promessa porque o regresso ainda não tinha acontecido. Antecipou a pergunta: «Onde está a promessa da sua vinda?» (2 Pedro 3:4). A sua resposta é que demora não significa fracasso: Deus é paciente, dando às pessoas oportunidade de se arrependerem.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«O Senhor não retarda a sua promessa, ainda que alguns a têm por tardia; mas é longânimo para connosco, não querendo que alguns se percam, senão que todos venham a arrepender-se. Mas o dia do Senhor virá como o ladrão de noite.»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2 Pedro 3:9–10</w:t>
            </w:r>
          </w:p>
        </w:tc>
      </w:tr>
    </w:tbl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O testemunho de Paulo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O apóstolo Paulo também fez do regresso de Cristo uma parte central da sua pregação. Exortou Timóteo diante do «Senhor Jesus Cristo, que há-de julgar os vivos e os mortos, na sua vinda e no seu reino» (2 Timóteo 4:1).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As duas cartas aos Tessalonicenses voltam repetidamente o pensamento dos crentes para a vinda de Jesus. Paulo descreve tanto a ressurreição como o juízo: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«Porque o mesmo Senhor descerá do céu com alarido, e com voz de arcanjo, e com a trombeta de Deus; e os que morreram em Cristo ressuscitarão primeiro.»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1 Tessalonicenses 4:16</w:t>
            </w:r>
          </w:p>
        </w:tc>
      </w:tr>
    </w:tbl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Em 2 Tessalonicenses 1:7–10 Paulo fala também do Senhor Jesus revelado do céu com os seus anjos poderosos, trazendo juízo sobre os que rejeitam Deus, mas glória e alegria aos que crêem.</w:t>
      </w:r>
    </w:p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O que fará Jesus quando vier?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O regresso de Jesus será um acontecimento público que mudará o mundo. Considere o efeito sobre três grupos: os crentes fiéis, as nações do mundo e o povo de Israel.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6"/>
              </w:rPr>
              <w:t>QUEM?</w:t>
            </w:r>
          </w:p>
        </w:tc>
        <w:tc>
          <w:tcPr>
            <w:tcW w:type="dxa" w:w="4975"/>
            <w:shd w:fill="D9EAF7"/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6"/>
              </w:rPr>
              <w:t>O QUE SIGNIFICARÁ O REGRESSO?</w:t>
            </w:r>
          </w:p>
        </w:tc>
      </w:tr>
      <w:tr>
        <w:trPr>
          <w:cantSplit/>
        </w:trPr>
        <w:tc>
          <w:tcPr>
            <w:tcW w:type="dxa" w:w="4975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CRENTES</w:t>
            </w:r>
          </w:p>
        </w:tc>
        <w:tc>
          <w:tcPr>
            <w:tcW w:type="dxa" w:w="4975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Os fiéis que morreram serão ressuscitados, os crentes vivos serão reunidos, e os aceites por Cristo receberão vida eterna.</w:t>
            </w:r>
          </w:p>
        </w:tc>
      </w:tr>
      <w:tr>
        <w:trPr>
          <w:cantSplit/>
        </w:trPr>
        <w:tc>
          <w:tcPr>
            <w:tcW w:type="dxa" w:w="4975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AS NAÇÕES</w:t>
            </w:r>
          </w:p>
        </w:tc>
        <w:tc>
          <w:tcPr>
            <w:tcW w:type="dxa" w:w="4975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Os juízos de Deus porão fim à rebelião humana. Jesus estabelecerá o Reino de Deus e ensinará às nações os caminhos de Deus.</w:t>
            </w:r>
          </w:p>
        </w:tc>
      </w:tr>
      <w:tr>
        <w:trPr>
          <w:cantSplit/>
        </w:trPr>
        <w:tc>
          <w:tcPr>
            <w:tcW w:type="dxa" w:w="4975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ISRAEL</w:t>
            </w:r>
          </w:p>
        </w:tc>
        <w:tc>
          <w:tcPr>
            <w:tcW w:type="dxa" w:w="4975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Israel será libertado num tempo de grande angústia. Muitos reconhecerão Jesus como o Rei prometido, e Jerusalém tornar-se-á o centro do seu governo.</w:t>
            </w:r>
          </w:p>
        </w:tc>
      </w:tr>
    </w:tbl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Crentes que o esperam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Jesus ressuscitará os que morreram na fé e reunirá os crentes vivos. Paulo descreve uma transformação repentina na ressurreição: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«Eis aqui vos digo um mistério: Na verdade, nem todos dormiremos, mas todos seremos transformados, num momento, num abrir e fechar de olhos, ante a última trombeta; porque a trombeta soará, e os mortos ressuscitarão incorruptíveis, e nós seremos transformados.»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1 Coríntios 15:51–52</w:t>
            </w:r>
          </w:p>
        </w:tc>
      </w:tr>
    </w:tbl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Os aceites por Cristo receberão vida eterna. Paulo diz que o Senhor «transformará o nosso corpo abatido, para ser conforme o seu corpo glorioso» (Filipenses 3:21). Libertados da dor, do sofrimento e da morte, os fiéis participarão no trabalho de Cristo de ensinar e governar as nações.</w:t>
      </w:r>
    </w:p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Os povos do mundo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A Escritura descreve um tempo de juízo divino ligado ao estabelecimento do Reino. A rebelião humana não continuará para sempre. Estes juízos são severos, mas preparam o caminho para um mundo em que o governo justo de Cristo seja reconhecido.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Jesus estabelecerá o Reino de Deus na terra. O Salmo 72 apresenta um rei que julga com justiça, defende os pobres, livra os necessitados e traz paz. Os que sobreviverem aos juízos viverão sob esse governo e aprenderão os caminhos de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O reinado de mil anos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O Reino continuará durante mil anos. Pessoas mortais viverão sob o governo de Cristo e, no fim desse período, haverá outra ressurreição e juízo. Finalmente a própria morte será abolida.</w:t>
            </w:r>
          </w:p>
        </w:tc>
      </w:tr>
    </w:tbl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E quanto aos judeus?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Os profetas descrevem Israel em grande angústia antes da libertação final. Jesus vencerá os que lutarem contra Jerusalém, e muitos entre o povo judeu reconhecerão aquele que a sua nação antes rejeitou. Jerusalém tornar-se-á o centro do Reino de Cristo e do ensino das nações.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«Olharão para mim, a quem traspassaram, e o prantearão ...»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Zacarias 12:10</w:t>
            </w:r>
          </w:p>
        </w:tc>
      </w:tr>
    </w:tbl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O que acontecerá a si e a mim?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A parábola das dez virgens torna a lição pessoal. As prudentes não se limitaram a saber que o noivo vinha; prepararam-se para a sua chegada. A promessa do regresso de Cristo deve, portanto, moldar a forma como vivemos agora.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No fim da Bíblia Jesus diz: «Certamente cedo venho.» João responde: «Amém. Ora vem, Senhor Jesus» (Apocalipse 22:20). Estar preparado significa estudar a Palavra de Deus, crer no Evangelho e obedecer ao Senhor Jesus.</w:t>
      </w:r>
    </w:p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1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Jesus Cristo regressará à terra.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Os anjos na ascensão prometeram que o mesmo Jesus viria novamente da mesma maneira.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2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O próprio Jesus prometeu o seu regresso.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O seu ensino e as suas parábolas falam repetidamente da sua vinda e avisam os discípulos a vigiar.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3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Os apóstolos ensinaram a mesma esperança.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Pedro, Paulo e João aguardaram o aparecimento do Senhor Jesus Cristo.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4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Os fiéis receberão vida eterna.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Os mortos em Cristo ressuscitarão e os aceites serão transformados e tornados imortais.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5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Cristo estabelecerá o Reino de Deus.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Julgará as nações, governará com justiça e ensinará os povos da terra.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6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Israel e Jerusalém têm um lugar especial.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Israel será libertado e Jerusalém será o centro do governo mundial de Cristo.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7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A promessa exige preparação agora.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Discípulos prudentes estudam, crêem e obedecem para estarem prontos para o Senhor.</w:t>
            </w:r>
          </w:p>
        </w:tc>
      </w:tr>
    </w:tbl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Versículos para ler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1 Tessalonicenses 4  •  Daniel 12:1–4  •  Mateus 25:1–13</w:t>
      </w:r>
    </w:p>
    <w:p>
      <w:pPr>
        <w:keepNext/>
        <w:spacing w:before="64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PARA DECORAR  •  ACTOS 1:11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«Varões galileus, por que estais olhando para o céu? Esse Jesus, que dentre vós foi recebido em cima no céu, há-de vir assim como para o céu o vistes ir.»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Actos 1:11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49" w:right="979" w:bottom="720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 w:cs="Aptos"/>
        <w:b w:val="0"/>
        <w:i w:val="0"/>
        <w:color w:val="333333"/>
        <w:sz w:val="16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eastAsia="Aptos" w:cs="Aptos"/>
        <w:b/>
        <w:i w:val="0"/>
        <w:color w:val="1F4E79"/>
        <w:sz w:val="17"/>
      </w:rPr>
      <w:t>CURSO BÍBLICO POR CORRESPONDÊNCIA DOS CRISTADELFIANOS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