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 w:cs="Aptos"/>
          <w:b/>
          <w:i w:val="0"/>
          <w:color w:val="1F4E79"/>
          <w:sz w:val="20"/>
        </w:rPr>
        <w:t>LIÇÃO 8</w:t>
      </w:r>
    </w:p>
    <w:p>
      <w:pPr>
        <w:spacing w:after="36"/>
        <w:jc w:val="center"/>
      </w:pPr>
      <w:r>
        <w:rPr>
          <w:rFonts w:ascii="Aptos" w:hAnsi="Aptos" w:eastAsia="Aptos" w:cs="Aptos"/>
          <w:b/>
          <w:i w:val="0"/>
          <w:color w:val="1F4E79"/>
          <w:sz w:val="40"/>
        </w:rPr>
        <w:t>Sinais da vinda de Jesus</w:t>
      </w:r>
    </w:p>
    <w:p>
      <w:pPr>
        <w:spacing w:after="36"/>
        <w:jc w:val="center"/>
      </w:pPr>
      <w:r>
        <w:rPr>
          <w:rFonts w:ascii="Aptos" w:hAnsi="Aptos" w:eastAsia="Aptos" w:cs="Aptos"/>
          <w:b/>
          <w:i w:val="0"/>
          <w:color w:val="333333"/>
          <w:sz w:val="19"/>
        </w:rPr>
        <w:t>LEITURA  •  Lucas 21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«Sabei que está próximo, às portas»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Bíblia não nos dá uma data para o regresso do Senhor Jesus Cristo. Dá, porém, sinais que chamam os discípulos a vigiar, crer e preparar-se.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Jesus disse que haveria sinais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Na lição anterior vimos que o Senhor Jesus Cristo regressará pessoalmente à terra. A sua vinda faz parte do propósito de Deus para o mundo: estabelecerá o Reino de Deus e reinará desde Jerusalém. Por isso os primeiros crentes aguardavam o tempo em que Deus enviaria «Jesus Cristo» (Actos 3:19–20).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Naturalmente perguntamos: quando acontecerá? Jesus não encorajou os discípulos a calcular uma data. Disse claramente: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«Porém daquele dia e hora ninguém sabe, nem os anjos do céu, mas unicamente meu Pai.»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Mateus 24:36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Mas no mesmo capítulo disse-lhes que observassem os sinais. Como marcos indicam ao viajante que o fim da viagem se aproxima, as coisas descritas por Jesus e pelos profetas destinam-se a tornar os crentes atentos: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«Igualmente, quando virdes todas estas coisas, sabei que ele está próximo, às portas.»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Mateus 24:33</w:t>
            </w:r>
          </w:p>
        </w:tc>
      </w:tr>
    </w:tbl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1. Sinais relativos a Israel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lição chama a atenção para três acontecimentos ligados ao povo judeu e a Jerusalém. Os Cristadelfianos há muito os consideram importantes em relação à profecia bíblica.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5"/>
              </w:rPr>
              <w:t>SINAL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5"/>
              </w:rPr>
              <w:t>DESENVOLVIMENTO HISTÓRICO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5"/>
              </w:rPr>
              <w:t>PASSAGEM BÍBLICA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REGRESSO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Comunidades judaicas regressaram em números crescentes à terra de Israel depois de muitos séculos de dispersão.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Jeremias 30:3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NAÇÃO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O moderno Estado de Israel foi estabelecido em Maio de 1948.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Ezequiel 37:21–22</w:t>
            </w:r>
          </w:p>
        </w:tc>
      </w:tr>
      <w:tr>
        <w:trPr>
          <w:cantSplit/>
        </w:trPr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JERUSALÉM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Em Junho de 1967 forças israelitas passaram a controlar Jerusalém Oriental e a Cidade Velha.</w:t>
            </w:r>
          </w:p>
        </w:tc>
        <w:tc>
          <w:tcPr>
            <w:tcW w:type="dxa" w:w="3317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Lucas 21:24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«Eis que vêm dias, diz o SENHOR, em que farei voltar do cativeiro o meu povo Israel e Judá ... e os farei voltar à terra que dei a seus pais, e a possuirão.»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Jeremias 30:3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Jesus também predisse a dispersão do povo judeu e disse que Jerusalém seria «pisada pelos gentios, até que os tempos dos gentios se completem» (Lucas 21:24). A lição pede-nos, por isso, que observemos o notável reaparecimento de Israel e a mudança da posição de Jerusalém na História moderna.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2. Angústia das nações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Jesus não falou apenas de Israel. Em Lucas 21 descreveu um mundo marcado pelo medo, incerteza e «angústia das nações, em perplexidade». Os seres humanos fizeram avanços extraordinários, mas guerra, fome, violência, danos ambientais, doença, deslocação e incerteza económica continuam a perturbar sociedades em todo o mundo.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«E haverá sinais no sol, e na lua, e nas estrelas; e na terra angústia das nações, em perplexidade ...»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Lucas 21:25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versão King James usa a palavra «perplexity»: um estado de profunda incerteza sobre o que fazer. Jesus fala depois de «homens desmaiando de terror» antes de dizer: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«E então verão vir o Filho do homem numa nuvem, com poder e grande glória.»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Lucas 21:27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 objectivo não é o pânico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A profecia bíblica é dada para que os crentes reconheçam a direcção do propósito de Deus, permaneçam fiéis e estejam preparados para o regresso de Cristo.</w:t>
            </w:r>
          </w:p>
        </w:tc>
      </w:tr>
    </w:tbl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3. Descrença em Deus e na Sua Palavra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Os apóstolos avisaram que outra característica dos últimos dias seria a falta de vontade de ouvir ensino são. Paulo escreveu que as pessoas prefeririam mestres que lhes dissessem o que queriam ouvir: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«Porque virá tempo em que não sofrerão a sã doutrina; mas, tendo comichão nos ouvidos, amontoarão para si doutores conforme as suas próprias concupiscências; e desviarão os ouvidos da verdade, voltando às fábulas.»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2 Timóteo 4:3–4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Pedro deu um aviso semelhante. Disse que «escarnecedores» perguntariam: «Onde está a promessa da sua vinda?» (2 Pedro 3:3–4). A passagem do tempo não prova que Deus tenha esquecido a Sua promessa. Testa se continuaremos a confiar na Sua Palavra.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4. Uma sociedade centrada no eu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 livro de Juízes descreve uma época em que «cada um fazia o que parecia recto aos seus olhos» (Juízes 17:6). O resultado foi confusão moral e violência. Paulo também avisou Timóteo acerca de atitudes que caracterizariam «tempos trabalhosos»: amor de si próprio, ganância, orgulho, desobediência, falta de afecto natural e amor dos prazeres mais do que amor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«Sabe, porém, isto: que nos últimos dias sobrevirão tempos trabalhosos. Porque haverá homens amantes de si mesmos ... mais amigos dos deleites do que amigos de Deus.»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2 Timóteo 3:1–4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lição não nos pede apenas que critiquemos o mundo. Estes avisos devem levar-nos a examinar-nos: as nossas escolhas estão a ser moldadas pela Palavra de Deus ou apenas pelo que nos parece certo?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5. Um tempo de angústia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Daniel liga um tempo severo de angústia com libertação e ressurreição. A versão original da lição usava a instabilidade do seu próprio período como exemplo. Os detalhes das crises mundiais mudam de geração para geração, mas o quadro profético permanece: o governo humano não resolverá os problemas mais profundos do pecado e da morte.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«E haverá um tempo de angústia, qual nunca houve, desde que houve nação até àquele tempo ... E muitos dos que dormem no pó da terra ressuscitarão ...»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Daniel 12:1–2</w:t>
            </w:r>
          </w:p>
        </w:tc>
      </w:tr>
    </w:tbl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Isto é importante porque Daniel não termina com a angústia. Olha para além dela, para a ressurreição. A mensagem da Bíblia é, portanto, de esperança: o propósito de Deus não termina no fracasso humano, mas no Seu Reino.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Israel e as nações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A profecia bíblica também dirige a atenção para conflitos em torno de Israel e Jerusalém. A lição chama atenção para a hostilidade e guerras que têm marcado a região e para profecias que falam de nações atraídas para uma crise final. Os Cristadelfianos entendem passagens como Joel 3 e Zacarias 12–14 como apontando para a intervenção divina e o regresso de Cristo.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O objectivo não é prever cada manchete nem forçar cada acontecimento político a encaixar numa profecia. O ponto importante é que Israel, Jerusalém e as nações ocupam lugares nos assuntos mundiais que a Escritura disse que ocupariam à medida que o propósito de Deus avança para o Reino.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O que devem os sinais produzir em nós?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«Havendo, pois, de perecer todas estas coisas, que pessoas vos convém ser em santo trato e piedade?»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2 Pedro 3:11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5"/>
              </w:rPr>
              <w:t>RESPOSTA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5"/>
              </w:rPr>
              <w:t>O QUE SIGNIFICA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VIGIAR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Prestar atenção ao ensino de Jesus e dos profetas sem tentar marcar datas.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CRER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Confiar que Deus cumprirá as Suas promessas mesmo quando o cumprimento parece demorar.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PREPARAR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Ordenar a vida agora em prontidão para o regresso do Senhor Jesus.</w:t>
            </w:r>
          </w:p>
        </w:tc>
      </w:tr>
      <w:tr>
        <w:trPr>
          <w:cantSplit/>
        </w:trPr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VIVER COM PIEDADE</w:t>
            </w:r>
          </w:p>
        </w:tc>
        <w:tc>
          <w:tcPr>
            <w:tcW w:type="dxa" w:w="4975"/>
            <w:vAlign w:val="center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5"/>
              </w:rPr>
              <w:t>Deixar a esperança do Reino mudar o comportamento, as prioridades e as relações.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A questão é pessoal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Saber acerca de profecia não basta. Os sinais da vinda de Cristo destinam-se a produzir discípulos fiéis, prontos para o encontrar.</w:t>
            </w:r>
          </w:p>
        </w:tc>
      </w:tr>
    </w:tbl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Não sabemos a data do regresso de Cristo.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Jesus disse que o dia e a hora exactos são conhecidos pelo Pai.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Deus deu sinais.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A profecia dá aos crentes marcos que encorajam vigilância e confiança.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Israel é um sinal importante.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O regresso de judeus, o restabelecimento de Israel e a mudança da posição de Jerusalém são significativos no entendimento profético cristadelfiano.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Jesus falou de angústia e medo.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A incerteza mundial e a incapacidade humana de eliminar pecado, violência e sofrimento ajustam-se ao quadro de Lucas 21.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Os apóstolos avisaram sobre incredulidade e egocentrismo.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A Escritura prediz rejeição do ensino são, escárnio e vidas moldadas pelo desejo humano em vez de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A angústia não é o fim da história.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Daniel liga o tempo de angústia com libertação e ressurreição.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7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1F4E79"/>
                <w:sz w:val="19"/>
              </w:rPr>
              <w:t>Os sinais chamam-nos à preparação.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 w:val="0"/>
                <w:sz w:val="18"/>
              </w:rPr>
              <w:t>A resposta correcta é uma vida santa e piedosa enquanto esperamos o Senhor Jesus Cristo.</w:t>
            </w:r>
          </w:p>
        </w:tc>
      </w:tr>
    </w:tbl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Versículos para ler</w:t>
      </w:r>
    </w:p>
    <w:p>
      <w:pPr>
        <w:spacing w:after="36" w:line="238" w:lineRule="auto"/>
      </w:pPr>
      <w:r>
        <w:rPr>
          <w:rFonts w:ascii="Aptos" w:hAnsi="Aptos" w:eastAsia="Aptos" w:cs="Aptos"/>
          <w:b w:val="0"/>
          <w:i w:val="0"/>
          <w:sz w:val="19"/>
        </w:rPr>
        <w:t>Jeremias 31:10  •  Ezequiel 5:5  •  Joel 3:1–2, 9–17</w:t>
      </w:r>
    </w:p>
    <w:p>
      <w:pPr>
        <w:keepNext/>
        <w:spacing w:before="60" w:after="30"/>
      </w:pPr>
      <w:r>
        <w:rPr>
          <w:rFonts w:ascii="Aptos" w:hAnsi="Aptos" w:eastAsia="Aptos" w:cs="Aptos"/>
          <w:b/>
          <w:i w:val="0"/>
          <w:color w:val="1F4E79"/>
          <w:sz w:val="25"/>
        </w:rPr>
        <w:t>PARA DECORAR  •  LUCAS 12:40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 w:eastAsia="Aptos" w:cs="Aptos"/>
                <w:b w:val="0"/>
                <w:i/>
                <w:sz w:val="18"/>
              </w:rPr>
              <w:t>«Portanto, estai vós também apercebidos; porque virá o Filho do homem à hora que não imaginais.»</w:t>
            </w:r>
          </w:p>
          <w:p>
            <w:pPr>
              <w:spacing w:after="0" w:before="0"/>
            </w:pPr>
            <w:r>
              <w:rPr>
                <w:rFonts w:ascii="Aptos" w:hAnsi="Aptos" w:eastAsia="Aptos" w:cs="Aptos"/>
                <w:b/>
                <w:i w:val="0"/>
                <w:color w:val="333333"/>
                <w:sz w:val="17"/>
              </w:rPr>
              <w:t>Lucas 12:40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49" w:right="979" w:bottom="74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