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9</w:t>
      </w:r>
    </w:p>
    <w:p>
      <w:pPr>
        <w:spacing w:after="36"/>
        <w:jc w:val="center"/>
      </w:pPr>
      <w:r>
        <w:rPr>
          <w:rFonts w:ascii="Aptos" w:hAnsi="Aptos"/>
          <w:b/>
          <w:i w:val="0"/>
          <w:color w:val="1F4E79"/>
          <w:sz w:val="37"/>
        </w:rPr>
        <w:t>Venha o Teu Reino</w:t>
      </w:r>
    </w:p>
    <w:p>
      <w:pPr>
        <w:spacing w:after="36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1 CRÓNICAS 29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Uma oração pelo Reino de Deus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Quando Jesus ensinou os seus discípulos a orar, disse-lhes que pedissem que viesse o Reino de Deus e que a vontade de Deus fosse feita na terra. Esta lição pergunta o que significa essa oração e onde estará o Reino prometido.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«Venha o teu reino. Seja feita a tua vontade, assim na terra como no céu.»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Lucas 11:2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Pelo que estamos a orar?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Muitas pessoas conhecem as palavras «Venha o teu reino», mas é importante compreender o que significam. A oração olha para um tempo em que a vontade de Deus será feita na terra tão perfeitamente como é feita no céu. Portanto, o Reino pelo qual Jesus ensinou os discípulos a orar está ligado ao propósito de Deus para esta terra.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Um reino tem um governante, um povo e um território. A Bíblia mostra que Deus escolheu a terra de Israel, e especialmente Jerusalém, para ter um lugar central no Seu propósito.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Uma terra e uma cidade para o Reino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Jerusalém é a capital de Israel. A Bíblia aponta também para um tempo futuro em que terá um papel muito maior, com o Senhor Jesus Cristo a reinar como Rei. O próprio Jesus descreveu Jerusalém como «a cidade do grande Rei»: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«Eu, porém, vos digo que de maneira nenhuma jureis: nem pelo céu, porque é o trono de Deus; nem pela terra, porque é o escabelo de seus pés; nem por Jerusalém, porque é a cidade do grande Rei.»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Mateus 5:34-35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Jesus estava a usar a linguagem do Salmo 48. O Antigo e o Novo Testamentos pertencem um ao outro, e uma parte da Escritura ajuda repetidamente a explicar outra: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«Formoso de sítio, e alegria de toda a terra, é o monte Sião, sobre os lados do norte, a cidade do grande Rei.»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Salmo 48:2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«Eu, porém, ungi o meu Rei sobre o meu santo monte de Sião.»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Salmo 2:6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Jerusalém no propósito de Deus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Deus disse: «Porém escolhi Jerusalém, para que ali estivesse o meu nome» (2 Crónicas 6:6). Isaías 62:1-7 e Isaías 65:17-25 também nos convidam a pensar no futuro de Jerusalém no propósito de Deus.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Já houve um Reino de Deus na terra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A ideia do Reino de Deus na terra não é nova. No Antigo Testamento o reino de Israel era apresentado como pertencendo a Deus. Na leitura desta lição, David louvou a Deus e disse: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«Teu é o reino, ó SENHOR, e tu te exaltaste sobre todos como chefe.»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1 Crónicas 29:11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Salomão se assentou no trono do SENHOR, rei, em lugar de David seu pai, e prosperou; e todo o Israel lhe deu ouvidos.»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1 Crónicas 29:23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David e Salomão reinaram em Jerusalém sobre o Reino de Israel, mas o trono é chamado «o trono do SENHOR». Os reis tinham a responsabilidade de governar para Deus e segundo a Sua lei.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CARACTERÍSTICA</w:t>
            </w:r>
          </w:p>
        </w:tc>
        <w:tc>
          <w:tcPr>
            <w:tcW w:type="dxa" w:w="4946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PORQUE ISRAEL ERA O REINO DE DEUS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A TERRA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Deus dera a terra a Israel e estabelecera ali a nação.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JERUSALÉM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Deus escolheu Jerusalém como cidade associada ao Seu nome e ao trono real.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A LEI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Deus deu a Israel leis pelas quais a nação devia ser governada.</w:t>
            </w:r>
          </w:p>
        </w:tc>
      </w:tr>
      <w:tr>
        <w:trPr>
          <w:cantSplit/>
        </w:trPr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O REI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7"/>
              </w:rPr>
              <w:t>O rei governava sob a autoridade de Deus e respondia perante Ele.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O Reino de Deus foi derrubado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Rei após rei governou em Jerusalém. Alguns procuraram servir a Deus fielmente; outros conduziram a nação a pecado grave. Por fim, o reino de Judá tornou-se tão corrupto que Deus pôs fim à linha real de reis em Jerusalém.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«Ao revés, ao revés, ao revés a porei, e ela não será mais, até que venha aquele a quem pertence de direito; e a ele a darei.»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Ezequiel 21:27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 trono ficaria sem um legítimo rei da linhagem de David até chegar aquele a quem Deus o daria. Isto cria uma pergunta bíblica importante: quem é o herdeiro prometido?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«Aquele a quem pertence de direito»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«Este será grande, e será chamado Filho do Altíssimo; e o Senhor Deus lhe dará o trono de David, seu pai; e reinará eternamente na casa de Jacob, e o seu reino não terá fim.»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Lucas 1:32-33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Jesus é o Rei prometido. É o Filho de Deus e pertence à linhagem de David. O trono que lhe foi prometido é o trono de David, e a Bíblia liga continuamente esse trono a Jerusalém e à terra.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D9EAF7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Três pontos a recordar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Jesus reinará na terra. O seu trono é o trono de David. Jerusalém será o centro real do Reino de Deus restaurado.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«Porém, tão certamente como eu vivo, toda a terra será cheia da glória do SENHOR.»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Números 14:21  •  King James Version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Jesus pregou o Reino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Durante o seu julgamento, Jesus não negou que era rei. Quando Pilatos lhe perguntou acerca da sua realeza, Jesus respondeu: «Tu dizes que eu sou rei» (João 18:37). A inscrição colocada acima dele dizia: «JESUS, O REI DOS JUDEUS» (Mateus 27:37).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aconteceu, depois disso, que andava de cidade em cidade e de aldeia em aldeia, pregando e anunciando o evangelho do reino de Deus.»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Lucas 8:1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Portanto, o evangelho está intimamente ligado ao Reino vindouro. Jesus regressará para restaurar abertamente o governo de Deus na terra e reinar como o Rei prometido.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A linha temporal bíblica do Reino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rPr>
          <w:cantSplit/>
        </w:trPr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PERÍODO</w:t>
            </w:r>
          </w:p>
        </w:tc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TRONO</w:t>
            </w:r>
          </w:p>
        </w:tc>
        <w:tc>
          <w:tcPr>
            <w:tcW w:type="dxa" w:w="3298"/>
            <w:shd w:fill="D9EAF7"/>
          </w:tcPr>
          <w:p>
            <w:pPr>
              <w:keepNext/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6"/>
              </w:rPr>
              <w:t>O QUE A BÍBLIA MOSTRA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DAVID E SALOMÃO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Ocupado em Jerusalém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 Reino de Israel era chamado Reino de Deus; David e Salomão reinaram no trono do SENHOR.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DEPOIS DA QUEDA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Nenhum rei davídico a reinar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Ezequiel 21:27 diz que o trono derrubado permaneceria assim «até que venha aquele a quem pertence de direito».</w:t>
            </w:r>
          </w:p>
        </w:tc>
      </w:tr>
      <w:tr>
        <w:trPr>
          <w:cantSplit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O FUTURO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Jesus no trono de David</w:t>
            </w:r>
          </w:p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6"/>
              </w:rPr>
              <w:t>Lucas 1:32-33 promete que Deus dará a Jesus o trono de David e que o seu reino não terá fim.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O Reino e nós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O Reino restaurado não ficará limitado à terra de Israel. A Bíblia apresenta Jerusalém como o seu centro, mas o reinado de Cristo estender-se-á por toda a terra. É por isso que a oração «Venha o teu reino» diz respeito a cada um de nós.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«Vinde, benditos de meu Pai, possuí por herança o reino que vos está preparado desde a fundação do mundo.»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Mateus 25:34  •  King James Version</w:t>
            </w:r>
          </w:p>
        </w:tc>
      </w:tr>
    </w:tbl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Quando pedimos que venha o Reino de Deus, estamos também a pedir o dia em que Cristo reinará, a vontade de Deus será feita por toda a terra, e homens e mulheres fiéis participarão das bênçãos desse Reino.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1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Reino de Deus pertence à terra.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Jesus ensinou os discípulos a orar para que a vontade de Deus fosse feita na terra e para que viesse o Seu Reino.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2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Jerusalém tem um lugar especial no propósito de Deus.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A Escritura chama Jerusalém «a cidade do grande Rei» e liga Sião ao governante designado por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3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Já existiu um Reino de Deus.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 Reino de Israel era o Reino de Deus, e David e Salomão governaram em Jerusalém no trono do SENHOR.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4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reino foi derrubado.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Por causa da desobediência persistente, a monarquia davídica foi removida, mas Deus prometeu que o trono seria dado ao seu legítimo herdeiro.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5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Jesus é esse herdeiro.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Lucas 1 promete que Deus dará a Jesus o trono de David e que o seu reino não terá fim.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6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Cristo reinará sobre toda a terra.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Jerusalém será o centro, mas o governo e a glória de Deus estender-se-ão a todas as nações.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rPr>
          <w:cantSplit/>
        </w:trPr>
        <w:tc>
          <w:tcPr>
            <w:tcW w:type="dxa" w:w="4946"/>
            <w:shd w:fill="D9EAF7"/>
          </w:tcPr>
          <w:p>
            <w:pPr>
              <w:spacing w:after="0" w:before="0"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7</w:t>
            </w:r>
          </w:p>
        </w:tc>
        <w:tc>
          <w:tcPr>
            <w:tcW w:type="dxa" w:w="4946"/>
          </w:tcPr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 Reino é uma esperança pessoal.</w:t>
            </w:r>
          </w:p>
          <w:p>
            <w:pPr>
              <w:spacing w:after="0" w:before="0"/>
            </w:pPr>
            <w:r>
              <w:rPr>
                <w:rFonts w:ascii="Aptos" w:hAnsi="Aptos"/>
                <w:b w:val="0"/>
                <w:i w:val="0"/>
                <w:sz w:val="18"/>
              </w:rPr>
              <w:t>Os discípulos fiéis poderão ouvir o Rei convidá-los a herdar o Reino preparado para eles.</w:t>
            </w:r>
          </w:p>
        </w:tc>
      </w:tr>
    </w:tbl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Capítulos para ler</w:t>
      </w:r>
    </w:p>
    <w:p>
      <w:pPr>
        <w:spacing w:after="36" w:line="238" w:lineRule="auto"/>
      </w:pPr>
      <w:r>
        <w:rPr>
          <w:rFonts w:ascii="Aptos" w:hAnsi="Aptos"/>
          <w:b w:val="0"/>
          <w:i w:val="0"/>
          <w:sz w:val="19"/>
        </w:rPr>
        <w:t>Génesis 22  •  Gálatas 3</w:t>
      </w:r>
    </w:p>
    <w:p>
      <w:pPr>
        <w:keepNext/>
        <w:spacing w:before="70" w:after="36"/>
      </w:pPr>
      <w:r>
        <w:rPr>
          <w:rFonts w:ascii="Aptos" w:hAnsi="Aptos"/>
          <w:b/>
          <w:i w:val="0"/>
          <w:color w:val="1F4E79"/>
          <w:sz w:val="25"/>
        </w:rPr>
        <w:t>DECORAR  •  APOCALIPSE 11:15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93"/>
      </w:tblGrid>
      <w:tr>
        <w:trPr>
          <w:cantSplit/>
        </w:trPr>
        <w:tc>
          <w:tcPr>
            <w:tcW w:type="dxa" w:w="9893"/>
            <w:shd w:fill="EDF4F9"/>
          </w:tcPr>
          <w:p>
            <w:pPr>
              <w:spacing w:after="0" w:before="0"/>
            </w:pPr>
            <w:r>
              <w:rPr>
                <w:rFonts w:ascii="Aptos" w:hAnsi="Aptos"/>
                <w:b w:val="0"/>
                <w:i/>
                <w:sz w:val="19"/>
              </w:rPr>
              <w:t>«E tocou o sétimo anjo a sua trombeta, e houve no céu grandes vozes, que diziam: Os reinos do mundo vieram a ser de nosso Senhor e do seu Cristo, e ele reinará para todo o sempre.»</w:t>
            </w:r>
          </w:p>
          <w:p>
            <w:pPr>
              <w:spacing w:after="0" w:before="0"/>
            </w:pPr>
            <w:r>
              <w:rPr>
                <w:rFonts w:ascii="Aptos" w:hAnsi="Aptos"/>
                <w:b/>
                <w:i w:val="0"/>
                <w:color w:val="333333"/>
                <w:sz w:val="18"/>
              </w:rPr>
              <w:t>Apocalipse 11:15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20" w:right="950" w:bottom="749" w:left="9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6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