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11</w:t>
      </w:r>
    </w:p>
    <w:p>
      <w:pPr>
        <w:spacing w:after="36"/>
        <w:jc w:val="center"/>
      </w:pPr>
      <w:r>
        <w:rPr>
          <w:rFonts w:ascii="Aptos" w:hAnsi="Aptos"/>
          <w:b/>
          <w:i w:val="0"/>
          <w:color w:val="1F4E79"/>
          <w:sz w:val="37"/>
        </w:rPr>
        <w:t>O Reino de Deus — Paz na Terra</w:t>
      </w:r>
    </w:p>
    <w:p>
      <w:pPr>
        <w:spacing w:after="36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ISAÍAS 35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Paz na terra — quando?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No nascimento de Jesus, o exército celestial louvou a Deus e falou de paz na terra. Contudo, a paz duradoura ainda não encheu o mundo. A Bíblia aponta para o regresso do Senhor Jesus Cristo e para o estabelecimento do Reino de Deus na terra.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«Glória a Deus nas alturas, paz na terra, boa vontade para com os homens.»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Lucas 2:14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Um Reino mundial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O Antigo Testamento apresenta muitas imagens da paz, justiça e prosperidade do Reino vindouro. O Salmo 72 descreve o reinado do Rei designado por Deus e deixa claro que o seu governo não ficará limitado a Israel.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«Dominará de mar a mar, e desde o rio até às extremidades da terra.»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Salmo 72:8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«Pede-me, e eu te darei as nações por herança, e os fins da terra por tua possessão.»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Salmo 2:8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 o SENHOR será rei sobre toda a terra; naquele dia um será o SENHOR, e um será o seu nome.»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Zacarias 14:9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Jerusalém e o governo de Cristo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O Reino será mundial, mas o seu centro será Jerusalém. Jesus chamou Jerusalém «a cidade do grande Rei» (Mateus 5:35). Isaías descreve nações a virem aprender os caminhos de Deus, e a lei de Deus a sair de Sião.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«Porque de Sião sairá a lei, e de Jerusalém a palavra do SENHOR.»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Isaías 2:3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O padrão do Reino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Um Rei justo, um centro mundial em Jerusalém, lei e ensino divinos, e nações a aprender a paz: estes temas aparecem repetidamente nos profetas.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Como será este Reino?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Se nos pedissem para descrever uma sociedade ideal, a maioria de nós desejaria segurança, justiça, trabalho útil e liberdade do medo. Os profetas apresentam uma imagem semelhante, mas com uma diferença essencial: a paz chega porque as pessoas aprendem os caminhos de Deus e Cristo governa com justiça.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 julgará entre muitos povos, e castigará nações poderosas e longínquas; e converterão as suas espadas em enxadas e as suas lanças em foices; uma nação não levantará a espada contra outra nação, nem aprenderão mais a guerra.»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Miqueias 4:3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«Mas assentar-se-á cada um debaixo da sua videira e debaixo da sua figueira, e não haverá quem os espante; porque a boca do SENHOR dos Exércitos o disse.»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Miqueias 4:4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A paz será fundada na justiça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Os seres humanos muitas vezes querem paz sem aceitar os padrões de Deus. A Escritura apresenta a ordem ao contrário: primeiro justiça, depois paz. Cristo julgará com justiça, defenderá os pobres e tratará firmemente a maldade.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 ferirá a terra com a vara de sua boca, e com o sopro dos seus lábios matará o ímpio.»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Isaías 11:4 (excerto)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Quem estará no Reino?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</w:trPr>
        <w:tc>
          <w:tcPr>
            <w:tcW w:type="dxa" w:w="3298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GRUPO</w:t>
            </w:r>
          </w:p>
        </w:tc>
        <w:tc>
          <w:tcPr>
            <w:tcW w:type="dxa" w:w="3298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CONDIÇÃO</w:t>
            </w:r>
          </w:p>
        </w:tc>
        <w:tc>
          <w:tcPr>
            <w:tcW w:type="dxa" w:w="3298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LUGAR NO REINO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OS FIÉIS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Imortais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Discípulos fiéis de épocas passadas serão ressuscitados e aceites no regresso de Cristo. Com os crentes fiéis que estiverem vivos, receberão vida eterna e participarão na obra do Reino.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ISRAEL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Nação mortal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Israel reconhecerá o Messias e Jerusalém tornar-se-á o centro mundial de adoração e ensino. Os que viverem naturalmente continuarão mortais.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AS NAÇÕES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Povos mortais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Pessoas que sobreviverem aos juízos associados ao regresso de Cristo viverão sob o seu governo, aprenderão a justiça e receberão as bênçãos do Reino.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 para o nosso Deus os fizeste reis e sacerdotes; e eles reinarão sobre a terra.»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Apocalipse 5:10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«Naquele tempo chamarão a Jerusalém o trono do SENHOR, e todas as nações se ajuntarão a ela, ao nome do SENHOR, a Jerusalém.»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Jeremias 3:17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«Porque, havendo os teus juízos na terra, os moradores do mundo aprendem justiça.»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Isaías 26:9 (excerto)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Prosperidade e abundância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O Salmo 72 apresenta uma fertilidade extraordinária. Até lugares normalmente impróprios para culturas são usados para expressar a abundância da época futura. Isaías 35 descreve o próprio deserto a alegrar-se e florescer.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«O deserto e o lugar solitário se alegrarão disto; e o ermo exultará e florescerá como a rosa.»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Isaías 35:1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Cura e força renovada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Durante o seu primeiro ministério Jesus curou os doentes pelo poder de Deus. A imagem de Isaías sobre o Reino inclui restauração da visão, audição, força e fala.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«Então os olhos dos cegos serão abertos, e os ouvidos dos surdos se abrirão. Então os coxos saltarão como cervos, e a língua dos mudos cantará.»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Isaías 35:5-6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«Ainda nas praças de Jerusalém sentar-se-ão velhos e velhas, levando cada um na mão o seu bordão, por causa da sua muita idade.»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Zacarias 8:4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A palavra segura de Deus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«Assim será a palavra que sair da minha boca; ela não voltará para mim vazia, antes fará o que me apraz, e prosperará naquilo para que a enviei.»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Isaías 55:11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Uma esperança em que podemos confiar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O Reino é a ordem prometida por Deus, estabelecida por meio do Seu Filho e governada segundo a Sua justiça.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Um reinado de mil anos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Apocalipse 20 descreve um reinado de Cristo de mil anos, muitas vezes chamado Milénio. Durante esse período, governantes imortais e povos mortais existirão juntos sob o seu governo.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Não é a etapa final do propósito de Deus. Depois do juízo final, o pecado e a morte são abolidos e Cristo entrega o Reino ao Pai (1 Coríntios 15:24-28).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Da época presente até «Deus tudo em todos»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ETAPA</w:t>
            </w:r>
          </w:p>
        </w:tc>
        <w:tc>
          <w:tcPr>
            <w:tcW w:type="dxa" w:w="4946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O CURSO ENSINA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ÉPOCA PRESENTE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Os reinos humanos continuam, com pecado, conflito, sofrimento e morte. Os crentes aguardam o regresso do Senhor Jesus Cristo.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REGRESSO DE CRISTO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Cristo regressa à terra, os mortos responsáveis são ressuscitados, ocorre o juízo, e os fiéis recebem imortalidade.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MILÉNIO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Cristo reina na terra durante mil anos. Jerusalém é o centro do seu Reino mundial. Governantes imortais ajudam-no enquanto povos mortais aprendem os caminhos de Deus.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FIM DO MILÉNIO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Há uma rebelião final, seguida de ressurreição e juízo para os responsáveis da era do Reino.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PERFEIÇÃO FINAL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pecado e a morte são finalmente removidos. Cristo entrega o Reino ao Pai, para que Deus seja «tudo em todos».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O que isto significa para nós?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A Bíblia não descreve o Reino apenas para satisfazer a nossa curiosidade sobre o futuro. Dá-nos uma esperança pela qual viver. Se oramos de verdade «Venha o teu reino», pedimos que a vontade de Deus seja feita na terra e comprometemo-nos a aprender essa vontade agora.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Uma resposta prática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Leia as Escrituras, creia nas promessas de Deus, conheça o caráter do Rei vindouro e procure viver desde já segundo a justiça, paz e fidelidade que caracterizarão o seu Reino.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Cristo será Rei sobre toda a terra.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O seu governo estender-se-á de Jerusalém a todas as nações, com a lei de Deus a sair de Sião.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A paz assentará na justiça.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Cristo julgará com justiça, ensinará as nações e porá fim à guerra e ao medo.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Os fiéis receberão imortalidade.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Os que forem aceites por Cristo participarão na obra de governar e ensinar no Reino.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Povos mortais partilharão as bênçãos do Reino.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Israel e as nações experimentarão segurança, abundância, cura e instrução enquanto a vida mortal comum continua.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Milénio conduz à perfeição final.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Depois dos mil anos, o pecado e a morte são finalmente removidos e Deus será «tudo em todos».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Capítulos para ler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Salmo 72  •  Miqueias 4:1-7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DECORAR  •  SALMO 22:27-28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«Todos os limites da terra se lembrarão, e se converterão ao SENHOR; e todas as famílias das nações adorarão perante a tua face. Porque o reino é do SENHOR, e ele domina entre as nações.»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Salmo 22:27-28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20" w:right="950" w:bottom="749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