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" w:hAnsi="Aptos"/>
          <w:b/>
          <w:i w:val="0"/>
          <w:color w:val="1F4E79"/>
          <w:sz w:val="20"/>
        </w:rPr>
        <w:t>LIÇÃO 13</w:t>
      </w:r>
    </w:p>
    <w:p>
      <w:pPr>
        <w:jc w:val="center"/>
      </w:pPr>
      <w:r>
        <w:rPr>
          <w:rFonts w:ascii="Aptos" w:hAnsi="Aptos"/>
          <w:b/>
          <w:i w:val="0"/>
          <w:color w:val="1F4E79"/>
          <w:sz w:val="35"/>
        </w:rPr>
        <w:t>Os Judeus na História — Parte I</w:t>
      </w:r>
    </w:p>
    <w:p>
      <w:pPr>
        <w:spacing w:after="24"/>
        <w:jc w:val="center"/>
      </w:pPr>
      <w:r>
        <w:rPr>
          <w:rFonts w:ascii="Aptos" w:hAnsi="Aptos"/>
          <w:b/>
          <w:i w:val="0"/>
          <w:color w:val="333333"/>
          <w:sz w:val="19"/>
        </w:rPr>
        <w:t>LEITURA  •  GÉNESIS 37</w:t>
      </w:r>
    </w:p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Uma história que começa com Abraão</w:t>
      </w:r>
    </w:p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A história de Israel começa com as promessas de Deus a Abraão. Isaque, filho de Abraão, teve um filho chamado Jacob, a quem Deus mais tarde chamou Israel. Os doze filhos de Jacob tornaram-se os pais das doze tribos de Israel. Na parte mais antiga da história, «israelitas» ou «filhos de Israel» são os termos mais precisos; o nome «judeu» tornou-se comum mais tarde, especialmente em ligação com Judá.</w:t>
      </w:r>
    </w:p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José e a mudança para o Egito</w:t>
      </w:r>
    </w:p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José, um dos filhos mais novos de Jacob, foi vendido pelos irmãos ciumentos e levado para o Egito. Depois de provas severas, Deus fez com que se tornasse governante ali. Quando chegou a fome, Jacob e a família foram para o Egito, onde havia alimentos armazenados sob a direção de José. O que começou como salvamento acabou por se tornar um período de opressão: gerações posteriores de israelitas foram escravizadas pelos egípcios.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D9EAF7"/>
          </w:tcPr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1F4E79"/>
                <w:sz w:val="19"/>
              </w:rPr>
              <w:t>Deus a agir através de acontecimentos difíceis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8"/>
              </w:rPr>
              <w:t>A história de José é mais do que uma narrativa emocionante. Mostra o cuidado soberano de Deus e prepara o caminho para o Êxodo, quando Deus tirou Israel da escravidão e os formou como nação de aliança.</w:t>
            </w:r>
          </w:p>
        </w:tc>
      </w:tr>
    </w:tbl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Liberdade da escravidão</w:t>
      </w:r>
    </w:p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Deus levantou Moisés para conduzir os israelitas para fora do Egito. Durante a longa viagem no deserto, providenciou alimento, água e proteção. Neemias recordou mais tarde o cuidado de Deus: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8"/>
              </w:rPr>
              <w:t>«E deste o teu bom espírito, para os ensinar, e o teu maná não retiraste da sua boca, e água lhes deste na sua sede. Desse modo os sustentaste quarenta anos no deserto; falta nenhuma tiveram; as suas vestes não envelheceram, e os seus pés não incharam.»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7"/>
              </w:rPr>
              <w:t>Neemias 9:20-21  •  King James Version</w:t>
            </w:r>
          </w:p>
        </w:tc>
      </w:tr>
    </w:tbl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Um povo de aliança no Sinai</w:t>
      </w:r>
    </w:p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No monte Sinai, Deus chamou Israel para ser um povo separado para Ele. A sua posição especial trazia responsabilidade: deviam ouvir a voz de Deus e guardar a Sua aliança.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8"/>
              </w:rPr>
              <w:t>«Agora, pois, se diligentemente ouvirdes a minha voz e guardardes a minha aliança, então sereis a minha propriedade peculiar dentre todos os povos, porque toda a terra é minha.»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7"/>
              </w:rPr>
              <w:t>Êxodo 19:5  •  King James Version</w:t>
            </w:r>
          </w:p>
        </w:tc>
      </w:tr>
    </w:tbl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O povo respondeu: «Tudo o que o SENHOR tem falado faremos» (Êxodo 19:8). Deus deu-lhes a Sua lei por Moisés, incluindo o sábado como dia semanal separado do trabalho normal.</w:t>
      </w:r>
    </w:p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O problema não era a lei</w:t>
      </w:r>
    </w:p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A lei de Deus era boa, mas o povo falhou repetidamente em guardá-la. A sua história demonstra uma lição que se aplica a toda a humanidade: saber o que é certo não elimina a tendência humana para pecar. Israel precisava da misericórdia de Deus, como nós. A lei ensinava-lhes como Deus queria que vivessem, mas por si só não podia tornar fiéis corações desobedientes.</w:t>
      </w:r>
    </w:p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Israel pede um rei</w:t>
      </w:r>
    </w:p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Depois de entrar na terra prometida, Israel foi dirigido durante muitos anos por juízes. Deus era o seu verdadeiro Rei. Por fim, o povo pediu um rei humano como as nações ao redor. Deus disse a Samuel: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8"/>
              </w:rPr>
              <w:t>«Não te têm rejeitado a ti, antes a mim me têm rejeitado, para eu não reinar sobre eles.»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7"/>
              </w:rPr>
              <w:t>1 Samuel 8:7 (excerto)  •  King James Version</w:t>
            </w:r>
          </w:p>
        </w:tc>
      </w:tr>
    </w:tbl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Saul tornou-se o primeiro rei de Israel. Foi seguido por David e depois por Salomão, filho de David. David é descrito como homem segundo o coração de Deus, e Deus fez-lhe promessas importantes que serão consideradas numa lição posterior.</w:t>
      </w:r>
    </w:p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O reino divide-se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8"/>
              </w:rPr>
              <w:t>«Meu pai agravou o vosso jugo, porém eu ainda aumentarei o vosso jugo; meu pai vos castigou com açoites, porém eu vos castigarei com escorpiões.»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7"/>
              </w:rPr>
              <w:t>1 Reis 12:14 (excerto)  •  King James Version</w:t>
            </w:r>
          </w:p>
        </w:tc>
      </w:tr>
    </w:tbl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Dez tribos seguiram Jeroboão e formaram o reino do norte, geralmente chamado Israel. Judá e Benjamim permaneceram com Roboão no reino do sul, geralmente chamado Judá.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7"/>
        <w:gridCol w:w="3317"/>
        <w:gridCol w:w="3317"/>
      </w:tblGrid>
      <w:tr>
        <w:trPr>
          <w:cantSplit/>
        </w:trPr>
        <w:tc>
          <w:tcPr>
            <w:tcW w:type="dxa" w:w="3317"/>
            <w:shd w:fill="D9EAF7"/>
          </w:tcPr>
          <w:p>
            <w:pPr>
              <w:keepNext/>
              <w:spacing w:after="0" w:before="0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5"/>
              </w:rPr>
              <w:t>PERÍODO</w:t>
            </w:r>
          </w:p>
        </w:tc>
        <w:tc>
          <w:tcPr>
            <w:tcW w:type="dxa" w:w="3317"/>
            <w:shd w:fill="D9EAF7"/>
          </w:tcPr>
          <w:p>
            <w:pPr>
              <w:keepNext/>
              <w:spacing w:after="0" w:before="0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5"/>
              </w:rPr>
              <w:t>REINO DO NORTE</w:t>
            </w:r>
          </w:p>
        </w:tc>
        <w:tc>
          <w:tcPr>
            <w:tcW w:type="dxa" w:w="3317"/>
            <w:shd w:fill="D9EAF7"/>
          </w:tcPr>
          <w:p>
            <w:pPr>
              <w:keepNext/>
              <w:spacing w:after="0" w:before="0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5"/>
              </w:rPr>
              <w:t>REINO DO SUL</w:t>
            </w:r>
          </w:p>
        </w:tc>
      </w:tr>
      <w:tr>
        <w:trPr>
          <w:cantSplit/>
        </w:trPr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Depois de Salomão</w:t>
            </w:r>
          </w:p>
        </w:tc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Israel — dez tribos sob Jeroboão</w:t>
            </w:r>
          </w:p>
        </w:tc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Judá — sobretudo Judá e Benjamim sob Roboão</w:t>
            </w:r>
          </w:p>
        </w:tc>
      </w:tr>
      <w:tr>
        <w:trPr>
          <w:cantSplit/>
        </w:trPr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Capital / adoração</w:t>
            </w:r>
          </w:p>
        </w:tc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Samaria tornou-se mais tarde a capital; surgiram centros rivais de culto</w:t>
            </w:r>
          </w:p>
        </w:tc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Jerusalém permaneceu a capital e o templo continuou ali</w:t>
            </w:r>
          </w:p>
        </w:tc>
      </w:tr>
      <w:tr>
        <w:trPr>
          <w:cantSplit/>
        </w:trPr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Fim do reino</w:t>
            </w:r>
          </w:p>
        </w:tc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Conquistado pela Assíria no século VIII a.C.</w:t>
            </w:r>
          </w:p>
        </w:tc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Conquistado pela Babilónia no século VI a.C.</w:t>
            </w:r>
          </w:p>
        </w:tc>
      </w:tr>
      <w:tr>
        <w:trPr>
          <w:cantSplit/>
        </w:trPr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Depois do exílio</w:t>
            </w:r>
          </w:p>
        </w:tc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O reino do norte independente não foi restaurado como antes</w:t>
            </w:r>
          </w:p>
        </w:tc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Muitos exilados de Judá regressaram depois do cativeiro babilónico</w:t>
            </w:r>
          </w:p>
        </w:tc>
      </w:tr>
    </w:tbl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Advertências repetidamente ignoradas</w:t>
      </w:r>
    </w:p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Os livros de Reis e Crónicas registam um padrão repetido de desobediência, advertência, reforma temporária e novo fracasso. Deus enviou profetas porque tinha compaixão do Seu povo, mas muitas vezes as suas advertências foram rejeitadas.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8"/>
              </w:rPr>
              <w:t>«E o SENHOR, Deus de seus pais, lhes enviou pela mão dos seus mensageiros, madrugando e enviando-lhos; porque se compadeceu do seu povo e da sua habitação. Porém zombaram dos mensageiros de Deus, e desprezaram as suas palavras, e escarneceram dos seus profetas, até que o furor do SENHOR subiu tanto contra o seu povo, que mais nenhum remédio houve.»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7"/>
              </w:rPr>
              <w:t>2 Crónicas 36:15-16  •  King James Version</w:t>
            </w:r>
          </w:p>
        </w:tc>
      </w:tr>
    </w:tbl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Exílio — e regresso</w:t>
      </w:r>
    </w:p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O reino do norte caiu primeiro perante a Assíria. Mais tarde Judá foi conquistado pela Babilónia, e Jerusalém e o templo foram destruídos. No entanto, Deus não abandonara o Seu propósito. Depois do cativeiro babilónico, muitos de Judá regressaram à terra e reconstruíram o templo e Jerusalém. Ageu, Zacarias e Malaquias pertencem a este período posterior do Antigo Testamento.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D9EAF7"/>
          </w:tcPr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1F4E79"/>
                <w:sz w:val="19"/>
              </w:rPr>
              <w:t>Uma descrição mais precisa dos exilados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8"/>
              </w:rPr>
              <w:t>É demasiado simples dizer que todos os membros das tribos do norte desapareceram ou que todos os judeus regressaram depois da Babilónia. A própria Bíblia mostra movimentos entre tribos e terras. O que terminou foi o reino do norte independente; mais tarde existiram comunidades judaicas tanto na terra como por todo o mundo.</w:t>
            </w:r>
          </w:p>
        </w:tc>
      </w:tr>
    </w:tbl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Entre os Testamentos</w:t>
      </w:r>
    </w:p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Vários séculos separam os últimos livros proféticos do Antigo Testamento dos acontecimentos com que o Novo Testamento começa. O curso original associava este intervalo à imagem de Amós de uma fome «de ouvir as palavras do SENHOR»: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8"/>
              </w:rPr>
              <w:t>«Eis que vêm dias, diz o Senhor DEUS, em que enviarei fome sobre a terra; não fome de pão, nem sede de água, mas de ouvir as palavras do SENHOR.»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7"/>
              </w:rPr>
              <w:t>Amós 8:11  •  King James Version</w:t>
            </w:r>
          </w:p>
        </w:tc>
      </w:tr>
    </w:tbl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Quando João Batista começou a pregar, preparou o caminho para o Senhor Jesus Cristo. Jesus nasceu no povo judeu; também os seus apóstolos e os primeiros crentes eram judeus. O cristianismo não pode ser corretamente compreendido se o seu contexto judaico for esquecido.</w:t>
      </w:r>
    </w:p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Jesus, Jerusalém e responsabilidade</w:t>
      </w:r>
    </w:p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O Novo Testamento regista forte oposição a Jesus por parte de alguns líderes judeus e de uma multidão em Jerusalém. Regista também que o governador romano Pôncio Pilatos autorizou a crucificação. Mateus relata a multidão a dizer: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8"/>
              </w:rPr>
              <w:t>«O seu sangue caia sobre nós e sobre nossos filhos.»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7"/>
              </w:rPr>
              <w:t>Mateus 27:25  •  King James Version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D9EAF7"/>
          </w:tcPr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1F4E79"/>
                <w:sz w:val="19"/>
              </w:rPr>
              <w:t>Este versículo não deve ser mal usado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8"/>
              </w:rPr>
              <w:t>Estas palavras descrevem uma multidão específica num momento específico. Não justificam culpar os judeus de gerações posteriores pela morte de Jesus. Jesus, os apóstolos e os primeiros crentes eram eles próprios judeus. O Evangelho chama todas as pessoas — judeus e gentios — ao arrependimento, fé e obediência.</w:t>
            </w:r>
          </w:p>
        </w:tc>
      </w:tr>
    </w:tbl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Jerusalém sob Roma</w:t>
      </w:r>
    </w:p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Cerca de quarenta anos depois da morte e ressurreição de Jesus, a revolta judaica contra Roma terminou com a captura de Jerusalém e a destruição do templo em 70 d.C. Novo conflito, especialmente a revolta de Bar Kokhba em 132-135 d.C., trouxe mais devastação e deslocação. Contudo, a diáspora judaica já existia havia séculos, e comunidades judaicas continuaram dentro e fora da terra.</w:t>
      </w:r>
    </w:p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Espalhados — mas ainda um povo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8"/>
              </w:rPr>
              <w:t>«E o SENHOR te espalhará entre todos os povos, desde uma extremidade da terra até à outra extremidade da terra.»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7"/>
              </w:rPr>
              <w:t>Deuteronómio 28:64 (excerto)  •  King James Version</w:t>
            </w:r>
          </w:p>
        </w:tc>
      </w:tr>
    </w:tbl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Ao longo de muitos séculos, comunidades judaicas viveram no Médio Oriente, Europa, Norte de África e mais longe. Fizeram grandes contribuições às sociedades em que viveram, mas também sofreram repetidas discriminações, expulsões e violência.</w:t>
      </w:r>
    </w:p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O Holocausto</w:t>
      </w:r>
    </w:p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O exemplo moderno mais terrível foi o Holocausto durante a Segunda Guerra Mundial, quando a Alemanha nazi e os seus colaboradores assassinaram sistematicamente cerca de seis milhões de judeus. Foi uma atrocidade cometida por seres humanos e nunca deve ser desculpada, celebrada ou usada como justificação teológica para o ódio. O ensino cristão não dá autorização alguma para o antissemitismo.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D9EAF7"/>
          </w:tcPr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1F4E79"/>
                <w:sz w:val="19"/>
              </w:rPr>
              <w:t>Uma lição para cada geração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8"/>
              </w:rPr>
              <w:t>A profecia bíblica e a história judaica devem levar-nos à reverência por Deus, à leitura cuidadosa da Escritura e à humildade — nunca ao desprezo por outro povo. A Bíblia condena repetidamente orgulho, crueldade e ódio.</w:t>
            </w:r>
          </w:p>
        </w:tc>
      </w:tr>
    </w:tbl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Uma história que continua</w:t>
      </w:r>
    </w:p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A história judaica não terminou no exílio nem na perseguição. A partir do século XIX, números crescentes de judeus regressaram à terra e, em 1948, foi estabelecido o moderno Estado de Israel. Lições posteriores consideram a importância profética que os Cristadelfianos veem nestes acontecimentos.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keepNext/>
              <w:spacing w:after="0" w:before="0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PERÍODO</w:t>
            </w:r>
          </w:p>
        </w:tc>
        <w:tc>
          <w:tcPr>
            <w:tcW w:type="dxa" w:w="4975"/>
            <w:shd w:fill="D9EAF7"/>
          </w:tcPr>
          <w:p>
            <w:pPr>
              <w:keepNext/>
              <w:spacing w:after="0" w:before="0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DESENVOLVIMENTO PRINCIPAL</w:t>
            </w:r>
          </w:p>
        </w:tc>
      </w:tr>
      <w:tr>
        <w:trPr>
          <w:cantSplit/>
        </w:trPr>
        <w:tc>
          <w:tcPr>
            <w:tcW w:type="dxa" w:w="4975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6"/>
              </w:rPr>
              <w:t>Patriarcas ao Êxodo</w:t>
            </w:r>
          </w:p>
        </w:tc>
        <w:tc>
          <w:tcPr>
            <w:tcW w:type="dxa" w:w="4975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6"/>
              </w:rPr>
              <w:t>Abraão, Isaque e Jacob; José no Egito; Israel cresce como povo e é tirado da escravidão.</w:t>
            </w:r>
          </w:p>
        </w:tc>
      </w:tr>
      <w:tr>
        <w:trPr>
          <w:cantSplit/>
        </w:trPr>
        <w:tc>
          <w:tcPr>
            <w:tcW w:type="dxa" w:w="4975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6"/>
              </w:rPr>
              <w:t>Reinos e exílio</w:t>
            </w:r>
          </w:p>
        </w:tc>
        <w:tc>
          <w:tcPr>
            <w:tcW w:type="dxa" w:w="4975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6"/>
              </w:rPr>
              <w:t>O reino divide-se; Israel cai perante a Assíria e Judá perante a Babilónia; muitos de Judá regressam mais tarde.</w:t>
            </w:r>
          </w:p>
        </w:tc>
      </w:tr>
      <w:tr>
        <w:trPr>
          <w:cantSplit/>
        </w:trPr>
        <w:tc>
          <w:tcPr>
            <w:tcW w:type="dxa" w:w="4975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6"/>
              </w:rPr>
              <w:t>Período romano e diáspora</w:t>
            </w:r>
          </w:p>
        </w:tc>
        <w:tc>
          <w:tcPr>
            <w:tcW w:type="dxa" w:w="4975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6"/>
              </w:rPr>
              <w:t>Jerusalém é destruída em 70 d.C.; seguem-se novos conflitos em 132-135; a vida judaica continua na terra e fora dela.</w:t>
            </w:r>
          </w:p>
        </w:tc>
      </w:tr>
      <w:tr>
        <w:trPr>
          <w:cantSplit/>
        </w:trPr>
        <w:tc>
          <w:tcPr>
            <w:tcW w:type="dxa" w:w="4975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6"/>
              </w:rPr>
              <w:t>Período moderno</w:t>
            </w:r>
          </w:p>
        </w:tc>
        <w:tc>
          <w:tcPr>
            <w:tcW w:type="dxa" w:w="4975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6"/>
              </w:rPr>
              <w:t>Comunidades judaicas sobrevivem a séculos de perseguição; o Holocausto mata cerca de seis milhões de judeus; Israel é estabelecido como Estado em 1948.</w:t>
            </w:r>
          </w:p>
        </w:tc>
      </w:tr>
    </w:tbl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RESUMO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spacing w:after="0" w:before="0" w:line="216" w:lineRule="auto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1</w:t>
            </w:r>
          </w:p>
        </w:tc>
        <w:tc>
          <w:tcPr>
            <w:tcW w:type="dxa" w:w="4975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Israel cresceu da família de Abraão.</w:t>
            </w:r>
          </w:p>
          <w:p>
            <w:pPr>
              <w:spacing w:after="0" w:before="0" w:line="216" w:lineRule="auto"/>
            </w:pPr>
            <w:r>
              <w:rPr>
                <w:rFonts w:ascii="Aptos" w:hAnsi="Aptos"/>
                <w:b w:val="0"/>
                <w:i w:val="0"/>
                <w:sz w:val="16"/>
              </w:rPr>
              <w:t>Isaque e Jacob vieram depois de Abraão; Jacob foi chamado Israel e os seus filhos tornaram-se pais das doze tribos.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spacing w:after="0" w:before="0" w:line="216" w:lineRule="auto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2</w:t>
            </w:r>
          </w:p>
        </w:tc>
        <w:tc>
          <w:tcPr>
            <w:tcW w:type="dxa" w:w="4975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Deus tirou Israel do Egito.</w:t>
            </w:r>
          </w:p>
          <w:p>
            <w:pPr>
              <w:spacing w:after="0" w:before="0" w:line="216" w:lineRule="auto"/>
            </w:pPr>
            <w:r>
              <w:rPr>
                <w:rFonts w:ascii="Aptos" w:hAnsi="Aptos"/>
                <w:b w:val="0"/>
                <w:i w:val="0"/>
                <w:sz w:val="16"/>
              </w:rPr>
              <w:t>No Sinai fez aliança com eles e deu-lhes a Sua lei, chamando-os a ser um povo separado para Ele.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spacing w:after="0" w:before="0" w:line="216" w:lineRule="auto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3</w:t>
            </w:r>
          </w:p>
        </w:tc>
        <w:tc>
          <w:tcPr>
            <w:tcW w:type="dxa" w:w="4975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O reino dividiu-se e ambos os reinos caíram.</w:t>
            </w:r>
          </w:p>
          <w:p>
            <w:pPr>
              <w:spacing w:after="0" w:before="0" w:line="216" w:lineRule="auto"/>
            </w:pPr>
            <w:r>
              <w:rPr>
                <w:rFonts w:ascii="Aptos" w:hAnsi="Aptos"/>
                <w:b w:val="0"/>
                <w:i w:val="0"/>
                <w:sz w:val="16"/>
              </w:rPr>
              <w:t>Israel foi conquistado pela Assíria e Judá pela Babilónia; muitos de Judá regressaram mais tarde à terra.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spacing w:after="0" w:before="0" w:line="216" w:lineRule="auto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4</w:t>
            </w:r>
          </w:p>
        </w:tc>
        <w:tc>
          <w:tcPr>
            <w:tcW w:type="dxa" w:w="4975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Jesus e os primeiros cristãos eram judeus.</w:t>
            </w:r>
          </w:p>
          <w:p>
            <w:pPr>
              <w:spacing w:after="0" w:before="0" w:line="216" w:lineRule="auto"/>
            </w:pPr>
            <w:r>
              <w:rPr>
                <w:rFonts w:ascii="Aptos" w:hAnsi="Aptos"/>
                <w:b w:val="0"/>
                <w:i w:val="0"/>
                <w:sz w:val="16"/>
              </w:rPr>
              <w:t>O Novo Testamento não dá base para culpa coletiva contra judeus de gerações posteriores.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spacing w:after="0" w:before="0" w:line="216" w:lineRule="auto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5</w:t>
            </w:r>
          </w:p>
        </w:tc>
        <w:tc>
          <w:tcPr>
            <w:tcW w:type="dxa" w:w="4975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A história judaica continuou através da diáspora e perseguição.</w:t>
            </w:r>
          </w:p>
          <w:p>
            <w:pPr>
              <w:spacing w:after="0" w:before="0" w:line="216" w:lineRule="auto"/>
            </w:pPr>
            <w:r>
              <w:rPr>
                <w:rFonts w:ascii="Aptos" w:hAnsi="Aptos"/>
                <w:b w:val="0"/>
                <w:i w:val="0"/>
                <w:sz w:val="16"/>
              </w:rPr>
              <w:t>Apesar de terrível sofrimento, incluindo o Holocausto, as comunidades judaicas sobreviveram e continuam parte da história mundial.</w:t>
            </w:r>
          </w:p>
        </w:tc>
      </w:tr>
    </w:tbl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Capítulos para ler</w:t>
      </w:r>
    </w:p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Deuteronómio 28  •  2 Crónicas 36:11-23</w:t>
      </w:r>
    </w:p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DECORAR  •  ISAÍAS 43:11-12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8"/>
              </w:rPr>
              <w:t>«Eu, eu sou o SENHOR, e fora de mim não há Salvador. Eu anunciei, e eu salvei, e eu o fiz ouvir, e deus estranho não houve entre vós; pois vós sois as minhas testemunhas, diz o SENHOR, e eu sou Deus.»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7"/>
              </w:rPr>
              <w:t>Isaías 43:11-12  •  King James Version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605" w:right="922" w:bottom="634" w:left="9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i w:val="0"/>
        <w:color w:val="333333"/>
        <w:sz w:val="15"/>
      </w:rPr>
      <w:t>Christadelphian Bible Mission  •  Box CBM, 404 Shaftmoor Lane, Birmingham B28 8SZ, England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ptos" w:hAnsi="Aptos"/>
        <w:b/>
        <w:i w:val="0"/>
        <w:color w:val="1F4E79"/>
        <w:sz w:val="17"/>
      </w:rPr>
      <w:t>CURSO BÍBLICO POR CORRESPONDÊNCIA CRISTADELFIANO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