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14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Os Judeus na História — Parte II</w:t>
      </w:r>
    </w:p>
    <w:p>
      <w:pPr>
        <w:spacing w:after="24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EZEQUIEL 37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Uma visão de restauração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Ezequiel 37 apresenta uma imagem viva de «toda a casa de Israel». O profeta vê ossos muito secos, depois corpos restaurados à forma, e finalmente o fôlego entra neles para que vivam. O próprio capítulo explica a mensagem central: Israel perdera a esperança, mas Deus prometeu restauração à terra e vida renovada sob a Sua mão.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vale de ossos secos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Ezequiel foi levado em visão a um vale cheio de ossos. Não estavam apenas mortos; estavam «muito secos», sublinhando a falta de esperança. Deus mandou-o profetizar. Os ossos juntaram-se, apareceram tendões e carne, e a pele cobriu-os — mas ainda não havia fôlego neles. Ezequiel profetizou então ao vento, e o fôlego entrou nos corpos. Levantaram-se sobre os pés como um exército muito grande.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«Filho do homem, estes ossos são toda a casa de Israel. Eis que dizem: Os nossos ossos se secaram, e pereceu a nossa esperança; nós estamos cortados.»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Ezequiel 37:11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ETAPA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IMAGEM NA VISÃO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SIGNIFICADO DESTACADO NO CAPÍTULO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1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Ossos muito secos espalhados no vale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Israel apresentado sem esperança, cortado e disperso.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2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Os ossos juntam-se; tendões, carne e pele cobrem-nos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Restauração e reunião: Deus promete levar o Seu povo à terra de Israel.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3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 fôlego entra nos corpos e eles vivem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Renovação espiritual: Deus promete pôr o Seu Espírito neles para que saibam que Ele falou e agiu.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«Eis que eu abrirei as vossas sepulturas, e vos farei sair das vossas sepulturas, ó povo meu, e vos trarei à terra de Israel.»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Ezequiel 37:12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porei em vós o meu espírito, e vivereis, e vos porei na vossa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Ezequiel 37:14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esquema útil, não três profecias numeradas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Ezequiel não chama a estas fases «Etapa 1, 2 e 3». O esquema em três partes é apenas uma forma útil de seguir o movimento da visão. A interpretação inspirada continua a ser a própria linguagem do capítulo: esperança perdida, restauração à terra e vida pelo Espírito de Deus.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Espalhados entre as nações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lição anterior acompanhou a longa história de dispersão e perseguição experimentada pelas comunidades judaicas. Deuteronómio advertira Israel de que a infidelidade à aliança traria medo e insegurança entre as nações: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nem ainda entre estas nações descansarás, nem a planta de teu pé terá repouso; porquanto o SENHOR ali te dará coração tremulante, desfalecimento de olhos e desmaio da alma.»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Deuteronómio 28:65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Regresso à terra na história moderna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Durante os séculos XIX e XX, números crescentes de judeus migraram para a terra então geralmente chamada Palestina. Em 1917, a Declaração Balfour afirmou que o Governo Britânico via com favor o estabelecimento na Palestina de um lar nacional para o povo judeu, afirmando também que os direitos civis e religiosos das comunidades não judaicas existentes não deveriam ser prejudicados.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Holocausto de 1933-1945 foi a perseguição e o assassinato sistemático de cerca de seis milhões de judeus europeus pela Alemanha nazi e pelos seus aliados e colaboradores. Depois da Segunda Guerra Mundial, a imigração judaica e a luta pelo futuro da terra intensificaram-se. Em maio de 1948, o Estado de Israel declarou independência.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História e interpretação profética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A Declaração Balfour, o Holocausto e o estabelecimento do Estado de Israel são acontecimentos históricos. Os Cristadelfianos veem a sobrevivência contínua do povo judeu e o seu regresso à terra como altamente significativos quando lidos ao lado de profecias como Ezequiel 36-37 e Jeremias 30-31. Essa identificação é interpretação profética; os factos históricos devem ser apresentados com precisão por si mesmos.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Deus promete preservação e reunião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«Porque eu sou contigo, diz o SENHOR, para te salvar; porquanto darei fim a todas as nações entre as quais te espalhei, a ti, porém, não darei fim.»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Jeremias 30:11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«Aquele que espalhou a Israel o congregará e o guardará, como o pastor ao seu rebanho.»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Jeremias 31:10 (excerto)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A terceira parte da imagem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visão de Ezequiel não termina com corpos de pé na terra. Deus promete o Seu Espírito e uma relação transformada com Ele. Ezequiel 36 dá a mesma sequência em linguagem diferente: reunião, purificação, novo coração e novo espírito. No entendimento Cristadelfiano, o regresso nacional à terra não é portanto o fim da história; a renovação espiritual continua essencial.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 reconhecimento futuro do Messias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olharão para mim, a quem traspassaram; e pranteá-lo-ão como quem pranteia por um unigénito.»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Zacarias 12:10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Sem culpa coletiva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Esta profecia não deve ser usada para culpar o povo judeu como um todo pela crucificação de Jesus. Jesus, os seus apóstolos e os primeiros crentes eram judeus. O Novo Testamento regista responsabilidade entre líderes e multidões específicos, juntamente com a autoridade decisiva do governador romano. O Evangelho chama toda pessoa — judeu e gentio — ao arrependimento e à fé.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regresso de Jesus e Jerusalém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o SENHOR sairá e pelejará contra estas nações, como pelejou no dia da batalha.»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Zacarias 14:3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«E naquele dia estarão os seus pés sobre o monte das Oliveiras, que está defronte de Jerusalém para o oriente.»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Zacarias 14:4 (excerto)  •  King James Version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 Reino estabelecido na terra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O propósito não é simplesmente a sobrevivência de uma nação. A Bíblia olha para o governo de Deus a estender-se a todos os povos. Jerusalém torna-se centro de ensino divino e as nações aprendem justiça. Assim, o Reino está centrado nas promessas de Deus a Israel e ao mesmo tempo é mundial na sua bênção.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«Não se fará mal nem dano algum em todo o meu santo monte, porque a terra se encherá do conhecimento do SENHOR, como as águas cobrem o mar.»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Isaías 11:9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imagem de Isaías é de paz sob governo justo. O texto-fonte também cita o lobo habitando com o cordeiro (Isaías 11:6), imagem memorável da transformação associada ao reinado do Messias.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É necessária uma resposta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A profecia não foi dada apenas para satisfazer curiosidade sobre acontecimentos futuros. Chama-nos a reconhecer o propósito de Deus, aceitar o Seu Filho e viver agora como pessoas que se preparam para o Seu Reino. A pergunta não é apenas «O que acontecerá a Israel?», mas também «Como devo responder ao que Deus revelou?»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Judeus e gentios no propósito de Deus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Romanos 11 usa uma oliveira para explicar a relação entre Israel, incredulidade e crentes gentios. A imagem de Paulo é especialmente importante porque não deixa lugar para orgulho gentio nem desprezo pelos judeus.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IMAGEM EM ROMANOS 11</w:t>
            </w:r>
          </w:p>
        </w:tc>
        <w:tc>
          <w:tcPr>
            <w:tcW w:type="dxa" w:w="4975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PAULO ENSINA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 oliveira cultivada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Deus tem um propósito contínuo enraizado nas promessas e na chamada de Israel.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Alguns ramos naturais quebrados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Alguns de Israel foram excluídos pela incredulidade; Paulo não diz que Deus rejeitou todo judeu nem abandonou as Suas promessas.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Ramos de oliveira brava enxertados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Crentes gentios podem participar nas bênçãos pela fé. Isso não lhes dá motivo para se gloriarem sobre Israel.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Ramos naturais enxertados de novo</w:t>
            </w:r>
          </w:p>
        </w:tc>
        <w:tc>
          <w:tcPr>
            <w:tcW w:type="dxa" w:w="4975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Deus pode receber judeus que se afastam da incredulidade e creem.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«Não te glories contra os ramos; e, se contra eles te gloriares, não és tu que sustentas a raiz, mas a raiz a ti.»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Romanos 11:18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«Não te ensoberbeças, mas teme.»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Romanos 11:20 (excerto)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lição da oliveira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Os crentes gentios não são convidados a substituir Israel e depois desprezar o povo judeu. Paulo manda-os ser humildes, agradecidos e vigilantes contra a incredulidade em si próprios. O mesmo Deus que pode enxertar um ramo bravo pode enxertar novamente ramos naturais.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Um Reino para todas as nações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«Dominará de mar a mar, e desde o rio até às extremidades da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Salmo 72:8  •  King James Version</w:t>
            </w:r>
          </w:p>
        </w:tc>
      </w:tr>
    </w:tbl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É por isso que a história de Israel importa a todo estudante da Bíblia. Faz parte do propósito maior de Deus: as promessas cumprem-se em Cristo, e pessoas de todas as nações são convidadas a participar dessa esperança pela fé, batismo e vida de obediência.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Os três movimentos juntos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VISÃO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ÊNFASE HISTÓRICA / PROFÉTICA</w:t>
            </w:r>
          </w:p>
        </w:tc>
        <w:tc>
          <w:tcPr>
            <w:tcW w:type="dxa" w:w="3317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LIÇÃO ESPIRITUAL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Ossos secos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Dispersão, sofrimento e aparente falta de esperança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As circunstâncias humanas não anulam o propósito de Deus.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Corpos restaurados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Reunião e restauração à terra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Deus lembra as Suas promessas e age na história.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Fôlego e vida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Renovação pelo Espírito de Deus e reconhecimento do Seu governo</w:t>
            </w:r>
          </w:p>
        </w:tc>
        <w:tc>
          <w:tcPr>
            <w:tcW w:type="dxa" w:w="3317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5"/>
              </w:rPr>
              <w:t>A restauração física não basta; Deus procura corações fiéis.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1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Ezequiel 37 retrata toda a casa de Israel.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 visão passa de ossos muito secos a corpos restaurados, depois a fôlego e vida. Deus explica os ossos como Israel sem esperança.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2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Deus promete restauração à terra.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veem o regresso moderno de muitos judeus à terra e o estabelecimento de Israel como significativos em relação a estas profecias.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3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A visão aponta também para renovação espiritual.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Ezequiel 36-37 olha além da restauração física para purificação, novo coração, Espírito de Deus e reconhecimento do Seu governo.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4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Zacarias olha para Jerusalém e o Messias.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entendem Zacarias 12 e 14 como apontando para arrependimento futuro em Israel e o regresso de Jesus.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5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Romanos 11 exige humildade dos crentes gentios.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A imagem da oliveira não dá base para antissemitismo nem orgulho; os gentios partilham a esperança apenas pela graça de Deus e pela fé.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spacing w:after="0" w:before="0" w:line="216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6</w:t>
            </w:r>
          </w:p>
        </w:tc>
        <w:tc>
          <w:tcPr>
            <w:tcW w:type="dxa" w:w="4975"/>
          </w:tcPr>
          <w:p>
            <w:pPr>
              <w:spacing w:after="0" w:before="0" w:line="216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propósito final é mundial.</w:t>
            </w:r>
          </w:p>
          <w:p>
            <w:pPr>
              <w:spacing w:after="0" w:before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Reino de Deus estender-se-á a todas as nações e o Messias dominará até aos confins da terra.</w:t>
            </w:r>
          </w:p>
        </w:tc>
      </w:tr>
    </w:tbl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4" w:line="233" w:lineRule="auto"/>
      </w:pPr>
      <w:r>
        <w:rPr>
          <w:rFonts w:ascii="Aptos" w:hAnsi="Aptos"/>
          <w:b w:val="0"/>
          <w:i w:val="0"/>
          <w:sz w:val="19"/>
        </w:rPr>
        <w:t>Ezequiel 36  •  Zacarias 12 e 14  •  Romanos 11</w:t>
      </w:r>
    </w:p>
    <w:p>
      <w:pPr>
        <w:keepNext/>
        <w:spacing w:before="54" w:after="24"/>
      </w:pPr>
      <w:r>
        <w:rPr>
          <w:rFonts w:ascii="Aptos" w:hAnsi="Aptos"/>
          <w:b/>
          <w:i w:val="0"/>
          <w:color w:val="1F4E79"/>
          <w:sz w:val="24"/>
        </w:rPr>
        <w:t>DECORAR  •  SALMO 72:8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8"/>
              </w:rPr>
              <w:t>«Dominará de mar a mar, e desde o rio até às extremidades da terra.»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7"/>
              </w:rPr>
              <w:t>Salmo 72:8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05" w:right="922" w:bottom="634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