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i w:val="0"/>
          <w:color w:val="1F4E79"/>
          <w:sz w:val="20"/>
        </w:rPr>
        <w:t>LIÇÃO 15</w:t>
      </w:r>
    </w:p>
    <w:p>
      <w:pPr>
        <w:jc w:val="center"/>
      </w:pPr>
      <w:r>
        <w:rPr>
          <w:rFonts w:ascii="Aptos" w:hAnsi="Aptos"/>
          <w:b/>
          <w:i w:val="0"/>
          <w:color w:val="1F4E79"/>
          <w:sz w:val="35"/>
        </w:rPr>
        <w:t>As Promessas de Deus a David</w:t>
      </w:r>
    </w:p>
    <w:p>
      <w:pPr>
        <w:spacing w:after="24"/>
        <w:jc w:val="center"/>
      </w:pPr>
      <w:r>
        <w:rPr>
          <w:rFonts w:ascii="Aptos" w:hAnsi="Aptos"/>
          <w:b/>
          <w:i w:val="0"/>
          <w:color w:val="333333"/>
          <w:sz w:val="19"/>
        </w:rPr>
        <w:t>LEITURA  •  2 SAMUEL 7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Uma promessa que vai muito além de David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David queria construir uma casa para Deus. Em vez disso, Deus prometeu construir a David uma «casa» — uma linha familiar contínua — e estabelecer o trono do seu reino para sempre. A promessa teve ligação imediata com Salomão, mas o seu cumprimento pleno é no Senhor Jesus Cristo, o Filho de David cujo reino não terá fim.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O jovem pastor que se tornou rei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David viveu cerca de mil anos antes do nascimento de Jesus. Nasceu em Belém, filho mais novo de Jessé. Como jovem pastor, confiou em Deus e derrotou Golias. Deus enviou o profeta Samuel para o ungir como futuro rei de Israel, embora Saul ainda reinasse.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Saul ficou mais tarde com ciúmes de David e tentou repetidamente matá-lo. David passou anos como fugitivo, mas não tomou o trono pela força. No tempo de Deus, Saul morreu em batalha e, depois de outras provas, David tornou-se rei. Jerusalém tornou-se o centro do seu reino.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David queria construir uma casa para Deus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Quando David considerou a sua própria casa estável e lembrou que a arca de Deus ainda estava numa tenda, quis construir uma casa permanente para o SENHOR. O profeta Natã inicialmente o encorajou, mas nessa noite Deus deu a Natã outra mensagem. David não construiria o templo; em vez disso, Deus faria uma aliança extraordinária acerca dos descendentes e do reino de David.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«Quando teus dias forem completos, e vieres a dormir com teus pais, então farei levantar depois de ti a tua descendência, que procederá de ti, e estabelecerei o seu reino.»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2 Samuel 7:12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«Este edificará uma casa ao meu nome, e confirmarei o trono do seu reino para sempre.»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2 Samuel 7:13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A palavra «semente»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Na Bíblia, «semente» pode significar um descendente. A promessa diz respeito portanto a um filho ou descendente de David. Salomão fez parte do primeiro cumprimento, mas as palavras sobre um trono eterno apontam para além de Salomão, para um Filho de David maior.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Salomão — e um Filho de David maior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Salomão, filho de David, construiu o templo em Jerusalém e sucedeu a David como rei. Nesse sentido, partes importantes da promessa cumpriram-se nele. Mas o reinado de Salomão terminou e o reino depois entrou em declínio. Portanto, a promessa de que o trono de David seria estabelecido «para sempre» aponta para além de Salomão.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«Eu lhe serei por pai, e ele me será por filho.»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2 Samuel 7:14 (palavras iniciais)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O Novo Testamento identifica Jesus como o Filho real de David prometido. Quando o anjo Gabriel falou a Maria, descreveu tanto a filiação divina de Jesus como a sua futura realeza no trono de David: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«Este será grande, e será chamado Filho do Altíssimo; e o Senhor Deus lhe dará o trono de David, seu pai; e reinará eternamente na casa de Jacob, e o seu reino não terá fim.»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Lucas 1:32-33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«Descerá sobre ti o Espírito Santo, e a virtude do Altíssimo te cobrirá com a sua sombra; pelo que também o Santo, que de ti há de nascer, será chamado Filho de Deus.»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Lucas 1:35 (excerto)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Dois níveis na promessa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2 Samuel 7 fala primeiro dentro da própria linha real de David. As palavras sobre disciplina por iniquidade (versículo 14) ajustam-se claramente a descendentes falíveis como Salomão e reis posteriores. Jesus, porém, não teve pecado. O trono e reino eternos alcançam o seu cumprimento completo nele.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Nascido para ser Rei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«Onde está aquele que é nascido rei dos judeus?»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Mateus 2:2 (excerto)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Anos mais tarde, quando Pilatos perguntou se Jesus era o Rei dos Judeus, Jesus respondeu: «Tu o dizes» (Marcos 15:2). Portanto, o título não foi invenção de cristãos posteriores; a realeza pertence à apresentação bíblica de Jesus.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Um reino que alcança todas as nações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«Também te dei para luz dos gentios, para seres a minha salvação até à extremidade da terra.»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Isaías 49:6 (excerto)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Quando Jesus regressar, o trono prometido a David será estabelecido em Jerusalém, mas a bênção do seu governo será mundial. Isto concorda com as lições anteriores: o Reino de Deus está centrado nas promessas feitas a Israel, mas a sua paz e justiça estendem-se por toda a terra.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O que significava a promessa para David?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David compreendeu que as palavras de Deus diziam respeito à sua família muito depois da sua própria vida. Respondeu com gratidão e humildade em 2 Samuel 7:18-29. Deus prometera que a «casa» de David — a sua linha real — e o seu reino seriam estabelecidos para sempre.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«Porém a tua casa e o teu reino serão firmados para sempre diante de ti; teu trono será firme para sempre.»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2 Samuel 7:16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«Fiz uma aliança com o meu escolhido; jurei ao meu servo David: A tua semente estabelecerei para sempre, e edificarei o teu trono de geração em geração.»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Salmo 89:3-4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David e a ressurreição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A lição liga corretamente a esperança de David à ressurreição, mas 2 Samuel 7:16 por si só não explica toda a doutrina. O ensino bíblico mais amplo mostra que fiéis como David morreram sem receber o cumprimento final das promessas e participarão dele quando Deus ressuscitar os fiéis e lhes der vida eterna.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A «casa» prometida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 palavra «casa» tem mais de um significado. David quis construir uma casa física — um templo — para Deus. Deus falou também da «casa» de David como família ou dinastia. Salomão construiu o templo, enquanto a casa real contínua alcança o seu objetivo em Jesus Cristo. O Novo Testamento também usa a imagem do povo de Deus como casa espiritual edificada sobre os apóstolos e profetas, tendo Jesus Cristo como principal pedra da esquina (Efésios 2:19-22).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Ler a promessa com cuidado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7"/>
        <w:gridCol w:w="3317"/>
        <w:gridCol w:w="3317"/>
      </w:tblGrid>
      <w:tr>
        <w:trPr>
          <w:cantSplit/>
        </w:trPr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VERSÍCULO</w:t>
            </w:r>
          </w:p>
        </w:tc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PROMESSA</w:t>
            </w:r>
          </w:p>
        </w:tc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COMO SE CUMPRE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7:12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Depois de David dormir com seus pais, Deus levantará a sua semente e estabelecerá o seu reino.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Salomão pertence à linha de David, mas a promessa aponta também para um descendente posterior cujo reino é eterno.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7:13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O descendente construirá uma casa para Deus e o trono do seu reino será estabelecido para sempre.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Salomão construiu o templo. Jesus é o Rei eterno e está ligado à casa espiritual de Deus.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7:14a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«Eu lhe serei por pai, e ele me será por filho.»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A linguagem aplica-se à linha real davídica e recebe o seu cumprimento supremo em Jesus, que é literalmente o Filho de Deus.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7:14b-15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Se o descendente real cometer iniquidade, Deus o castigará, mas a Sua misericórdia não se retirará como de Saul.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Esta cláusula aplica-se aos reis pecadores da dinastia de David. Jesus não pecou, portanto a condição disciplinar nunca foi necessária no seu caso.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7:16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A casa, o reino e o trono de David serão estabelecidos para sempre.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O cumprimento final e eterno é o reinado de Jesus Cristo, o Filho de David, no trono de David.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O primeiro versículo do Novo Testamento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«Livro da geração de Jesus Cristo, filho de David, filho de Abraão.»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Mateus 1:1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Este único versículo lembra-nos que o Novo Testamento não substitui o Antigo. Depende dele. Para compreender quem é Jesus, porque é chamado Cristo e que Reino estabelecerá, precisamos das promessas que Deus fez séculos antes.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Algo por que esperar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 todos estes, tendo tido testemunho pela fé, não alcançaram a promessa, provendo Deus alguma coisa melhor a nosso respeito, para que eles, sem nós, não fossem aperfeiçoados.»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Hebreus 11:39-40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Abraão, David e outros fiéis aguardam o mesmo cumprimento futuro do propósito de Deus. Quando Cristo regressar, os fiéis serão ressuscitados, julgados e, se aceites, receberão vida eterna no Reino de Deus na terra.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1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8"/>
              </w:rPr>
              <w:t>David foi escolhido por Deus para ser rei.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Começou como pastor em Belém, suportou anos de provação e finalmente reinou a partir de Jerusalém.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2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8"/>
              </w:rPr>
              <w:t>Deus fez uma aliança com David.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Em vez de permitir que David construísse o templo, Deus prometeu estabelecer a casa, o reino e o trono de David.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3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8"/>
              </w:rPr>
              <w:t>A promessa teve um cumprimento imediato em Salomão.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Salomão era filho de David, tornou-se rei e construiu o templo, mas nem o seu reinado nem o antigo reino duraram para sempre.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4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8"/>
              </w:rPr>
              <w:t>O cumprimento completo é em Jesus Cristo.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Jesus é Filho de David e Filho de Deus. Receberá o trono de David, reinará sobre a casa de Jacob e o seu reino não terá fim.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5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8"/>
              </w:rPr>
              <w:t>O Reino abençoará todas as nações.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O Filho de David é também luz para os gentios, e o seu governo estender-se-á por toda a terra.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6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8"/>
              </w:rPr>
              <w:t>Os fiéis podem participar da promessa.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David e outros servos fiéis aguardam a ressurreição e o cumprimento do propósito de Deus quando Jesus regressar.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Capítulos para ler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1 Samuel 17  •  1 Crónicas 17  •  Salmo 89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DECORAR  •  1 CRÓNICAS 17:11-12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 há de ser que, quando forem cumpridos os teus dias para ires para teus pais, então farei levantar depois de ti a tua semente, que será dos teus filhos, e estabelecerei o seu reino. Este me edificará casa, e eu confirmarei o seu trono para sempre.»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1 Crónicas 17:11-12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662" w:right="922" w:bottom="691" w:left="9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i w:val="0"/>
        <w:color w:val="1F4E79"/>
        <w:sz w:val="17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