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16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O Pai e o Filho</w:t>
      </w:r>
    </w:p>
    <w:p>
      <w:pPr>
        <w:spacing w:after="24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ISAÍAS 45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Conhecer o único Deus verdadeiro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Bíblia ensina que há um só Deus, o Pai, e que Jesus Cristo é Seu Filho. Esta lição considera o que a Escritura diz acerca do Pai, do Filho, da relação entre ambos e da natureza humana de Jesus. Como estes assuntos dizem respeito à própria identidade de Deus e do Seu Filho, devemos deixar que a própria Bíblia oriente as nossas conclusões.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Podemos descobrir Deus por nós mesmos?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«Porventura alcançarás os caminhos de Deus, ou chegarás à perfeição do Todo-Poderoso?»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Jó 11:7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raciocínio humano não pode descobrir tudo acerca do Criador. Conhecemos Deus porque Ele Se revelou na Sua Palavra. Isaías lembra-nos que os pensamentos e caminhos de Deus estão muito acima dos nossos: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«Porque os meus pensamentos não são os vossos pensamentos, nem os vossos caminhos, os meus caminhos, diz o SENHOR. Porque assim como os céus são mais altos do que a terra, assim são os meus caminhos mais altos do que os vossos caminhos, e os meus pensamentos mais altos do que os vossos pensamentos.»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Isaías 55:8-9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Deus é Um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«Ouve, Israel, o SENHOR nosso Deus é o único SENHOR. Amarás, pois, o SENHOR teu Deus de todo o teu coração, e de toda a tua alma, e de todas as tuas forças.»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Deuteronómio 6:4-5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mesma verdade aparece nos profetas e no Novo Testamento. Deus declara: «Eu sou o SENHOR, e não há outro; fora de mim não há Deus» (Isaías 45:5). Paulo escreve: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«Porque há um só Deus, e um só mediador entre Deus e os homens, Jesus Cristo homem.»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Timóteo 2:5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 resumo útil do Novo Testamento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Paulo escreve também: «Todavia para nós há um só Deus, o Pai ... e um só Senhor, Jesus Cristo» (1 Coríntios 8:6). Os Cristadelfianos veem aqui uma distinção clara entre o único Deus, o Pai, e o Seu Filho, o Senhor Jesus Cristo.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Deus poderoso e misericordioso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«Aquele que tem, ele só, a imortalidade, e habita na luz inacessível; a quem nenhum dos homens viu nem pode ver, ao qual seja honra e poder sempiterno. Amém.»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Timóteo 6:16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«Misericordioso e piedoso é o SENHOR; longânimo e grande em benignidade.»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Salmo 103:8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«Como um pai se compadece de seus filhos, assim o SENHOR se compadece daqueles que o temem. Pois ele conhece a nossa estrutura; lembra-se de que somos pó.»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Salmo 103:13-14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É por causa desta misericórdia e amor que Deus deu o Seu Filho para a nossa salvação.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Filho de Deus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«Eis que uma virgem conceberá, e dará à luz um filho, e será o seu nome Emanuel.»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Isaías 7:14 (excerto)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PASSAGEM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DIZ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MOSTRA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Gálatas 4:4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«Deus enviou seu Filho, nascido de mulher, nascido sob a lei.»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Filho veio ao mundo através do nascimento de uma mulher, no tempo designado por Deus.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Marcos 1:11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«Tu és o meu Filho amado, em quem me comprazo.»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Deus fala de Jesus como Seu Filho amado.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João 20:31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Jesus é «o Cristo, o Filho de Deus».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Evangelho foi escrito para que os leitores creiam nisso e tenham vida pelo seu nome.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Como se tornou Jesus Filho de Deus?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anjo Gabriel explicou a Maria a conceção milagrosa de Jesus. Jesus não teve pai humano. O seu Pai era Deus: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«Descerá sobre ti o Espírito Santo, e a virtude do Altíssimo te cobrirá com a sua sombra; pelo que também o Santo, que de ti há de nascer, será chamado Filho de Deus.»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Lucas 1:35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Jesus existiu pessoalmente antes do seu nascimento?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Os Cristadelfianos entendem a Bíblia como ensinando que Jesus não existiu pessoalmente antes da sua conceção e nascimento. Estava no propósito de Deus desde o princípio, porque Deus planeara a sua obra e a salvação muito antes de ele nascer. A Escritura pode falar de coisas no propósito de Deus como certas antes de acontecerem, porque aquilo que Deus determinou certamente acontecerá.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Conhecido antes de ser manifestado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1 Pedro 1:20 diz que Cristo foi «conhecido, ainda antes da fundação do mundo, mas manifestado nestes últimos tempos por amor de vós». Esta linguagem distingue o propósito anterior de Deus da manifestação histórica posterior de Jesus.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King James Version de Apocalipse 13:8 fala do «Cordeiro que foi morto desde a fundação do mundo». Jesus não foi literalmente morto na criação: Hebreus 9:26-28 coloca o seu sacrifício na história e diz que foi oferecido uma vez. Portanto, os Cristadelfianos entendem essa linguagem como descrevendo a certeza e o lugar central de Cristo no propósito de Deus, não uma vida pessoal antes do nascimento.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Jesus partilhou a nossa natureza humana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Porque Jesus nasceu de Maria, partilhou verdadeiramente a natureza humana. Hebreus sublinha isso repetidamente. Não era um homem pecador — nunca pecou — mas experimentou fraqueza humana, sofrimento, tentação e morte.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PASSAGEM</w:t>
            </w:r>
          </w:p>
        </w:tc>
        <w:tc>
          <w:tcPr>
            <w:tcW w:type="dxa" w:w="4975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ENSINA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Hebreus 2:14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Os filhos participam de carne e sangue; Jesus «também participou das mesmas coisas».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Hebreus 2:17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«Convinha que em tudo fosse semelhante aos irmãos.»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Hebreus 4:15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Foi «tentado em todas as coisas, à nossa semelhança, mas sem pecado».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Hebreus 5:7-8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Nos dias da sua carne orou com forte clamor e lágrimas e «aprendeu a obediência, por aquilo que padeceu».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Jesus morreu, mas Deus ressuscitou-o e deu-lhe vida imortal e gloriosa. Agora vive para sempre e regressará para reinar como o Rei designado por Deus.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Pai é maior do que o Filho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«O Filho por si mesmo não pode fazer coisa alguma, se o não vir fazer ao Pai.»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João 5:19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Jesus também disse: «meu Pai é maior do que eu» (João 14:28). Paulo escreve que «a cabeça de Cristo é Deus» (1 Coríntios 11:3). Estas passagens são centrais para o entendimento Cristadelfiano da relação entre Pai e Filho.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«Eu e o Pai somos um»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Jesus disse: «Eu e o Pai somos um» (João 10:30). Os Cristadelfianos entendem isto como unidade de propósito, obra e vontade, não identidade de pessoa. Na oração de João 17, Jesus usou linguagem semelhante ao pedir que os discípulos também fossem um: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«Para que todos sejam um, como tu, ó Pai, o és em mim, e eu em ti; que também eles sejam um em nós.»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João 17:21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Os discípulos não se tornaram literalmente uma pessoa. Portanto, a comparação mostra a profunda unidade que pode existir mantendo-se pessoas distintas.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Filho permanece sujeito ao Pai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«Então também o mesmo Filho se sujeitará àquele que todas as coisas lhe sujeitou, para que Deus seja tudo em todos.»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Coríntios 15:28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As próprias palavras de Jesus sobre a vida eterna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Na oração, Jesus dirigiu-se ao Pai como «o único Deus verdadeiro» e distinguiu-se como aquele que o Pai enviou (João 17:3). Os Cristadelfianos entendem esta como uma das declarações mais claras sobre a relação entre Deus e Cristo.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Porque os Cristadelfianos não aceitam a Trindade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maioria das igrejas cristãs históricas ensina a doutrina da Trindade: um Deus que existe como Pai, Filho e Espírito Santo. Os Cristadelfianos não aceitam esta doutrina porque não acreditam que a Bíblia ensine três pessoas coiguais e coeternas num só Deus. As palavras «Trindade» e «Deus Filho» não aparecem na Bíblia, enquanto a Escritura fala repetidamente de um só Deus, o Pai, e de Jesus como Filho de Deus.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É também importante descrever a história com precisão. A linguagem credal exata usada pelo cristianismo trinitário desenvolveu-se durante os séculos posteriores aos apóstolos. O Concílio de Niceia em 325 d.C. usou a expressão «da mesma substância» para definir a relação do Filho com o Pai, e o Concílio de Constantinopla em 381 d.C. ampliou o ensino do credo sobre o Espírito Santo. Cristãos trinitários veem estes concílios como expressão da verdade bíblica; os Cristadelfianos entendem que a formulação resultante vai além da linguagem e do ensino da Escritura.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E o Credo dos Apóstolos?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Credo dos Apóstolos não foi escrito diretamente pelos apóstolos. Desenvolveu-se ao longo do tempo a partir de declarações batismais primitivas de fé, com uma forma anterior frequentemente chamada Credo Romano Antigo. A sua redação conhecida começa falando de «Deus Pai Todo-Poderoso, Criador do céu e da terra» e depois de «Jesus Cristo, seu único Filho, nosso Senhor». Os Cristadelfianos concordam com esta distinção bíblica entre Pai e Filho, embora igrejas que usam o credo normalmente o interpretem dentro da teologia trinitária.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Manter clara a linguagem bíblica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LINGUAGEM BÍBLICA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REFERÊNCIA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ÊNFASE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«um só Deus, o Pai»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1 Coríntios 8:6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Deus é identificado como o Pai; Jesus é identificado no mesmo versículo como «um só Senhor, Jesus Cristo».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«o único Deus verdadeiro»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João 17:3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Jesus dirige-se ao Pai e distingue-se como aquele que o Pai enviou.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«Jesus Cristo homem»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1 Timóteo 2:5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Jesus é o único mediador entre o único Deus e a humanidade.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«o Filho de Deus»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João 20:31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Este é o título que o Evangelho pede aos leitores que creiam acerca de Jesus.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«meu Pai é maior do que eu»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João 14:28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Jesus reconhece explicitamente a posição superior do Pai.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1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Há um só Deus.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 Bíblia identifica repetidamente o único Deus e chama os crentes a amá-Lo e adorá-Lo somente.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2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Jesus Cristo é o Filho de Deus.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Foi concebido pelo poder de Deus e nasceu da virgem Maria. Deus é seu Pai.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3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Jesus estava no propósito de Deus desde o princípio.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Cristadelfianos entendem que a sua existência pessoal começou com a conceção e nascimento, embora Deus conhecesse e planeasse a sua obra antes.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4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Jesus partilhou verdadeiramente a natureza humana.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Participou de carne e sangue, experimentou tentação e sofrimento, mas permaneceu completamente sem pecado.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5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Pai e o Filho estão unidos mas são distintos.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Jesus faz perfeitamente a vontade do Pai, mas a Escritura diz que o Pai é maior e que o Filho está sujeito a Ele.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6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Os Cristadelfianos rejeitam a Trindade.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Entendem que a formulação credal posterior de três pessoas coiguais e coeternas vai além da linguagem bíblica acerca do único Deus, o Pai, e do Seu Filho Jesus Cristo.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Deuteronómio 6  •  Mateus 1:18-25  •  João 17  •  1 Coríntios 15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DECORAR  •  1 TIMÓTEO 2:5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«Porque há um só Deus, e um só mediador entre Deus e os homens, Jesus Cristo homem.»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Timóteo 2:5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Estudo adicional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Se quiser estudar este assunto com maior profundidade, peça ao seu tutor material adicional sobre o Pai e o Filho.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05" w:right="922" w:bottom="634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