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/>
          <w:b/>
          <w:i w:val="0"/>
          <w:color w:val="1F4E79"/>
          <w:sz w:val="20"/>
        </w:rPr>
        <w:t>LIÇÃO 17</w:t>
      </w:r>
    </w:p>
    <w:p>
      <w:pPr>
        <w:jc w:val="center"/>
      </w:pPr>
      <w:r>
        <w:rPr>
          <w:rFonts w:ascii="Aptos" w:hAnsi="Aptos"/>
          <w:b/>
          <w:i w:val="0"/>
          <w:color w:val="1F4E79"/>
          <w:sz w:val="35"/>
        </w:rPr>
        <w:t>A Vida de Jesus</w:t>
      </w:r>
    </w:p>
    <w:p>
      <w:pPr>
        <w:spacing w:after="80"/>
        <w:jc w:val="center"/>
      </w:pPr>
      <w:r>
        <w:rPr>
          <w:rFonts w:ascii="Aptos" w:hAnsi="Aptos"/>
          <w:b/>
          <w:i w:val="0"/>
          <w:color w:val="333333"/>
          <w:sz w:val="19"/>
        </w:rPr>
        <w:t>LEITURA  •  LUCAS 2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 Filho de Deus entra no mundo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Os Evangelhos apresentam Jesus como o Filho de Deus, nascido da virgem Maria pelo poder do Espírito Santo. Esta lição acompanha a sua vida desde o nascimento milagroso e o batismo até ao ensino, milagres, oração e preparação para a morte. Em tudo, Jesus é apresentado como completamente obediente ao Pai e inteiramente sem pecado.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 nascimento de Jesus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Maria foi informada de que o menino que teria se chamaria Jesus e seria chamado Filho do Altíssimo. Quando perguntou como isso poderia acontecer, o anjo explicou que o poder de Deus, o Espírito Santo, faria acontecer a conceção. Não houve pai humano.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«Este será grande, e será chamado Filho do Altíssimo; e o Senhor Deus lhe dará o trono de David, seu pai.»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Lucas 1:32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Mateus 1-2 e Lucas 1-2 descrevem a conceção e o nascimento de Jesus. Os Cristadelfianos entendem estes relatos como ensinando que a vida pessoal de Jesus começou com a sua conceção e nascimento, embora o seu lugar no propósito de Deus tivesse sido determinado antecipadamente.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 batismo de Jesus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Os Evangelhos dizem pouco acerca de Jesus entre a infância e o começo da sua obra pública. Quando tinha cerca de trinta anos, foi ter com João Batista ao rio Jordão e foi batizado. Marcos regista que Jesus «subiu da água» (Marcos 1:10). O seu batismo não foi confissão de pecado pessoal — Jesus era sem pecado — mas um ato de obediência no início do seu ministério.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«E eis que uma voz dos céus dizia: Este é o meu Filho amado, em quem me comprazo.»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Mateus 3:17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D9EAF7"/>
          </w:tcPr>
          <w:p>
            <w:pPr>
              <w:spacing w:after="8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O Espírito Santo dado a Jesus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8"/>
              </w:rPr>
              <w:t>No seu batismo, o Espírito de Deus desceu sobre Jesus. Começou então a obra para a qual o Pai o enviara: pregar o Evangelho do Reino, curar os doentes e chamar as pessoas ao arrependimento e à fé.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Tentado no deserto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Logo depois do batismo, Jesus foi conduzido ao deserto, onde foi tentado. Lucas descreve três tentações: transformar pedra em pão, receber os reinos do mundo adorando o diabo, e lançar-se do pináculo do templo.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«E disse-lhe o diabo: Se tu és o Filho de Deus, manda a esta pedra que se transforme em pão.»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Lucas 4:3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De cada vez Jesus respondeu com a Escritura. Recusou usar o poder de Deus para si próprio ou procurar glória por qualquer caminho que não fosse a obediência ao Pai.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 que significa o «diabo» na tentação?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Os Cristadelfianos não entendem o diabo de Lucas 4 como um ser maligno sobrenatural. Entendem a linguagem como uma personificação viva da tentação que surge dentro da natureza humana. As tentações eram reais: Jesus podia sentir a sua força, mas nunca consentiu ao pecado.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«Mas cada um é tentado, quando atraído e engodado pela sua própria concupiscência.»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Tiago 1:14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«Porque não temos um sumo sacerdote que não possa compadecer-se das nossas fraquezas; porém um que, como nós, em tudo foi tentado, mas sem pecado.»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Hebreus 4:15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linguagem das tentações também merece reflexão cuidadosa. Lucas diz que todos os reinos do mundo foram mostrados a Jesus «num momento de tempo» (Lucas 4:5), e a tentação no templo apresenta uma prova mental dramática: iria ele obrigar Deus a demonstrar proteção? Os Cristadelfianos veem assim o relato como a apresentação do conflito na mente de Jesus na linguagem poderosa de diálogo com «o diabo».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D9EAF7"/>
          </w:tcPr>
          <w:p>
            <w:pPr>
              <w:spacing w:after="8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O ponto das tentações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8"/>
              </w:rPr>
              <w:t>Jesus sabia que era Filho de Deus e que o Reino acabaria por ser seu. Sabia também que o caminho designado por Deus envolvia obediência, sofrimento e morte antes da glória. Rejeitou todos os atalhos.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Jesus partilhou verdadeiramente a natureza humana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Jesus tinha Deus como Pai e Maria como mãe. Durante a sua vida mortal partilhou realmente a natureza humana. Podia ter fome, cansar-se, sofrer, ser tentado e morrer. Contudo, ao contrário de todos os outros seres humanos, nunca pecou.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PASSAGEM</w:t>
            </w:r>
          </w:p>
        </w:tc>
        <w:tc>
          <w:tcPr>
            <w:tcW w:type="dxa" w:w="5032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O QUE MOSTRA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Hebreus 2:14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Jesus «também participou das mesmas coisas», carne e sangue.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Hebreus 2:17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Foi feito semelhante aos seus irmãos «em tudo».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Hebreus 4:15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Foi tentado como nós, «mas sem pecado».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Hebreus 2:9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Foi feito «um pouco menor do que os anjos» e provou a morte por todos.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1 Timóteo 2:5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A Escritura chama-lhe «Jesus Cristo homem».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Depois da morte, Deus ressuscitou Jesus e deu-lhe vida imortal e gloriosa. Filipenses 2:9-11 descreve a posição exaltada que Deus lhe deu.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 ministério de Jesus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Depois do deserto, Jesus percorreu cidades e aldeias proclamando o Evangelho do Reino de Deus. Lucas resume a sua obra assim: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«Andava de cidade em cidade e de aldeia em aldeia, pregando e anunciando o evangelho do reino de Deus; e os doze iam com ele.»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Lucas 8:1 (excerto)  •  King James Version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Ensinar as pessoas a viver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Mateus 5-7, normalmente chamado Sermão do Monte, contém alguns dos ensinos mais conhecidos de Jesus. Começa com as Bem-aventuranças e continuamente desloca a atenção da aparência exterior para os motivos do coração.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55"/>
        <w:gridCol w:w="3355"/>
        <w:gridCol w:w="3355"/>
      </w:tblGrid>
      <w:tr>
        <w:trPr>
          <w:cantSplit/>
        </w:trPr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4"/>
              </w:rPr>
              <w:t>ENSINO</w:t>
            </w:r>
          </w:p>
        </w:tc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4"/>
              </w:rPr>
              <w:t>PASSAGEM</w:t>
            </w:r>
          </w:p>
        </w:tc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4"/>
              </w:rPr>
              <w:t>ÊNFASE PRÁTICA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«Bem-aventurados os pobres de espírito»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Mateus 5:3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Humildade diante de Deus e dependência d'Ele.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«Bem-aventurados os mansos»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Mateus 5:5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Aos mansos é prometida herança na terra.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Amai os vossos inimigos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Mateus 5:44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Fazer o bem mesmo quando outros se opõem ou nos tratam mal.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Pureza do coração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Mateus 5:27-28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Não evitar apenas o adultério exterior; resistir a pensamentos de desejo errado.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Dar e orar sinceramente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Mateus 6:1-18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Não praticar religião apenas para ser visto por outras pessoas.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Confiar em Deus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Mateus 6:25-34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Não ser governado pela ansiedade; buscar primeiro o Reino de Deus.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Julgar corretamente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Mateus 7:1-5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Evitar julgamento hipócrita e presunçoso; examinar primeiro a si mesmo.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«Venha o teu reino. Seja feita a tua vontade, assim na terra como no céu.»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Mateus 6:10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expressão «reino dos céus» em Mateus não significa que o Reino prometido esteja localizado no céu. Jesus também ensinou que os mansos herdariam a terra e mandou os discípulos orar para que a vontade de Deus fosse feita na terra como no céu.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Ensino por parábolas e profecia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Jesus ensinou muitas vezes por parábolas — histórias simples com profundas lições espirituais. Mateus 13 contém várias parábolas acerca do Reino de Deus. Lucas 15 regista a ovelha perdida, a moeda perdida e o filho perdido, mostrando o cuidado de Deus por quem está perdido e a alegria que acompanha o arrependimento.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Jesus também falou profeticamente. Em Mateus 24 respondeu a perguntas sobre a destruição de Jerusalém e o seu futuro regresso. O seu ensino dirigia repetidamente os ouvintes para o Reino vindouro e para a necessidade de estarem preparados.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Os milagres de Jesus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Os Evangelhos registam muitos milagres. Jesus curou doentes, deu vista aos cegos, fez andar os coxos e até ressuscitou mortos. Alimentou multidões, acalmou tempestades, caminhou sobre o mar e transformou água em vinho. Estas obras eram sinais da autoridade e poder que Deus lhe dera e revelavam também a sua compaixão.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D9EAF7"/>
          </w:tcPr>
          <w:p>
            <w:pPr>
              <w:spacing w:after="8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Poder usado para servir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8"/>
              </w:rPr>
              <w:t>Jesus nunca usou o poder de Deus apenas para impressionar pessoas ou facilitar a sua própria vida. Os milagres apoiavam o seu ensino, ajudavam os que sofriam e davam sinais das futuras bênçãos do Reino de Deus.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Uma vida de humildade e serviço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Embora fosse o Filho de Deus, Jesus não procurou riqueza nem estatuto. Viveu de modo simples e serviu os outros.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«As raposas têm covis, e as aves do céu ninhos, mas o Filho do homem não tem onde reclinar a cabeça.»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Lucas 9:58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Na noite anterior à morte lavou os pés dos discípulos, assumindo o lugar de servo. Toda a sua vida mostrou que a verdadeira grandeza diante de Deus se exprime em serviço humilde.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Uma vida de oração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Jesus dependia do Pai e orava frequentemente. Antes de escolher os doze apóstolos passou a noite em oração (Lucas 6:12-13). Ensinou os discípulos a não orar para mostrar aos outros, mas sinceramente ao Pai em secreto (Mateus 6:5-6).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A transfiguração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Lucas 9:28-36 descreve a transfiguração. Pedro, Tiago e João viram Jesus em glória, com Moisés e Elias. Falaram acerca da «partida» que ele cumpriria em Jerusalém. A visão deu um antegosto da glória do Reino enquanto Jesus avançava firmemente para o sofrimento e a morte.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Voltou o rosto para Jerusalém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Jesus sabia pela Escritura que sofreria e morreria. Salmo 22, Salmo 69 e Isaías 53 contêm profecias que os cristãos entendem em relação aos seus sofrimentos. Jesus disse repetidamente aos discípulos que seria morto e ressuscitaria (por exemplo Lucas 9:22). Não se desviou do caminho designado pelo Pai.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«E aconteceu que, completando-se os dias para a sua assunção, manifestou o firme propósito de ir a Jerusalém.»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Lucas 9:51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perspetiva da morte causou-lhe profunda angústia, como mostra mais tarde o Getsémani, mas submeteu-se voluntariamente à vontade do Pai. Permaneceu sem pecado e deixou aos discípulos exemplo de fiel negação de si mesmo.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Seguir o exemplo de Jesus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vida de Jesus não é apenas algo para admirar. Chamou homens e mulheres a segui-lo. Isso significa aprender o seu ensino, confiar no Pai, resistir ao pecado, servir os outros e aceitar o custo do discipulado.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«Se alguém quer vir após mim, negue-se a si mesmo, tome cada dia a sua cruz e siga-me.»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Lucas 9:23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Neste versículo, a «cruz» é uma figura para aceitar negação de si mesmo, sofrimento e obediência ao seguir Cristo. Não é um objeto religioso a ser adorado ou exibido.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Um guia breve da vida e ministério de Jesus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55"/>
        <w:gridCol w:w="3355"/>
        <w:gridCol w:w="3355"/>
      </w:tblGrid>
      <w:tr>
        <w:trPr>
          <w:cantSplit/>
        </w:trPr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ETAPA</w:t>
            </w:r>
          </w:p>
        </w:tc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PASSAGENS PRINCIPAIS</w:t>
            </w:r>
          </w:p>
        </w:tc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O QUE NOTAR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Nascimento e infância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Mateus 1-2; Lucas 1-2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Conceção milagrosa; Filho de Deus; herdeiro prometido do trono de David.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Batismo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Mateus 3; Marcos 1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Deus identifica Jesus como Seu Filho amado; o Espírito é-lhe dado.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Tentação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Mateus 4; Lucas 4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Tentação real resistida pela confiança na Escritura e obediência a Deus.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Ensino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Mateus 5-7; 13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Reino de Deus, arrependimento, fé e vida transformada.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Milagres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Os quatro Evangelhos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Poder de Deus usado com compaixão e como sinais que confirmam a mensagem.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Viagem para Jerusalém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Lucas 9 em diante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Jesus avança conscientemente para sofrimento, morte e ressurreição.</w:t>
            </w:r>
          </w:p>
        </w:tc>
      </w:tr>
    </w:tbl>
    <w:p>
      <w:pPr>
        <w:keepNext/>
        <w:pageBreakBefore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1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Jesus é o Filho de Deus.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Foi concebido pelo poder do Espírito Santo e nasceu da virgem Maria.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2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Jesus foi batizado e recebeu o Espírito Santo.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Deus declarou-o Seu Filho amado, e começou o seu ministério público.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3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Jesus foi verdadeiramente tentado mas nunca pecou.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Os Cristadelfianos entendem o «diabo» da tentação no deserto como personificação do impulso interior da tentação e do pecado.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4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Jesus partilhou verdadeiramente a natureza humana.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Experimentou fome, cansaço, sofrimento e morte, mas permaneceu completamente obediente a Deus.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5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O seu ensino centrou-se no Reino de Deus e numa vida fiel.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Ensinou humildade, amor, pureza, oração, confiança, arrependimento e preparação para o Reino.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6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Os seus milagres mostraram o poder e a compaixão de Deus.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Ajudaram pessoas necessitadas e confirmaram a autoridade da sua mensagem.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7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Jesus avançou voluntariamente para sofrimento e morte.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Sabia o que o esperava, permaneceu fiel e chamou os discípulos a seguir o seu exemplo.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Capítulos para ler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Mateus 5, 6 e 7  •  Lucas 9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DECORAR  •  LUCAS 1:32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«Este será grande, e será chamado Filho do Altíssimo; e o Senhor Deus lhe dará o trono de David, seu pai.»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Lucas 1:32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662" w:right="922" w:bottom="691" w:left="9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333333"/>
        <w:sz w:val="15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i w:val="0"/>
        <w:color w:val="1F4E79"/>
        <w:sz w:val="16"/>
      </w:rPr>
      <w:t>CURSO BÍBLICO POR CORRESPONDÊNCIA CRISTADELFIANO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