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/>
          <w:b/>
          <w:i w:val="0"/>
          <w:color w:val="1F4E79"/>
          <w:sz w:val="21"/>
        </w:rPr>
        <w:t>LIÇÃO 25</w:t>
      </w:r>
    </w:p>
    <w:p>
      <w:pPr>
        <w:spacing w:after="40"/>
        <w:jc w:val="center"/>
      </w:pPr>
      <w:r>
        <w:rPr>
          <w:rFonts w:ascii="Aptos" w:hAnsi="Aptos" w:eastAsia="Aptos"/>
          <w:b/>
          <w:i w:val="0"/>
          <w:color w:val="1F4E79"/>
          <w:sz w:val="38"/>
        </w:rPr>
        <w:t>A Ressurreição dos Mortos</w:t>
      </w:r>
    </w:p>
    <w:p>
      <w:pPr>
        <w:spacing w:after="100"/>
        <w:jc w:val="center"/>
      </w:pPr>
      <w:r>
        <w:rPr>
          <w:rFonts w:ascii="Aptos" w:hAnsi="Aptos" w:eastAsia="Aptos"/>
          <w:b/>
          <w:i w:val="0"/>
          <w:color w:val="333333"/>
          <w:sz w:val="20"/>
        </w:rPr>
        <w:t>LEITURA  •  1 CORÍNTIOS 15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O que significa ressurreição?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Ressurreição significa ser levantado da morte para viver novamente. A esperança cristã está fundada no facto de Deus ter ressuscitado o Senhor Jesus Cristo dentre os mortos.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Jesus foi ressuscitado corporalmente dentre os mortos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Depois da sua ressurreição, Jesus apareceu aos discípulos. A princípio ficaram assustados e pensaram estar a ver um espírito. Jesus mostrou-lhes deliberadamente que estava verdadeiramente vivo e presente em corpo.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«Vede as minhas mãos e os meus pés, que sou eu mesmo; apalpai-me e vede, pois um espírito não tem carne nem ossos, como vedes que eu tenho.»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Lucas 24:39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Lucas continua dizendo que Jesus lhes mostrou as mãos e os pés, pediu comida e comeu na presença deles (Lucas 24:40-43). A ressurreição não foi apenas a sobrevivência de um espírito invisível. Deus trouxera Jesus de volta dentre os mortos.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«Eu sou o que vivo e fui morto, mas eis aqui estou vivo para todo o sempre. Amém. E tenho as chaves da morte e do inferno.»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Apocalipse 1:18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Jesus tem poder para ressuscitar os mortos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figura de possuir «as chaves» significa autoridade para abrir aquilo que está fechado. Jesus recebeu do Pai autoridade sobre a morte e a sepultura. João 5 descreve essa autoridade claramente: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«Pois, assim como o Pai ressuscita os mortos e os vivifica, assim também o Filho vivifica aqueles que quer.»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João 5:21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palavra antiga «vivifica» significa «faz viver». O poder da ressurreição pertence a Deus, e Ele confiou esta obra ao Seu Filho.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Abraão recebeu promessa de vida para além da sepultura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Deus prometeu a Abraão a terra que podia ver, dizendo que seria dada a ele e à sua descendência «para sempre» (Génesis 13:15). No entanto, Abraão morreu sem receber a promessa em toda a sua plenitude. Para que a promessa de Deus se cumpra, Abraão precisa de viver de novo.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14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Uma promessa que exige ressurreição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9"/>
              </w:rPr>
              <w:t>As promessas a Abraão não são promessas de uma alma imortal a viver no céu. Dizem respeito à herança da terra e, portanto, exigem que Abraão seja ressuscitado dentre os mortos.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O próprio Jesus usou as palavras de Deus acerca de Abraão, Isaque e Jacó para ensinar a realidade da ressurreição (Mateus 22:31-32). Também falou de Abraão, Isaque e Jacó sendo vistos no Reino de Deus (Lucas 13:28).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Uma esperança partilhada pelos fiéis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Hebreus 11 descreve homens e mulheres que confiaram em Deus, mas morreram antes de as promessas se cumprirem. A fé deles olhava para o que Deus ainda faria.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«Todos estes morreram na fé, sem terem recebido as promessas; mas, vendo-as de longe, e crendo-as, e abraçando-as...»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Hebreus 11:13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No fim do capítulo lemos que estes fiéis «não alcançaram a promessa», porque Deus determinou um cumprimento futuro no qual os Seus servos fiéis são aperfeiçoados juntos (Hebreus 11:39-40).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14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A morte descrita como sono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9"/>
              </w:rPr>
              <w:t>O Novo Testamento fala muitas vezes de pessoas fiéis que morreram como estando «adormecidas». A figura é apropriada porque o sono é inconsciente e temporário, e Deus pode despertar os mortos pela ressurreição.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Marta compreendia a esperança da ressurreição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Jesus tinha amigos próximos em Betânia: Lázaro e as suas irmãs Marta e Maria. Quando Lázaro morreu, Jesus foi ter com elas. Marta já compreendia que haveria uma ressurreição futura.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«Disse-lhe Jesus: Teu irmão há de ressuscitar. Disse-lhe Marta: Eu sei que há de ressuscitar na ressurreição do último dia.»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João 11:23-24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Jesus declarou então: «Eu sou a ressurreição e a vida» (João 11:25) e demonstrou o poder que Deus lhe dera chamando Lázaro do túmulo. Lázaro foi restaurado à vida mortal; não recebeu então a imortalidade. A esperança maior continua a ser a ressurreição no último dia e, para os aceites por Cristo, a dádiva da vida eterna.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Algo melhor do que a nossa vida presente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«Nunca mais terão fome, nunca mais terão sede... e Deus limpará de seus olhos toda a lágrima.»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Apocalipse 7:16-17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Jesus também ensinou que os considerados dignos da vida da ressurreição «nem casam nem são dados em casamento», mas são «como os anjos que estão nos céus» (Marcos 12:25).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Quando acontecerá a ressurreição?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O Novo Testamento liga a ressurreição do povo de Cristo ao seu regresso. Paulo apresenta a ordem claramente em 1 Coríntios 15: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«Mas agora Cristo ressuscitou dos mortos e foi feito as primícias dos que dormem... Porque, assim como todos morrem em Adão, assim também todos serão vivificados em Cristo... Cristo, as primícias; depois os que são de Cristo, na sua vinda.»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Coríntios 15:20, 22-23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Cristo é as «primícias»: a sua ressurreição é a garantia de que outros se seguirão. Os que lhe pertencem serão ressuscitados na sua vinda.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O corpo da ressurreição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Paulo pergunta: «Como ressuscitarão os mortos? E com que corpo virão?» (1 Coríntios 15:35). A resposta é que Deus dá um corpo segundo o Seu propósito. Aos fiéis não é prometida existência como espíritos sem corpo; é-lhes prometida ressurreição e transformação.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A NOSSA CONDIÇÃO PRESENTE</w:t>
            </w:r>
          </w:p>
        </w:tc>
        <w:tc>
          <w:tcPr>
            <w:tcW w:type="dxa" w:w="4946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A MUDANÇA PROMETIDA</w:t>
            </w:r>
          </w:p>
        </w:tc>
      </w:tr>
      <w:tr>
        <w:trPr>
          <w:cantSplit/>
        </w:trPr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Mortal</w:t>
            </w:r>
          </w:p>
        </w:tc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Imortalidade</w:t>
            </w:r>
          </w:p>
        </w:tc>
      </w:tr>
      <w:tr>
        <w:trPr>
          <w:cantSplit/>
        </w:trPr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Corruptível</w:t>
            </w:r>
          </w:p>
        </w:tc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Incorruptibilidade</w:t>
            </w:r>
          </w:p>
        </w:tc>
      </w:tr>
      <w:tr>
        <w:trPr>
          <w:cantSplit/>
        </w:trPr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Fraqueza</w:t>
            </w:r>
          </w:p>
        </w:tc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Poder</w:t>
            </w:r>
          </w:p>
        </w:tc>
      </w:tr>
      <w:tr>
        <w:trPr>
          <w:cantSplit/>
        </w:trPr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Corpo natural</w:t>
            </w:r>
          </w:p>
        </w:tc>
        <w:tc>
          <w:tcPr>
            <w:tcW w:type="dxa" w:w="4946"/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Corpo espiritual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convém que isto que é corruptível se revista da incorruptibilidade, e que isto que é mortal se revista da imortalidade.»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Coríntios 15:53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Alguns crentes ainda estarão vivos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Nem todo discípulo estará na sepultura quando o Senhor voltar. Paulo explica que os mortos em Cristo ressuscitarão primeiro e que os crentes vivos serão depois reunidos com eles.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o mesmo Senhor descerá do céu com alarido, e com voz de arcanjo, e com a trombeta de Deus; e os que morreram em Cristo ressuscitarão primeiro.»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Tessalonicenses 4:16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O versículo seguinte diz que os vivos e os ressuscitados serão «arrebatados juntamente... nas nuvens, a encontrar o Senhor nos ares». A ênfase não é que permaneçam no céu, mas que encontrem o Senhor que regressa e «assim estaremos sempre com o Senhor» (1 Tessalonicenses 4:17).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14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A esperança central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9"/>
              </w:rPr>
              <w:t>A esperança da ressurreição está centrada no regresso do Senhor Jesus: os mortos são ressuscitados, os discípulos vivos são reunidos e os que forem aceites recebem com ele vida eterna no Reino de Deus.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Ressurreição, não uma alma imortal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Muitas tradições religiosas ensinam que a pessoa possui uma alma imortal que vai conscientemente para o céu ao morrer. Este curso bíblico já mostrou um padrão diferente: os mortos estão inconscientes, e a esperança do crente é a ressurreição quando Cristo voltar. Se os fiéis já estivessem a desfrutar da recompensa final no céu, a repetida ênfase do Novo Testamento na ressurreição à vinda de Cristo perderia a sua força.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«Não vos maravilheis disto; porque vem a hora em que todos os que estão nos sepulcros ouvirão a sua voz, e sairão.»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João 5:28-29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A ressurreição é seguida pelo juízo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Ressurreição não é o mesmo que receber vida eterna. Jesus ensina que os trazidos perante ele serão julgados. João 5:29 fala tanto da «ressurreição da vida» como da «ressurreição da condenação». A próxima lição considera o juízo em mais pormenor.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14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Uma distinção importante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9"/>
              </w:rPr>
              <w:t>Ser levantado dentre os mortos coloca a pessoa diante de Cristo. A imortalidade é a dádiva dada àqueles que ele aceita; a ressurreição em si não é automaticamente a recompensa.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Quem é responsável perante o juízo?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lição original afirma que os que ouviram o Evangelho serão trazidos perante Cristo. A Escritura ensina claramente responsabilidade e juízo, mas a questão detalhada de quem é responsável pela ressurreição e pelo juízo exige considerar vários textos em conjunto. A Lição 26 examinará isto com mais cuidado.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Porque a ressurreição importa agora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Paulo não trata a ressurreição como doutrina abstrata. Termina 1 Coríntios 15 mostrando o que ela deve produzir na nossa vida. Porque a promessa de Deus é certa, os discípulos têm razão para permanecer firmes e ativos no Seu serviço.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«Portanto, meus amados irmãos, sede firmes e constantes, sempre abundantes na obra do Senhor, sabendo que o vosso trabalho não é vão no Senhor.»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Coríntios 15:58  •  King James Version</w:t>
            </w:r>
          </w:p>
        </w:tc>
      </w:tr>
    </w:tbl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esperança da ressurreição dá significado ao trabalho fiel agora. O que é feito no Senhor não é desperdiçado, porque a morte não terá a palavra final.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A esperança da ressurreição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A esperança bíblica é maravilhosamente concreta. Jesus morreu realmente e ressuscitou realmente. Está vivo para sempre. Deus determinou que ele volte, ressuscite os mortos, julgue e dê imortalidade aos que forem aceites. Para os discípulos, portanto, a morte não é o fim. A esperança não é uma alma imortal a escapar para o céu; é que o mesmo Deus que ressuscitou Jesus ressuscite os que lhe pertencem e lhes dê vida no Seu Reino.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14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Cristo, as primícias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9"/>
              </w:rPr>
              <w:t>A ressurreição de Jesus é ao mesmo tempo o fundamento e a garantia da esperança cristã. Cristo ressuscitou primeiro; os que são dele seguir-se-ão «na sua vinda» (1 Coríntios 15:23).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Jesus foi ressuscitado corporalmente.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Os discípulos viram, tocaram e comeram com o Senhor Jesus ressuscitado. Ele vive para sempre.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Deus deu a Jesus autoridade sobre a morte.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 Filho recebeu poder para ressuscitar os mortos.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As promessas exigem ressurreição.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Abraão e outros fiéis morreram sem receber plenamente as promessas.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A ressurreição acontece na vinda de Cristo.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Paulo diz que os que são de Cristo serão vivificados no seu regresso.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Os fiéis serão transformados.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Mortalidade e corrupção darão lugar a imortalidade e incorruptibilidade para os aceites.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6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Os crentes vivos também serão reunidos.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Os que estiverem vivos na volta de Cristo serão reunidos com os ressuscitados.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7</w:t>
            </w:r>
          </w:p>
        </w:tc>
        <w:tc>
          <w:tcPr>
            <w:tcW w:type="dxa" w:w="4946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A ressurreição conduz ao juízo.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Cristo julgará; a vida eterna é dada àqueles que ele aceita.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Capítulos para ler</w:t>
      </w:r>
    </w:p>
    <w:p>
      <w:pPr>
        <w:spacing w:after="44" w:line="240" w:lineRule="auto"/>
      </w:pPr>
      <w:r>
        <w:rPr>
          <w:rFonts w:ascii="Aptos" w:hAnsi="Aptos" w:eastAsia="Aptos"/>
          <w:b w:val="0"/>
          <w:i w:val="0"/>
          <w:sz w:val="20"/>
        </w:rPr>
        <w:t>1 Tessalonicenses 4  •  Hebreus 11  •  João 11  •  Mateus 22:23-33</w:t>
      </w:r>
    </w:p>
    <w:p>
      <w:pPr>
        <w:keepNext/>
        <w:spacing w:before="80" w:after="30"/>
      </w:pPr>
      <w:r>
        <w:rPr>
          <w:rFonts w:ascii="Aptos" w:hAnsi="Aptos" w:eastAsia="Aptos"/>
          <w:b/>
          <w:i w:val="0"/>
          <w:color w:val="1F4E79"/>
          <w:sz w:val="25"/>
        </w:rPr>
        <w:t>DECORAR  •  JOÃO 5:28-29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14"/>
            </w:pPr>
            <w:r>
              <w:rPr>
                <w:rFonts w:ascii="Aptos" w:hAnsi="Aptos" w:eastAsia="Aptos"/>
                <w:b w:val="0"/>
                <w:i/>
                <w:sz w:val="19"/>
              </w:rPr>
              <w:t>«Não vos maravilheis disto; porque vem a hora em que todos os que estão nos sepulcros ouvirão a sua voz. E os que fizeram o bem sairão para a ressurreição da vida; e os que fizeram o mal, para a ressurreição da condenação.»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João 5:28-29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1008" w:bottom="80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eastAsia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