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/>
          <w:b/>
          <w:i w:val="0"/>
          <w:color w:val="1F4E79"/>
          <w:sz w:val="21"/>
        </w:rPr>
        <w:t>LIÇÃO 27</w:t>
      </w:r>
    </w:p>
    <w:p>
      <w:pPr>
        <w:spacing w:after="40"/>
        <w:jc w:val="center"/>
      </w:pPr>
      <w:r>
        <w:rPr>
          <w:rFonts w:ascii="Aptos" w:hAnsi="Aptos" w:eastAsia="Aptos"/>
          <w:b/>
          <w:i w:val="0"/>
          <w:color w:val="1F4E79"/>
          <w:sz w:val="38"/>
        </w:rPr>
        <w:t>Vida Eterna</w:t>
      </w:r>
    </w:p>
    <w:p>
      <w:pPr>
        <w:spacing w:after="100"/>
        <w:jc w:val="center"/>
      </w:pPr>
      <w:r>
        <w:rPr>
          <w:rFonts w:ascii="Aptos" w:hAnsi="Aptos" w:eastAsia="Aptos"/>
          <w:b/>
          <w:i w:val="0"/>
          <w:color w:val="333333"/>
          <w:sz w:val="20"/>
        </w:rPr>
        <w:t>LEITURA  •  JOÃO 3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 Evangelho oferece vida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vida humana é mortal e termina na morte. A maravilhosa mensagem do Evangelho é que Deus oferece vida eterna através do Seu Filho, o Senhor Jesus Cristo. É uma dádiva da graça, não algo que qualquer de nós possa ganhar.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 homem mortal e a esperança da imortalidade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Adão foi formado do pó da terra e recebeu de Deus o fôlego de vida. Quando Adão e Eva pecaram, a morte entrou na experiência humana. Os descendentes deles partilham natureza mortal, e todos nós também pecamos. Como Paulo diz, «a morte passou a todos os homens, por isso que todos pecaram» (Romanos 5:12). Jesus foi diferente num ponto vital: embora partilhasse a nossa natureza humana mortal, nunca pecou. Deus ressuscitou-o dentre os mortos, e ele agora já não morre.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«Sabendo que, havendo Cristo ressuscitado dos mortos, já não morre; a morte não mais terá domínio sobre ele.»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6:9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Deus é a fonte da vida imortal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Escritura descreve Deus como possuindo imortalidade em Si mesmo. Paulo fala do Todo-Poderoso como Aquele «que só tem a imortalidade». Isto não significa que nenhum outro ser possa viver para sempre; significa que só Deus é inerentemente imortal e é a fonte da vida para todos os outros.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«Aquele que tem, ele só, a imortalidade, e habita na luz inacessível; a quem nenhum dos homens viu nem pode ver; ao qual seja honra e poder sempiterno. Amém.»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Timóteo 6:16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 Senhor Jesus recebeu vida além do poder da morte, e Jesus diz que os considerados dignos da ressurreição «já não podem morrer» e são iguais aos anjos (Lucas 20:36).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Vida e imortalidade trazidas à luz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que é manifesta agora pela aparição de nosso Salvador Jesus Cristo, o qual aboliu a morte e trouxe à luz a vida e a incorrupção pelo evangelho.»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2 Timóteo 1:10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morte ainda existe no mundo, portanto «aboliu a morte» não significa que ninguém morra agora. Pela ressurreição de Cristo, porém, a morte foi vencida em princípio, e Deus revelou o caminho pelo qual homens e mulheres fiéis podem finalmente ser libertos dela.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 vida eterna não pode ser ganha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o salário do pecado é a morte, mas o dom gratuito de Deus é a vida eterna, por Cristo Jesus nosso Senhor.»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6:23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Salário é algo que se ganha. Dádiva é algo que se recebe. A vida eterna é dádiva de Deus através de Cristo. Nenhuma quantidade de boas obras pode colocar Deus em dívida connosco ou fazer-nos merecer a imortalidade. No entanto, receber uma dádiva não significa que a nossa resposta seja sem importância. Deus chama-nos a crer nEle, arrepender-nos, ser batizados e seguir o Seu Filho. A obediência não compra a salvação; é a resposta da fé à graça de Deus.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Procurando a vida que Deus oferece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«O qual recompensará cada um segundo as suas obras: a vida eterna aos que, com perseverança em fazer bem, procuram glória, honra e incorrupção.»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2:6-7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Paulo não diz que bom comportamento ganha vida eterna. Ele descreve a direção de uma vida fiel: os que confiam em Deus procuram o que Ele prometeu e perseveram no caminho que Ele ordenou.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«Eterna» e «sempiterna»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lição original tentou fazer uma distinção rígida entre «vida eterna» e «vida sempiterna». Essa distinção não é necessária. Na King James Version, ambas as expressões são usadas para a vida duradoura que Deus dá através de Cristo. O contraste importante é entre a nossa vida mortal presente e a vida que nunca terminará.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Uma definição simples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Vida eterna é vida além do poder da morte — vida recebida de Deus, vivida em justiça e harmonia com Ele, e nunca encerrada pela mortalidade.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Quando será dada a vida eterna?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Escritura liga a dádiva da imortalidade à ressurreição, ao juízo e ao regresso de Jesus. Daniel aguardava um despertar futuro do pó: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muitos dos que dormem no pó da terra ressuscitarão, uns para a vida eterna, e outros para vergonha e desprezo eterno.»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Daniel 12:2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«Não vos maravilheis disto; porque vem a hora em que todos os que estão nos sepulcros ouvirão a sua voz, e sairão; os que fizeram o bem, para a ressurreição da vida; e os que fizeram o mal, para a ressurreição da condenação.»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5:28-29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Como explicaram as Lições 25 e 26, a ressurreição é seguida pelo juízo. Os fiéis são então transformados e recebem imortalidade.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Os fiéis de épocas anteriores partilhavam esta esperança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Abraão, Sara, Isaque, Jacó, David e muitos outros servos de Deus morreram sem receber o cumprimento final das promessas. Pela fé aguardavam o que Deus ainda faria.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«Todos estes morreram na fé, sem terem recebido as promessas; mas, vendo-as de longe, e crendo-as...»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Hebreus 11:13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Os apóstolos esperavam a mesma dádiva. Paulo escreveu da «esperança da vida eterna» (Tito 1:2), e João escreveu: «esta é a promessa que ele nos fez: a vida eterna» (1 João 2:25). A esperança é uma só, centrada no propósito de Deus através de Cristo.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 que significa um corpo imortal?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Bíblia não responde a todas as perguntas que poderíamos fazer sobre a vida imortal, mas diz o suficiente para mostrar que a esperança da ressurreição é real e corporal. Depois da ressurreição, Jesus era reconhecível, podia ser tocado e comeu com os discípulos.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«Vede as minhas mãos e os meus pés, que sou eu mesmo; apalpai-me e vede, pois um espírito não tem carne nem ossos, como vedes que eu tenho.»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Lucas 24:39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Não devemos construir mais doutrina sobre a expressão «carne e ossos» do que a própria Escritura dá. O versículo prova que o Jesus ressuscitado não era um fantasma imaterial; por si só não nos diz todos os detalhes da constituição física de um corpo imortal.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Da mortalidade para a imortalidade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«Semeia-se corpo animal, ressuscitará corpo espiritual. Se há corpo animal, há também corpo espiritual.»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15:44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convém que isto que é corruptível se revista da incorruptibilidade, e que isto que é mortal se revista da imortalidade.»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15:53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 NOSSA VIDA MORTAL PRESENTE</w:t>
            </w:r>
          </w:p>
        </w:tc>
        <w:tc>
          <w:tcPr>
            <w:tcW w:type="dxa" w:w="4946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 VIDA IMORTAL PROMETIDA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Sujeita à morte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Já não pode morrer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Fraqueza e corrupção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Ressuscitada em poder e incorruptibilidade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Tentação e falha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Aperfeiçoada para servir a Deus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A vida é temporária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A vida continua sem fim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Paulo chama ao corpo da ressurreição um «corpo espiritual». Isto não significa existência irreal ou sem corpo; significa um corpo transformado e sustentado pelo poder vivificante de Deus.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Vida com Cristo no Reino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Os aceites por Cristo participarão na obra do seu Reino. Já não serão limitados por mortalidade, doença, idade ou morte. Serão preparados para serviço fiel sob o governo justo do Senhor Jesus.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 santo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No Novo Testamento, um «santo» é alguém separado para Deus. Não significa uma classe especial de cristãos criada muito depois da morte. Os crentes são chamados a ser santos agora, e os fiéis serão aperfeiçoados quando Cristo lhes der imortalidade.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Reconhecíveis, mas transformados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Escritura dá razões para esperar que a identidade pessoal permaneça. Jesus falou de Abraão, Isaque, Jacó e os profetas como reconhecíveis no Reino (Lucas 13:28), e o Jesus ressuscitado foi reconhecido pelos discípulos. Contudo, o corpo imortal será transformado para além da nossa fraqueza presente.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já não podem mais morrer; pois são iguais aos anjos e são filhos de Deus, sendo filhos da ressurreição.»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Lucas 20:36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 vitória final sobre a morte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 reinado de mil anos de Cristo não é o fim do propósito de Deus. 1 Coríntios 15 descreve uma etapa final em que todo inimigo foi subjugado, incluindo a morte, e o Filho entrega o Reino ao Pai.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«E, quando todas as coisas lhe estiverem sujeitas, então também o mesmo Filho se sujeitará àquele que todas as coisas lhe sujeitou, para que Deus seja tudo em todos.»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15:28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Deus limpará de seus olhos toda a lágrima; e não haverá mais morte, nem pranto, nem clamor, nem dor.»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Apocalipse 21:4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Este é o destino final do propósito de Deus: não almas imortais deixando a terra para o céu, mas a própria morte removida e a criação de Deus trazida a harmonia duradoura com Ele.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«Os poderes do mundo vindouro»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Hebreus 6:5 chama aos dons milagrosos do primeiro século «as virtudes do século futuro». Os cristadelfianos veem, portanto, esses dons como antecipação da era vindoura. Contudo, a Escritura não dá uma lista detalhada das capacidades que os santos imortais exercerão, por isso não devemos ir além do que está escrito.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Uma esperança que vale a pena procurar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Vida eterna é muito mais do que prolongar a nossa existência presente. Deus promete liberdade da corrupção e da morte, comunhão perfeita com Ele e serviço significativo no Reino do Seu Filho. É um futuro pelo qual vale a pena preparar-nos agora. Se cremos verdadeiramente que Deus oferece imortalidade através de Cristo, desejaremos conhecer a Sua Palavra, confiar nas Suas promessas, arrepender-nos do pecado, ser batizados em Cristo e continuar fielmente na vida de discipulado.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«Mas buscai primeiro o reino de Deus, e a sua justiça, e todas estas coisas vos serão acrescentadas.»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Mateus 6:33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Da vida mortal ao propósito completo de Deus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AGORA</w:t>
            </w:r>
          </w:p>
        </w:tc>
        <w:tc>
          <w:tcPr>
            <w:tcW w:type="dxa" w:w="3298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NA VOLTA DE CRISTO</w:t>
            </w:r>
          </w:p>
        </w:tc>
        <w:tc>
          <w:tcPr>
            <w:tcW w:type="dxa" w:w="3298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PROPÓSITO COMPLETO DE DEUS</w:t>
            </w:r>
          </w:p>
        </w:tc>
      </w:tr>
      <w:tr>
        <w:trPr>
          <w:cantSplit/>
        </w:trPr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Somos mortais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Os mortos são ressuscitados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 morte é finalmente abolida</w:t>
            </w:r>
          </w:p>
        </w:tc>
      </w:tr>
      <w:tr>
        <w:trPr>
          <w:cantSplit/>
        </w:trPr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Vivemos pela fé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Cristo julga com justiça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Deus é «tudo em todos»</w:t>
            </w:r>
          </w:p>
        </w:tc>
      </w:tr>
      <w:tr>
        <w:trPr>
          <w:cantSplit/>
        </w:trPr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Procuramos o Reino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Os fiéis recebem imortalidade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Tristeza e dor terminam</w:t>
            </w:r>
          </w:p>
        </w:tc>
      </w:tr>
      <w:tr>
        <w:trPr>
          <w:cantSplit/>
        </w:trPr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Seguimos Cristo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Os santos servem com ele</w:t>
            </w:r>
          </w:p>
        </w:tc>
        <w:tc>
          <w:tcPr>
            <w:tcW w:type="dxa" w:w="3298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 criação está em paz com Deus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Os seres humanos são mortais.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Por causa do pecado e da mortalidade, a nossa vida presente termina na morte. Não possuímos imortalidade por natureza.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Deus é a fonte da vida imortal.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Só Deus possui imortalidade inerentemente; Jesus foi ressuscitado para nunca mais morrer, e os anjos não morrem.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 vida eterna é uma dádiva.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Não pode ser ganha. Deus oferece vida eterna através do Senhor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 dádiva é futura.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fiéis recebem imortalidade em ligação com ressurreição, juízo e regresso de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 ressurreição é corporal.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fiéis não são espíritos sem corpo; os seus corpos mortais são transformados em corpos incorruptíveis e espirituais.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Imortalidade significa liberdade da morte.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aceites por Cristo serão aperfeiçoados para serviço e «já não podem morrer».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7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O propósito de Deus termina em vitória completa.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Depois de completa a obra de Cristo, a morte é abolida e Deus é «tudo em todos».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Passagens para ler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Daniel 12:1-3  •  João 17  •  1 Coríntios 15:50-57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DECORAR  •  JOÃO 3:16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Deus amou o mundo de tal maneira que deu o seu Filho unigénito, para que todo aquele que nele crê não pereça, mas tenha a vida eterna.»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3:16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1008" w:bottom="80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