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/>
          <w:b/>
          <w:i w:val="0"/>
          <w:color w:val="1F4E79"/>
          <w:sz w:val="20"/>
        </w:rPr>
        <w:t>LIÇÃO 31</w:t>
      </w:r>
    </w:p>
    <w:p>
      <w:pPr>
        <w:jc w:val="center"/>
      </w:pPr>
      <w:r>
        <w:rPr>
          <w:rFonts w:ascii="Aptos" w:hAnsi="Aptos" w:eastAsia="Aptos"/>
          <w:b/>
          <w:i w:val="0"/>
          <w:color w:val="1F4E79"/>
          <w:sz w:val="37"/>
        </w:rPr>
        <w:t>Batismo</w:t>
      </w:r>
    </w:p>
    <w:p>
      <w:pPr>
        <w:spacing w:after="80"/>
        <w:jc w:val="center"/>
      </w:pPr>
      <w:r>
        <w:rPr>
          <w:rFonts w:ascii="Aptos" w:hAnsi="Aptos" w:eastAsia="Aptos"/>
          <w:b/>
          <w:i w:val="0"/>
          <w:color w:val="333333"/>
          <w:sz w:val="20"/>
        </w:rPr>
        <w:t>LEITURA  •  JOÃO 3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Fé, arrependimento e um novo começo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batismo não é uma cerimónia isolada. No Novo Testamento, vem depois de ouvir e crer no Evangelho, voltar para Deus em arrependimento e escolher começar uma nova vida como discípulo do Senhor Jesus Cristo.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A ordem do Senhor ressuscitado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Depois da ressurreição, Jesus encarregou os apóstolos de levar o Evangelho ao mundo. A KJV regista as suas palavras: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«Ide por todo o mundo, pregai o evangelho a toda criatura. Quem crer e for batizado será salvo; mas quem não crer será condenado.»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Marcos 16:15-16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Estas palavras colocam a fé antes do batismo. A pessoa deve primeiro ouvir e compreender o Evangelho suficientemente para acreditar nele. O batismo é, portanto, resposta de um crente, não algo realizado sem fé ou compreensão pessoal.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Jesus deu o exemplo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próprio Jesus foi batizado por João no rio Jordão. Não tinha pecados para confessar ou lavar, mas submeteu-se voluntariamente ao batismo como parte de fazer a vontade do Pai.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«Deixa por agora, porque assim nos convém cumprir toda a justiça.»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Mateus 3:15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relato diz depois que Jesus «saiu logo da água». As descrições do Novo Testamento apresentam consistentemente o batismo como ato deliberado envolvendo água e a pessoa que é batizada.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«E, sendo Jesus batizado, saiu logo da água...»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Mateus 3:16  •  King James Version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Porque os cristadelfianos praticam imersão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sentido comum do verbo grego baptizō é mergulhar ou imergir. Mais importante, a própria imagem do Novo Testamento para o batismo é sepultamento seguido de levantar-se. Por isso, os cristadelfianos batizam crentes por imersão completa em água, não por aspersão.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Batismo de crentes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Porque o Novo Testamento coloca fé e arrependimento antes do batismo, os cristadelfianos não consideram o batismo ou aspersão de bebés como batismo bíblico. O batismo é resposta consciente de alguém capaz de ouvir, compreender, crer e escolher.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«Arrependei-vos, e cada um de vós seja batizado»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No dia de Pentecostes, Pedro pregou abertamente acerca de Jesus. Os ouvintes ficaram profundamente tocados e perguntaram o que deviam fazer. A resposta de Pedro ligou diretamente arrependimento e batismo.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disse-lhes Pedro: Arrependei-vos, e cada um de vós seja batizado em nome de Jesus Cristo, para perdão dos pecados...»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Atos 2:38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Arrependimento significa mudança de mente que produz mudança de direção. Deixamos de defender o nosso próprio caminho e começamos a voltar-nos para Deus. O batismo é o começo designado dessa nova vida.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Paulo: uma direção transformada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Saulo de Tarso perseguia os discípulos de Jesus. Quando o Senhor ressuscitado o confrontou na estrada para Damasco, tudo mudou. Saulo aprendeu que o Jesus a quem se opunha era realmente o Senhor. Ananias foi enviado, a sua vista foi restaurada e ele foi batizado (Atos 9:17-18). Paulo recordou depois as palavras de Ananias: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agora por que te deténs? Levanta-te, e batiza-te, e lava os teus pecados, invocando o nome do Senhor.»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Atos 22:16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O batismo não ganha perdão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 água em si não tem poder salvador. Deus perdoa através da obra do Senhor Jesus Cristo. O batismo é o ato de fé e obediência pelo qual o crente se identifica com Cristo e começa a vida nele.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etíope: fé seguida de ação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Atos 8 conta a história de um funcionário etíope que regressava de Jerusalém lendo Isaías 53. Filipe juntou-se a ele e «lhe anunciou a Jesus». Enquanto seguiam pela estrada chegaram a água, e o etíope perguntou imediatamente sobre batismo.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«Eis aqui água; que impede que eu seja batizado?»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Atos 8:36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KJV inclui a confissão de fé do etíope no versículo 37. A narrativa sublinha depois o uso da água: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 mandou parar o carro, e desceram ambos à água, tanto Filipe como o eunuco, e o batizou. E, quando saíram da água... jubiloso, continuou o seu caminho.»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Atos 8:38-39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Uma resposta alegre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etíope não tratou o batismo como ritual vazio. Ouvira a mensagem acerca de Jesus, compreendeu o suficiente para responder, agiu segundo a fé e continuou a viagem com alegria.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Cornélio: um homem bom que ainda precisava do Evangelho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Atos 10 apresenta Cornélio como devoto, temente a Deus, generoso e dedicado à oração. Mesmo assim, Deus providenciou que ouvisse o Evangelho por Pedro. O seu bom caráter não tornou desnecessária a mensagem de Cristo. Enquanto Pedro falava, o Espírito Santo foi derramado sobre os ouvintes gentios. Este sinal extraordinário mostrou aos crentes judeus que Deus também chamava gentios. Mesmo depois disso, o batismo em água foi ordenado.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«Pode alguém porventura recusar a água, para que não sejam batizados estes, que também receberam como nós o Espírito Santo? E mandou que fossem batizados em nome do Senhor.»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Atos 10:47-48  •  King James Version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padrão do Novo Testamento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ANTES DO BATISMO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NO BATISMO E DEPOIS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Ouvir o Evangelho.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Ser batizado em água como crente.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Compreender e crer na sua mensagem.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Identificar-se com o Senhor Jesus Cristo.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Arrepender-se — voltar do nosso caminho para Deus.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Começar nova vida de obediência e discipulado.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Escolher livremente obedecer a Cristo.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Continuar a aprender, orar e segui-lo.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significado do batismo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Romanos 6 dá a explicação mais clara. O batismo junta a imagem da morte, sepultamento e ressurreição de Cristo à decisão do crente de deixar a vida antiga e começar uma nova.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«Ou não sabeis que todos quantos fomos batizados em Jesus Cristo fomos batizados na sua morte? De sorte que fomos sepultados com ele pelo batismo na morte; para que, como Cristo ressuscitou dos mortos pela glória do Pai, assim andemos nós também em novidade de vida.»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6:3-4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IMAGEM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CRISTO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O CRENTE BATIZADO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Morte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Jesus deu a vida em obediência a Deus.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Reconhecemos que a velha vida de pecado deve ser posta de lado.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Sepultamento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Jesus foi colocado no túmulo.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Somos completamente imersos em água.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Levantar-se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Deus ressuscitou Jesus dentre os mortos.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Saímos da água para começar uma nova vida.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Resultado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Jesus vive agora além do poder da morte.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Pertencemos a Cristo e procuramos viver para Deus.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batismo é, portanto, ato de obediência e símbolo poderoso. Declara que a nossa esperança não está em nós, mas no que Deus fez através do Seu Filho.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Nascido da água e do Espírito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Nicodemos foi ter com Jesus de noite e ouviu as palavras desafiantes: «necessário vos é nascer de novo». Jesus explicou: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«Aquele que não nascer da água e do Espírito não pode entrar no reino de Deus.»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João 3:5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Os cristadelfianos entendem a «água» aqui em harmonia com o ensino do Novo Testamento sobre batismo, enquanto a nova vida também deve ser moldada pelas coisas de Deus. Batismo não é apenas ficar molhado: marca mudança real de lealdade, propósito e maneira de viver.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Não é uma cerimónia mágica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batismo não torna automaticamente uma pessoa justa e não é o fim do discipulado. É o começo de uma vida em que a fé deve continuar a crescer e a obediência deve ser praticada dia após dia.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Batizados em Cristo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Novo Testamento descreve crentes batizados como estando «em Cristo». Paulo escreve: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todos quantos fostes batizados em Cristo já vos revestistes de Cristo.»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Gálatas 3:27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Esta nova relação muda a direção da vida. O crente pertence agora ao Senhor Jesus e procura seguir o seu exemplo, confiando na graça de Deus quando falha.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que muda depois do batismo?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ANTES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6"/>
              </w:rPr>
              <w:t>DEPOIS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Vida centrada principalmente nos nossos desejos.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Decisão consciente de colocar Deus primeiro.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O pecado pode ser desculpado ou ignorado.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O pecado é reconhecido, resistido e confessado.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O Evangelho pode ser apenas informação.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O Evangelho torna-se fundamento da vida diária.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Sem compromisso de aliança com Cristo.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6"/>
              </w:rPr>
              <w:t>Compromisso para toda a vida de seguir o Senhor Jesus.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Uma decisão que afeta a vida diária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batismo é decisão séria, mas também alegre. Afeta prioridades, relações, uso do tempo, escolhas e hábitos. Não nos retiramos de todos à nossa volta, mas precisamos ter cuidado com influências que repetidamente nos afastam de Deus. O discípulo batizado continua a ler a Bíblia, orar, reunir-se com outros crentes, lembrar o Senhor Jesus no partir do pão, procurar perdão e praticar o ensino de Cristo na vida comum.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A graça continua essencial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Nenhum crente batizado se torna perfeito de um dia para o outro. A nova vida é vida de arrependimento contínuo, crescimento e dependência de Deus. A nossa confiança não repousa na cerimónia em si nem na nossa bondade, mas na misericórdia de Deus através do Seu Filho.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Uma nova vida em Cristo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batismo olha para trás e para a frente. Olha para a morte e ressurreição de Jesus, através de quem perdão e vida se tornam possíveis. Olha para a nova vida agora e, finalmente, para ressurreição e vida eterna no Reino de Deus quando Jesus voltar.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A pergunta torna-se pessoal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 Bíblia não pergunta apenas: «Sabes acerca do batismo?» Pergunta se acreditamos no Evangelho o suficiente para lhe obedecer. Compreensão deve conduzir à fé; fé ao arrependimento; e arrependimento ao batismo e a uma vida transformada.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padrão em Atos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PESSOA OU GRUPO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O QUE ACONTECEU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REFERÊNCIA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Ouvintes no Pentecostes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Ouviram, arrependeram-se e foram batizados.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Atos 2:37-41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Funcionário etíope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Ouviu Jesus anunciado e foi batizado em água.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Atos 8:26-39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Saulo / Paulo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Abandonou a perseguição de Cristo e foi batizado.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Atos 9:17-18; 22:16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Cornélio e a casa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Ouviram o Evangelho e foram mandados batizar.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Atos 10:34-48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 batismo segue a fé.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padrão do Novo Testamento é ouvir e crer no Evangelho antes de escolher o batismo.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 arrependimento acompanha a fé.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crente volta-se do antigo modo de vida e procura deliberadamente o caminho de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 batismo bíblico é imersão em água.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Os cristadelfianos praticam imersão completa, correspondendo à imagem do Novo Testamento de sepultamento e levantar-se.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 batismo identifica-nos com Cristo.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Romanos 6 descreve batismo na sua morte e levantar-se para «novidade de vida».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 batismo inicia o discipulado.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É o começo de uma vida inteira de fé, obediência, oração, leitura bíblica e dependência da graça de Deus.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Capítulos para ler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Atos 8  •  Atos 9  •  Atos 10  •  Romanos 6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DECORAR  •  ROMANOS 6:3-4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«Ou não sabeis que todos quantos fomos batizados em Jesus Cristo fomos batizados na sua morte? De sorte que fomos sepultados com ele pelo batismo na morte; para que, como Cristo ressuscitou dos mortos pela glória do Pai, assim andemos nós também em novidade de vida.»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6:3-4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49" w:right="979" w:bottom="77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