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" w:hAnsi="Aptos" w:cs="Aptos" w:eastAsia="Aptos"/>
          <w:b/>
          <w:i w:val="0"/>
          <w:color w:val="1F4E79"/>
          <w:sz w:val="21"/>
        </w:rPr>
        <w:t>LIÇÃO 33</w:t>
      </w:r>
    </w:p>
    <w:p>
      <w:pPr>
        <w:spacing w:after="40"/>
        <w:jc w:val="center"/>
      </w:pPr>
      <w:r>
        <w:rPr>
          <w:rFonts w:ascii="Aptos" w:hAnsi="Aptos" w:cs="Aptos" w:eastAsia="Aptos"/>
          <w:b/>
          <w:i w:val="0"/>
          <w:color w:val="1F4E79"/>
          <w:sz w:val="38"/>
        </w:rPr>
        <w:t>Problemas no Casamento</w:t>
      </w:r>
    </w:p>
    <w:p>
      <w:pPr>
        <w:spacing w:after="100"/>
        <w:jc w:val="center"/>
      </w:pPr>
      <w:r>
        <w:rPr>
          <w:rFonts w:ascii="Aptos" w:hAnsi="Aptos" w:cs="Aptos" w:eastAsia="Aptos"/>
          <w:b/>
          <w:i w:val="0"/>
          <w:color w:val="333333"/>
          <w:sz w:val="20"/>
        </w:rPr>
        <w:t>LEITURA  •  MATEUS 19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O ideal — e a realidade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O propósito de Deus para o casamento é uma parceria fiel e amorosa vivida para a Sua glória. Contudo, casamentos podem enfrentar dificuldades sérias. A Escritura chama à fidelidade, paciência, arrependimento e perdão, mas também requer sabedoria quando uma situação se torna insegura ou destrutiva.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Quando um dos cônjuges se torna crente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Uma pessoa pode aprender o Evangelho e ser batizada estando já casada com alguém que não partilha a fé. Paulo não mandou esses crentes abandonar marido ou mulher apenas por causa da diferença de crença.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«E se alguma mulher tem marido descrente, e ele consente em habitar com ela, não o deixe.»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1 Coríntios 7:13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«Semelhantemente, vós, mulheres, sede sujeitas aos vossos próprios maridos; para que também, se alguns não obedecem à palavra, pelo porte de suas mulheres sejam ganhos sem palavra.»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1 Pedro 3:1-2  •  King James Version</w:t>
            </w:r>
          </w:p>
        </w:tc>
      </w:tr>
    </w:tbl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O objetivo não é discussão constante ou pressão, mas exemplo fiel: bondade, honestidade, oração, paciência e consistência.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Se o cônjuge descrente partir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«Mas, se o descrente se apartar, aparte-se; porque neste caso o irmão, ou irmã, não está sujeito à servidão; mas Deus chamou-nos para a paz.»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1 Coríntios 7:15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D9EAF7"/>
          </w:tcPr>
          <w:p>
            <w:pPr>
              <w:spacing w:after="16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20"/>
              </w:rPr>
              <w:t>A segurança importa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A chamada para preservar o casamento nunca deve ser usada para exigir que alguém permaneça em perigo imediato. Violência, ameaças, coação sexual, abuso sério ou controlo coercivo devem ser levados a sério. Segurança, separação, divórcio e possível novo casamento são questões relacionadas, mas não idênticas.</w:t>
            </w:r>
          </w:p>
        </w:tc>
      </w:tr>
    </w:tbl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O casamento destina-se a durar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«Assim não são mais dois, mas uma só carne. Portanto, o que Deus ajuntou não o separe o homem.»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Mateus 19:6  •  King James Version</w:t>
            </w:r>
          </w:p>
        </w:tc>
      </w:tr>
    </w:tbl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As promessas do casamento cristão não são casuais. Dificuldades devem ser enfrentadas honestamente, e a reconciliação procurada onde seja realmente possível.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Divórcio e infidelidade sexual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«Eu vos digo, porém, que qualquer que repudiar sua mulher, não sendo por causa de prostituição, e casar com outra, comete adultério.»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Mateus 19:9  •  King James Version</w:t>
            </w:r>
          </w:p>
        </w:tc>
      </w:tr>
    </w:tbl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O entendimento cristadelfiano tradicional é que infidelidade sexual pode quebrar a fidelidade no coração do casamento e pode fornecer motivo para divórcio. Mas o divórcio não é ordenado. Onde existe arrependimento genuíno, perdão e reconciliação ainda podem ser possíveis.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D9EAF7"/>
          </w:tcPr>
          <w:p>
            <w:pPr>
              <w:spacing w:after="16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20"/>
              </w:rPr>
              <w:t>Casos difíceis precisam de sabedoria pastoral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Situações reais podem envolver traição, abandono, abuso, filhos, responsabilidades legais e perguntas sobre novo casamento. Procure orientação madura, confidencial e compassiva, em vez de decisões importantes tomadas com raiva ou sob pressão.</w:t>
            </w:r>
          </w:p>
        </w:tc>
      </w:tr>
    </w:tbl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Quando o marido ou a mulher morre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«Porque a mulher que está sujeita ao marido, enquanto ele viver, está-lhe ligada pela lei; mas, morto o marido, está livre da lei do marido.»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Romanos 7:2  •  King James Version</w:t>
            </w:r>
          </w:p>
        </w:tc>
      </w:tr>
    </w:tbl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Uma viúva ou viúvo fica livre para casar novamente. Como explicou a Lição 32, o discípulo que escolhe novo casamento deve procurar parceiro «no Senhor» (1 Coríntios 7:39).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Perdoar não significa fingir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Perdão cristão não significa dizer que uma falta grave não importou. Arrependimento envolve verdade, mudança e responsabilidade. A confiança pode levar tempo para ser reconstruída e, onde houve dano, salvaguardas práticas podem ser necessárias.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Casamentos polígamos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Em algumas sociedades, um homem pode já ter mais de uma esposa quando ouve e aceita o Evangelho. O Antigo Testamento regista lares polígamos, mas eles repetidamente trouxeram rivalidade e tristeza. Jesus apontou para o padrão da criação: dois tornam-se uma carne; e o padrão do Novo Testamento para liderança da ecclesia inclui «marido de uma mulher» (1 Timóteo 3:2).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«Por isso deixará o homem pai e mãe, e se unirá a sua mulher, e serão dois numa carne.»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Mateus 19:5  •  King James Version</w:t>
            </w:r>
          </w:p>
        </w:tc>
      </w:tr>
    </w:tbl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Um crente batizado não deve tomar esposas adicionais. Mas um homem que já tem várias esposas tem responsabilidades existentes. Abandonar simplesmente mulheres e filhos poderia criar nova injustiça. A orientação pastoral refletida neste curso é continuar a sustentar fielmente os que já dependem dele, não tomar outra esposa e procurar orientação cuidadosa da ecclesia.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D9EAF7"/>
          </w:tcPr>
          <w:p>
            <w:pPr>
              <w:spacing w:after="16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20"/>
              </w:rPr>
              <w:t>A responsabilidade não deve ser abandonada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Vir a Cristo aumenta a responsabilidade de agir justamente; não cancela deveres já criados. Esposas e filhos existentes não devem ser descartados em nome da religião.</w:t>
            </w:r>
          </w:p>
        </w:tc>
      </w:tr>
    </w:tbl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Como 1 Timóteo 3:2 dá «marido de uma mulher» como requisito para um bispo, este curso segue a orientação tradicional da CBM de que um irmão num lar polígamo não seja nomeado ancião da ecclesia.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O casamento não precisa ser caro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Em alguns lugares os custos da celebração, festa ou pagamentos tradicionais tornam-se grande barreira. O casamento cristão não exige cerimónia extravagante. O essencial é compromisso público real, testemunhas apropriadas, fidelidade diante de Deus e cumprimento das exigências legais do país.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«Venerado seja entre todos o matrimónio e o leito sem mácula; porém aos que se dão à prostituição e aos adúlteros Deus os julgará.»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Hebreus 13:4  •  King James Version</w:t>
            </w:r>
          </w:p>
        </w:tc>
      </w:tr>
    </w:tbl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Um casamento legal simples é melhor do que adiar indefinidamente enquanto se vive juntos fora do casamento.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Costumes, dote e expectativas familiares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Os costumes matrimoniais variam muito. Alguns incluem dote, negociações familiares ou apresentação organizada. Tais costumes não são automaticamente errados, mas não devem tratar a mulher como propriedade, levar o casal a dívidas esmagadoras ou tornar o dinheiro mais importante do que caráter e fé.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D9EAF7"/>
          </w:tcPr>
          <w:p>
            <w:pPr>
              <w:spacing w:after="16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20"/>
              </w:rPr>
              <w:t>Mantenha o princípio e simplifique o costume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Quando um costume pode ser seguido sem contrariar a Escritura, causar injustiça ou impor fardo irrazoável, pode ser respeitado. Quando conflita com a consciência cristã ou se torna exploração, procure um caminho mais simples e digno.</w:t>
            </w:r>
          </w:p>
        </w:tc>
      </w:tr>
    </w:tbl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Escolher marido ou mulher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«Porque o homem vê o que está diante dos olhos, porém o SENHOR olha para o coração.»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1 Samuel 16:7  •  King James Version</w:t>
            </w:r>
          </w:p>
        </w:tc>
      </w:tr>
    </w:tbl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A atração importa, mas o caráter importa mais. Procure honestidade, bondade, domínio próprio, fidelidade, vontade de servir, respeito pela Escritura e capacidade de comunicar. Riqueza, aparência e pressão social são bases fracas para uma aliança para toda a vida.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Não case esperando converter o parceiro depois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A versão antiga do curso sugeria que em alguns arranjos uma pessoa poderia casar primeiro e ensinar o parceiro depois. Isso não se encaixa bem com o princípio «no Senhor». Não entre no casamento supondo que o outro mudará de fé posteriormente.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D9EAF7"/>
          </w:tcPr>
          <w:p>
            <w:pPr>
              <w:spacing w:after="16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20"/>
              </w:rPr>
              <w:t>Converse sobre a fé antes do compromisso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Onde os costumes restringem o namoro, use oportunidades dignas — encontros supervisionados, conversas familiares, correspondência ou intermediários de confiança — para que ambos compreendam o compromisso espiritual antes do casamento.</w:t>
            </w:r>
          </w:p>
        </w:tc>
      </w:tr>
    </w:tbl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Ore e escute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Abraão levou muito a sério a procura de uma esposa para Isaque (Génesis 24). Escolher cônjuge merece a mesma seriedade. Ore, procure conselhos de crentes maduros que conheçam ambos e preste atenção quando várias pessoas de confiança levantam a mesma preocupação.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5"/>
              </w:rPr>
              <w:t>SINAIS SÁBIOS</w:t>
            </w:r>
          </w:p>
        </w:tc>
        <w:tc>
          <w:tcPr>
            <w:tcW w:type="dxa" w:w="4989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5"/>
              </w:rPr>
              <w:t>SINAIS DE ALERTA</w:t>
            </w:r>
          </w:p>
        </w:tc>
      </w:tr>
      <w:tr>
        <w:trPr>
          <w:cantSplit/>
        </w:trPr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Fé partilhada e desejo de servir Deus</w:t>
            </w:r>
          </w:p>
        </w:tc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Desprezo pela sua fé ou pressão para a abandonar</w:t>
            </w:r>
          </w:p>
        </w:tc>
      </w:tr>
      <w:tr>
        <w:trPr>
          <w:cantSplit/>
        </w:trPr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Honestidade e capacidade de pedir desculpa</w:t>
            </w:r>
          </w:p>
        </w:tc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Mentira repetida, manipulação ou recusa de responsabilidade</w:t>
            </w:r>
          </w:p>
        </w:tc>
      </w:tr>
      <w:tr>
        <w:trPr>
          <w:cantSplit/>
        </w:trPr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Bondade para com família, estranhos e vulneráveis</w:t>
            </w:r>
          </w:p>
        </w:tc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Crueldade, intimidação, raiva sem controlo ou violência</w:t>
            </w:r>
          </w:p>
        </w:tc>
      </w:tr>
      <w:tr>
        <w:trPr>
          <w:cantSplit/>
        </w:trPr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Capacidade de falar sobre dinheiro, filhos e expectativas</w:t>
            </w:r>
          </w:p>
        </w:tc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5"/>
              </w:rPr>
              <w:t>Segredo, coação ou grandes assuntos que não podem ser discutidos</w:t>
            </w:r>
          </w:p>
        </w:tc>
      </w:tr>
    </w:tbl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Se já é casado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O Evangelho chama-nos à fidelidade agora. Pergunte: como posso hoje ser mais verdadeiro, paciente, amoroso, confiável e semelhante a Cristo neste casamento? Procure ajuda cedo quando existem problemas sérios.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O casamento continua a ser uma bênção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Um casamento fiel pode ser profunda bênção: companhia, apoio mútuo, adoração partilhada, vida familiar, hospitalidade, serviço e anos de aprendizagem em paciência, fidelidade e perdão.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«Regozijemo-nos, e alegremo-nos, e demos-lhe glória; porque vindas são as bodas do Cordeiro, e já a sua esposa se aprontou.»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Apocalipse 19:7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D9EAF7"/>
          </w:tcPr>
          <w:p>
            <w:pPr>
              <w:spacing w:after="16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20"/>
              </w:rPr>
              <w:t>O objetivo não é apenas continuar casados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O objetivo cristão é um casamento cada vez mais moldado pelo caráter de Cristo: verdadeiro, fiel, misericordioso, seguro, generoso e orientado para o Reino de Deus.</w:t>
            </w:r>
          </w:p>
        </w:tc>
      </w:tr>
    </w:tbl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RESUMO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shd w:fill="D9EAF7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1</w:t>
            </w:r>
          </w:p>
        </w:tc>
        <w:tc>
          <w:tcPr>
            <w:tcW w:type="dxa" w:w="4989"/>
          </w:tcPr>
          <w:p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Honre o casamento que tem agora.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Diferença de fé, por si só, não é razão para abandonar um parceiro que deseja permanecer.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shd w:fill="D9EAF7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2</w:t>
            </w:r>
          </w:p>
        </w:tc>
        <w:tc>
          <w:tcPr>
            <w:tcW w:type="dxa" w:w="4989"/>
          </w:tcPr>
          <w:p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Leve a segurança a sério.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Fidelidade não exige permanecer em perigo imediato, violência ou coação.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shd w:fill="D9EAF7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3</w:t>
            </w:r>
          </w:p>
        </w:tc>
        <w:tc>
          <w:tcPr>
            <w:tcW w:type="dxa" w:w="4989"/>
          </w:tcPr>
          <w:p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O casamento destina-se à vida.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Jesus rejeitou o divórcio casual e levou marido e mulher de volta ao ideal de «uma carne».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shd w:fill="D9EAF7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4</w:t>
            </w:r>
          </w:p>
        </w:tc>
        <w:tc>
          <w:tcPr>
            <w:tcW w:type="dxa" w:w="4989"/>
          </w:tcPr>
          <w:p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Infidelidade é quebra séria.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Mateus 19:9 é entendido tradicionalmente como permitindo divórcio por infidelidade sexual, embora reconciliação possa ser possível.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shd w:fill="D9EAF7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5</w:t>
            </w:r>
          </w:p>
        </w:tc>
        <w:tc>
          <w:tcPr>
            <w:tcW w:type="dxa" w:w="4989"/>
          </w:tcPr>
          <w:p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Não abandone responsabilidades existentes.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Quem aceita Cristo num lar polígamo não toma outra esposa e cuida fielmente de esposas e filhos existentes.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shd w:fill="D9EAF7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6</w:t>
            </w:r>
          </w:p>
        </w:tc>
        <w:tc>
          <w:tcPr>
            <w:tcW w:type="dxa" w:w="4989"/>
          </w:tcPr>
          <w:p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Escolha cuidadosamente e mantenha o casamento simples.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Fé partilhada e caráter são mais importantes que aparência, riqueza, festas caras ou pressão social.</w:t>
            </w:r>
          </w:p>
        </w:tc>
      </w:tr>
    </w:tbl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Capítulos para ler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Génesis 24  •  Mateus 5:31-32  •  Mateus 19  •  1 Coríntios 7  •  Salmo 128  •  1 Pedro 3:1-7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DECORAR  •  HEBREUS 13:4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«Venerado seja entre todos o matrimónio e o leito sem mácula; porém aos que se dão à prostituição e aos adúlteros Deus os julgará.»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Hebreus 13:4  •  King James Version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792" w:right="965" w:bottom="835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cs="Aptos" w:eastAsia="Aptos"/>
        <w:b w:val="0"/>
        <w:i w:val="0"/>
        <w:color w:val="333333"/>
        <w:sz w:val="15"/>
      </w:rPr>
      <w:t>Christadelphian Bible Mission  •  Box CBM, 404 Shaftmoor Lane, Birmingham B28 8SZ, England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 w:cs="Aptos" w:eastAsia="Aptos"/>
        <w:b/>
        <w:i w:val="0"/>
        <w:color w:val="1F4E79"/>
        <w:sz w:val="17"/>
      </w:rPr>
      <w:t>CURSO BÍBLICO POR CORRESPONDÊNCIA CRISTADELFIANO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