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 w:eastAsia="Aptos"/>
          <w:b/>
          <w:i w:val="0"/>
          <w:color w:val="1F4E79"/>
          <w:sz w:val="21"/>
        </w:rPr>
        <w:t>LIÇÃO 34</w:t>
      </w:r>
    </w:p>
    <w:p>
      <w:pPr>
        <w:spacing w:after="40"/>
        <w:jc w:val="center"/>
      </w:pPr>
      <w:r>
        <w:rPr>
          <w:rFonts w:ascii="Aptos" w:hAnsi="Aptos" w:cs="Aptos" w:eastAsia="Aptos"/>
          <w:b/>
          <w:i w:val="0"/>
          <w:color w:val="1F4E79"/>
          <w:sz w:val="38"/>
        </w:rPr>
        <w:t>O Nosso Dever para com o Estado</w:t>
      </w:r>
    </w:p>
    <w:p>
      <w:pPr>
        <w:spacing w:after="100"/>
        <w:jc w:val="center"/>
      </w:pPr>
      <w:r>
        <w:rPr>
          <w:rFonts w:ascii="Aptos" w:hAnsi="Aptos" w:cs="Aptos" w:eastAsia="Aptos"/>
          <w:b/>
          <w:i w:val="0"/>
          <w:color w:val="333333"/>
          <w:sz w:val="20"/>
        </w:rPr>
        <w:t>LEITURA  •  1 PEDRO 2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Duas lealdades — um primeiro lugar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 discípulo de Jesus vive dentro de uma nação humana e deve ser cidadão pacífico, honesto e cumpridor da lei. Contudo, a lealdade mais elevada do crente pertence a Deus e ao Seu Reino vindouro. Normalmente estes deveres harmonizam-se; quando entram realmente em conflito, Deus deve vir primeiro.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Deus chama um povo de todas as nações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Nos tempos bíblicos Israel foi constituído como nação de Deus. Hoje o Evangelho chama homens e mulheres de todos os povos e línguas a pertencerem a Cristo.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«Uma grande multidão, a qual ninguém podia contar, de todas as nações, e tribos, e povos, e línguas, que estavam diante do trono e perante o Cordeiro.»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Apocalipse 7:9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esperança dos crentes centra-se no regresso do Senhor Jesus Cristo e no estabelecimento do Reino de Deus na terra. Isso dá-lhes cidadania e lealdade que ultrapassam qualquer sistema político presente.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Reino de Deus no passado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No Sinai Deus fez aliança com Israel e deu-lhe a Sua lei (Êxodo 19:1-8). Nesse sistema, a lei de Deus era também a lei da nação. Mais tarde reis governaram em Jerusalém no que a Escritura chama «o trono do SENHOR» (1 Crónicas 29:23).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Essa situação não continuou. Por causa da desobediência persistente, o reino do norte foi conquistado pela Assíria e Judá foi levado para Babilónia. Israelitas fiéis passaram a viver sob governos que não partilhavam a sua fé.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Daniel — fiel a Deus, útil ao Estado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SITUAÇÃO</w:t>
            </w:r>
          </w:p>
        </w:tc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RESPOSTA FIEL</w:t>
            </w:r>
          </w:p>
        </w:tc>
        <w:tc>
          <w:tcPr>
            <w:tcW w:type="dxa" w:w="332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LIÇÃO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Daniel 1:8 — a provisão do rei feria a consciência de Daniel.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Pediu uma alternativa, sem confronto desnecessário.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Obedecer a Deus com respeito e sabedoria.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Daniel 3 — o rei ordenou adoração da imagem de ouro.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Sadraque, Mesaque e Abednego recusaram adorar.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A adoração pertence somente a Deus.</w:t>
            </w:r>
          </w:p>
        </w:tc>
      </w:tr>
      <w:tr>
        <w:trPr>
          <w:cantSplit/>
        </w:trPr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Daniel 6 — oração a qualquer outro foi proibida por trinta dias.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Daniel continuou a orar a Deus como antes.</w:t>
            </w:r>
          </w:p>
        </w:tc>
        <w:tc>
          <w:tcPr>
            <w:tcW w:type="dxa" w:w="3326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Uma lei não pode retirar um dever devido a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O princípio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Os cristãos devem obedecer às leis do país em que vivem, salvo quando obedecer à lei exigiria desobedecer a Deus. Mesmo então, o crente deve agir abertamente, pacificamente e sem provocação desnecessária.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Jesus sob o domínio romano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Senhor Jesus viveu numa terra governada por Roma. Não ensinou os discípulos a ignorar obrigações civis por os governantes serem imperfeitos.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«Dai, pois, a César o que é de César, e a Deus o que é de Deus.»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Mateus 22:21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Há coisas devidas ao governo civil: impostos legais, honestidade nas relações públicas, respeito pela autoridade e conduta pacífica. Paulo desenvolve o princípio em Romanos 13.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Respeito pela autoridade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«Sujeitai-vos, pois, a toda ordenação humana por amor do Senhor; quer ao rei, como superior; quer aos governadores, como por ele enviados.»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Pedro 2:13-14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Pedro escreveu a crentes que não controlavam o sistema político. O seu ensino não era serem sem lei ou briguentos, mas viverem honradamente. O mesmo capítulo diz: «Honrai a todos. Amai a fraternidade. Temei a Deus. Honrai o rei» (1 Pedro 2:17).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Submissão não é adoração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Respeitar a autoridade civil não significa tratar governantes como moralmente infalíveis, concordar com cada política, ou dar ao Estado a adoração e lealdade absoluta que pertencem a Deus.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Quando a autoridade humana entra em conflito com Deus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apóstolos enfrentaram isso quando foram mandados deixar de ensinar em nome de Jesus: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«Mais importa obedecer a Deus do que aos homens.»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Atos 5:29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Isto não era um lema para resistir a leis de que não gostavam. Aplicava-se quando a autoridade exigia diretamente algo contrário ao mandamento de Deus. Os apóstolos aceitaram as consequências e continuaram o testemunho sem rebelião violenta.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Jesus e os reinos deste mundo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«O meu reino não é deste mundo; se o meu reino fosse deste mundo, pelejariam os meus servos... mas agora o meu reino não é daqui.»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João 18:36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«Não é deste mundo» não significa que o Reino de Cristo nunca estará na terra. Jesus explicava que a sua origem e autoridade não derivavam da ordem política então existente. Os seus servos não deviam estabelecer o seu reinado pela força.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Política e a posição cristadelfiana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cristadelfianos têm tradicionalmente entendido estes princípios como chamando os discípulos à neutralidade política. A esperança não é que um partido ou governo humano estabeleça o Reino de Deus, mas que Jesus Cristo regresse e governe a terra com justiça.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Por isso os cristadelfianos normalmente não se candidatam a cargos políticos, não fazem campanha por partidos e não votam em eleições. Esta é uma conclusão da compreensão cristadelfiana da separação cristã e lealdade ao Rei vindouro; não uma afirmação de que cada versículo menciona diretamente eleições modernas.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«Mas vós sois a geração eleita, o sacerdócio real, a nação santa, o povo adquirido, para que anuncieis as virtudes daquele que vos chamou das trevas para a sua maravilhosa luz.»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Pedro 2:9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Esta separação não significa deixar de cuidar dos vizinhos. Os cristãos devem ser prestáveis, compassivos, honestos e úteis na sociedade.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Guerra, serviço militar e uso da força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cristadelfianos têm historicamente assumido posição de objeção de consciência: discípulos de Cristo não devem tirar vida humana em guerra nem colocar-se sob ordens para o fazer. Isso deriva do ensino de Cristo sobre amar inimigos, da sua recusa em avançar o Reino pela força e da esperança no Reino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«Amai a vossos inimigos, bendizei os que vos maldizem, fazei bem aos que vos odeiam, e orai pelos que vos maltratam e vos perseguem.»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Mateus 5:44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A consciência deve ser pensada antes da crise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Questões de serviço militar, profissões armadas ou serviço nacional obrigatório devem ser consideradas pelas Escrituras antes de surgir uma situação difícil. Onde a lei prevê objeção de consciência, o crente deve usar esse processo com honestidade e respeito.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Polícia e profissões que envolvem força coerciva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Nem todo serviço público apresenta o mesmo problema. O crente deve examinar os deveres reais de uma função e perguntar se podem ser desempenhados de modo consistente com a lei de Cristo. Saúde, educação, administração, resposta a emergências, engenharia e assistência social podem ser formas valiosas de servir o próximo.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Juramentos e discurso verdadeiro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cristadelfianos também têm sido cautelosos quanto a juramentos de lealdade que parecem dar a um poder terreno direito incondicional sobre o crente. Jesus ensinou verdade simples: «Seja, porém, o vosso falar: Sim, sim; Não, não» (Mateus 5:37). Em muitos sistemas legais pode usar-se uma afirmação em vez de juramento.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Impostos, leis e responsabilidades cívicas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«Portanto, dai a cada um o que deveis: a quem tributo, tributo; a quem imposto, imposto; a quem temor, temor; a quem honra, honra.»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Romanos 13:7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Neutralidade política não cancela deveres civis normais. O discípulo deve pagar o que é legalmente devido, manter compromissos, respeitar direitos dos outros e tratar as autoridades com verdade.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Pode um cristão contestar injustiça?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Respeito pelo governo não exige silêncio diante de injustiça. Paulo usou proteções legais disponíveis como cidadão romano (Atos 22:25-29; 25:10-12).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Ação pacífica e legal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Um cristão pode denunciar irregularidades, recorrer de decisão injusta ou defender direitos por meios legais. Honestidade, moderação e respeito devem marcar a sua conduta.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A primeira responsabilidade do cristão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«Nenhum poder terias contra mim, se de cima te não fosse dado.»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João 19:11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Governos e leis mudam, mas Deus permanece supremo. A conduta cristã não deve ser dirigida por lealdade partidária, nacionalismo, ira ou medo.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Vivendo como estrangeiros e peregrinos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Pedro chama os crentes «estrangeiros e peregrinos» (1 Pedro 2:11). Ainda trabalhamos, criamos famílias, ajudamos vizinhos e cumprimos deveres legais, mas a era presente não é a nossa esperança final.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O ESTADO PODE ESPERAR</w:t>
            </w:r>
          </w:p>
        </w:tc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DEUS DEVE SEMPRE RECEBER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Obediência legal, impostos e conduta pacífica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Adoração, primeira lealdade e obediência quando ordens humanas entram em conflito com Ele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Respeito por governantes e funcionários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Fé, consciência e lealdade moral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Serviço responsável aos vizinhos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Confiança de que o Seu Reino, não a política humana, finalmente porá o mundo em ordem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Um testemunho positivo na sociedade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cristão não é chamado apenas a evitar política, guerra ou maldade. Pedro manda viver honradamente para que outros vejam boas obras e glorifiquem Deus. Discípulos devem ser dignos de confiança, verdadeiros, compassivos e úteis.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O equilíbrio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Obedeça ao Estado onde puder. Respeite os seus funcionários. Pague o que é devido. Use processos legais honestamente. Faça bem aos vizinhos. Mas nunca dê a uma autoridade humana a obediência, adoração ou lealdade que pertencem somente a Deus.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Deus vem primeiro.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A nossa mais alta lealdade pertence a Deus e ao Senhor Jesus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Obedeça à autoridade legal.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Seja pacífico e honesto; pague impostos e cumpra deveres cívicos normais.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Quando houver conflito, obedeça a Deus.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«Mais importa obedecer a Deus do que aos homens.»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Permaneça separado, mas faça o bem.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Cristadelfianos tradicionalmente evitam política partidária, voto e serviço militar, enquanto servem os vizinhos e usam meios legais honestamente.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Capítulos para ler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Daniel 3  •  Daniel 6  •  Romanos 13  •  Mateus 22:15-22  •  Atos 4-5  •  1 Pedro 2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DECORAR  •  1 PEDRO 2:9-11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«Mas vós sois a geração eleita, o sacerdócio real, a nação santa, o povo adquirido... Amados, peço-vos, como a peregrinos e forasteiros, que vos abstenhais das concupiscências carnais que combatem contra a alma.»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Pedro 2:9-11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 w:eastAsia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