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 w:eastAsia="Aptos"/>
          <w:b/>
          <w:i w:val="0"/>
          <w:color w:val="1F4E79"/>
          <w:sz w:val="21"/>
        </w:rPr>
        <w:t>LIÇÃO 35</w:t>
      </w:r>
    </w:p>
    <w:p>
      <w:pPr>
        <w:spacing w:after="40"/>
        <w:jc w:val="center"/>
      </w:pPr>
      <w:r>
        <w:rPr>
          <w:rFonts w:ascii="Aptos" w:hAnsi="Aptos" w:cs="Aptos" w:eastAsia="Aptos"/>
          <w:b/>
          <w:i w:val="0"/>
          <w:color w:val="1F4E79"/>
          <w:sz w:val="38"/>
        </w:rPr>
        <w:t>Oração</w:t>
      </w:r>
    </w:p>
    <w:p>
      <w:pPr>
        <w:spacing w:after="100"/>
        <w:jc w:val="center"/>
      </w:pPr>
      <w:r>
        <w:rPr>
          <w:rFonts w:ascii="Aptos" w:hAnsi="Aptos" w:cs="Aptos" w:eastAsia="Aptos"/>
          <w:b/>
          <w:i w:val="0"/>
          <w:color w:val="333333"/>
          <w:sz w:val="20"/>
        </w:rPr>
        <w:t>LEITURA  •  SALMO 107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Um privilégio notável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oração é o privilégio de falar com o Criador do céu e da terra. Deus é infinitamente maior do que nós, mas a Escritura mostra repetidamente que Ele escuta pessoas que se aproximam com humildade, sinceridade e respeito pela Sua Palavra.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grande Deus convida o humilde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«O céu é o meu trono, e a terra o escabelo dos meus pés... mas eis para quem olharei: para o pobre e abatido de espírito, e que treme da minha palavra.»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Isaías 66:1-2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oração começa com humildade. Não nos aproximamos como se Deus nos devesse algo, mas porque Ele é misericordioso e mostrou na Escritura que está disposto a ouvir.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Aproximar-se de um Deus santo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Antigo Testamento enfatiza a santidade e majestade de Deus. No Sinai Israel temeu quando Deus revelou o Seu poder. Mais tarde, no Tabernáculo, o Lugar Santíssimo representava a presença de Deus, e o sumo sacerdote entrava apenas no Dia da Expiação e da maneira ordenada por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Um princípio que continua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Deus é próximo e compassivo, mas também santo. A oração não é conversa casual com um igual. Combina confiança na Sua misericórdia com reverência pela Sua grandeza.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Pessoas comuns podiam orar?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Sim. A Bíblia contém orações de muitos tipos de pessoas, em lugares e circunstâncias diferentes. A imagem constante é que Deus se interessa por pessoas sinceras que O procuram.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PESSOA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SITUAÇÃO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O QUE A ORAÇÃO MOSTRA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Servo de Abraão — Génesis 24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Pediu orientação ao procurar esposa para Isaque.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Podemos pedir orientação e agradecer quando a ajuda chega.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Ana — 1 Samuel 1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Em profunda angústia por não ter filho, derramou o coração diante de Deus.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Podemos levar a Deus a nossa tristeza pessoal honestamente.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Deus ouve quem O procura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Salomão orou para que até um estrangeiro distante pudesse ser ouvido quando procurasse o Deus de Israel (1 Reis 8:41-43). Daniel orava fielmente na Babilónia. O Salmo 107 mostra repetidamente pessoas em aflição clamando ao SENHOR.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«E clamaram ao SENHOR na sua angústia, e ele os livrou das suas dificuldades.»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Salmo 107:6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Isto não significa que a oração garante que todo perigo desapareça ou todo pedido seja concedido. Ensina que pessoas necessitadas podem voltar-se para Deus, e que o livramento deve conduzir a gratidão e vida transformada.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Cornélio — ouvido antes do batismo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«As tuas orações e as tuas esmolas têm subido para memória diante de Deus.»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Atos 10:4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Cornélio era gentio que temia a Deus, dava generosamente e orava continuamente. Deus ouviu-o antes do batismo, mas ele ainda precisava do Evangelho explicado mais plenamente. Pedro foi enviado, e Cornélio e a sua casa ouviram e foram batizados.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Uma correção importante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Bíblia não ensina que Deus recusa ouvir toda oração até a pessoa ser batizada. Cornélio foi ouvido antes do batismo. O batismo continua, porém, a ser o começo designado da vida «em Cristo», em que Jesus é Sumo Sacerdote e Mediador.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Sobre que devemos orar?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PARTE DA ORAÇÃO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O QUE SIGNIFICA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EXEMPLOS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Louvor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Honrar Deus por quem Ele é — grandeza, santidade, sabedoria e amor.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Salmos 8; 103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Ação de graças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Reconhecer que vida e bênçãos vêm de Deus.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Salmo 107; Filipenses 4:6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Confissão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Admitir os pecados sem desculpas e pedir misericórdia.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Salmo 51; Lucas 18:13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Pedidos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Levar necessidades, ansiedades e decisões a Deus.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Filipenses 4:6; Tiago 1:5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Intercessão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Orar por outras pessoas, não apenas por nós.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Génesis 18:23-33; 1 Timóteo 2:1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 atitude que Deus valoriza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«Ó Deus, tem misericórdia de mim, pecador!»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Lucas 18:13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Jesus contrastou um fariseu orgulhoso com um publicano humilde. A oração deve ser verdadeira; não podemos esconder orgulho, ressentimento ou pecado deliberado de Deus.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Deus dará sempre o que pedimos?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Não. A oração não é método de controlar Deus. Levamos pedidos porque confiamos na Sua sabedoria, não porque esperamos que execute os nossos planos.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«Não estejais inquietos por coisa alguma; antes as vossas petições sejam em tudo conhecidas diante de Deus pela oração e súplicas, com ação de graças.»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Filipenses 4:6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Na KJV, «be careful for nothing» significa não ser consumido pela ansiedade. O versículo não promete que cada pedido será atendido exatamente como pedimos.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Orar segundo a vontade de Deus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Jesus dá o exemplo perfeito em Getsémani. Orou intensamente sobre o sofrimento que se aproximava, mas submeteu-se ao Pai: «não se faça a minha vontade, mas a tua» (Lucas 22:42).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Fé não significa exigir um resultado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Uma oração de fé confia que Deus pode agir e sabe o que é melhor. Às vezes a resposta é «sim»; às vezes «espera»; às vezes Deus dá força para suportar em vez de remover a dificuldade.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Quando a resposta demora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Abraão esperou anos pelo filho prometido. Ana suportou angústia antes do nascimento de Samuel. Paulo orou repetidamente acerca do seu «espinho na carne», mas aprendeu que a força divina se manifesta na fraqueza humana (2 Coríntios 12:7-10).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Deus ouve — mas ensina-nos também a escutar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Oração e leitura bíblica pertencem juntas. Falamos a Deus em oração; ouvimos a Sua vontade revelada na Escritura.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«Desvenda os meus olhos, para que veja as maravilhas da tua lei.»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Salmo 119:18  •  King James Version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Hábitos práticos de oração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PRÁTICA ÚTIL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PORQUE IMPORTA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Ore regularmente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A oração regular impede que Deus se torne apenas um pensamento ocasional.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Procure silêncio quando possível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Jesus retirava-se para orar; o silêncio ajuda a concentração.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Seja específico e honesto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Diga a Deus o que preocupa, pelo que agradece e onde falhou.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Ore pelos outros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Família, crentes, governantes, doentes, aflitos e os que ouvem o Evangelho precisam de oração.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Continue a ler a Escritura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A Palavra molda os nossos valores e, portanto, os nossos pedidos.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Jesus Cristo — o único Mediador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«Porque há um só Deus, e um só Mediador entre Deus e os homens, Jesus Cristo homem.»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Timóteo 2:5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Jesus não é outro Deus ao lado do Pai. É aquele que Deus designou para mediar entre Si e a humanidade. Porque partilhou a experiência humana e foi tentado sem pecar, compreende a fraqueza humana.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«Cheguemo-nos, pois, com confiança ao trono da graça, para que possamos alcançar misericórdia e achar graça, a fim de sermos ajudados em tempo oportuno.»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Hebreus 4:16  •  King James Version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Oração depois do batismo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batismo marca o começo de nova vida em Cristo. Quando discípulos pecam, não fingem que nada aconteceu; confessam e procuram perdão.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«Se confessarmos os nossos pecados, ele é fiel e justo para nos perdoar os pecados, e nos purificar de toda a injustiça.»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João 1:9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Não perfeição, mas direção transformada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Crentes batizados ainda falham. A oração cristã inclui confissão contínua, gratidão pela misericórdia de Deus e determinação de continuar a afastar-se do pecado.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 oração que Jesus ensinou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PALAVRAS DE LUCAS 11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O QUE NOS ENSINAM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«Santificado seja o teu nome.»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Comece com reverência por Deus.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«Venha o teu reino.»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Deseje o propósito de Deus, não apenas o nosso conforto.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«Dá-nos cada dia o nosso pão cotidiano.»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Dependa de Deus para necessidades comuns.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«Perdoa-nos os nossos pecados; pois também nós perdoamos...»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Procure misericórdia enquanto pratica perdão.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«Não nos conduzas à tentação; mas livra-nos do mal.»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Reconheça a fraqueza e peça ajuda para permanecer fiel.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Jesus não ensinava que a oração deve usar sempre exatamente estas palavras. Deu um modelo das prioridades: honra de Deus, Reino, dependência diária, perdão e ajuda espiritual.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Oração na vida diária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oração pertence a todas as partes do discipulado: em privado, com família e com a ecclesia; em horários regulares e em necessidade repentina.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Um padrão simples quando não sabe o que dizer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PASSO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POSSÍVEL FOCO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1  LOUVAR E AGRADECER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Honre Deus e agradeça pela vida, Escritura, Evangelho e bênçãos diárias.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2  CONFESSAR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Reconheça falhas específicas e peça misericórdia e ajuda para mudar.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3  PEDIR E LEMBRAR OUTROS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Leve necessidades e decisões a Deus e ore por família, crentes, sofredores e o Evangelho.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4  PROCURAR O PROPÓSITO DE DEUS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Peça ajuda para fazer a Sua vontade e ore pelo regresso de Jesus e o Reino.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A oração é um privilégio.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Deus convida pessoas humildes e sinceras a procurá-Lo em louvor, gratidão, confissão e pedido.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Ore com fé, não como exigência.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Levamos necessidades a Deus aceitando a Sua sabedoria, tempo e vontade.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A Escritura molda a oração.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Bíblia ensina o que Deus valoriza e ajuda-nos a pedir o que é correto.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Jesus é o Mediador.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Crentes batizados têm relação especial de aliança com Deus através do Senhor Jesus Cristo.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Capítulos para ler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Atos 10  •  Salmo 51  •  Salmo 102  •  Lucas 18:1-14  •  Hebreus 4:14-16  •  Lucas 11:1-4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DECORAR  •  FILIPENSES 4:6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«Não estejais inquietos por coisa alguma; antes as vossas petições sejam em tudo conhecidas diante de Deus pela oração e súplicas, com ação de graças.»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Filipenses 4:6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