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color w:val="1F4E78"/>
          <w:sz w:val="22"/>
        </w:rPr>
        <w:t>CURSO BÍBLICO POR CORRESPONDÊNCIA CRISTADELFIANO</w:t>
      </w:r>
    </w:p>
    <w:p>
      <w:pPr>
        <w:spacing w:after="80"/>
        <w:jc w:val="center"/>
      </w:pPr>
      <w:r>
        <w:rPr>
          <w:b/>
          <w:color w:val="1F4E78"/>
          <w:sz w:val="21"/>
        </w:rPr>
        <w:t>LIÇÃO 38</w:t>
      </w:r>
    </w:p>
    <w:p>
      <w:pPr>
        <w:spacing w:after="40"/>
        <w:jc w:val="center"/>
      </w:pPr>
      <w:r>
        <w:rPr>
          <w:b/>
          <w:color w:val="1F4E78"/>
          <w:sz w:val="40"/>
        </w:rPr>
        <w:t>Comunhão com os da Mesma Fé</w:t>
      </w:r>
    </w:p>
    <w:p>
      <w:pPr>
        <w:spacing w:after="80"/>
        <w:jc w:val="center"/>
      </w:pPr>
      <w:r>
        <w:rPr>
          <w:b/>
          <w:color w:val="666666"/>
          <w:sz w:val="20"/>
        </w:rPr>
        <w:t>LEITURA  •  1 CORÍNTIOS 3</w:t>
      </w:r>
    </w:p>
    <w:p>
      <w:pPr>
        <w:spacing w:after="160"/>
        <w:jc w:val="center"/>
      </w:pPr>
      <w:r>
        <w:rPr>
          <w:b/>
          <w:i/>
          <w:color w:val="1F4E78"/>
          <w:sz w:val="22"/>
        </w:rPr>
        <w:t>Comunhão significa partilhar</w:t>
      </w:r>
    </w:p>
    <w:p>
      <w:pPr>
        <w:spacing w:after="100"/>
      </w:pPr>
      <w:r>
        <w:t>A comunhão bíblica é mais do que amizade ou simplesmente apreciar a companhia de alguém. É uma partilha espiritual de fé, esperança, adoração e vida em Cristo — com Deus, com o Senhor Jesus e com outros crentes.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Criados para relacionamento</w:t>
      </w:r>
    </w:p>
    <w:p>
      <w:pPr>
        <w:spacing w:after="100"/>
      </w:pPr>
      <w:r>
        <w:t>Deus criou os seres humanos para relacionamento. Depois de Adão ter sido criado, Deus disse que não era bom que o homem estivesse só. Eva foi criada como companheira e ajudadora, e o casamento tornou-se a primeira parceria humana descrita na Escritura.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«Não é bom que o homem esteja só; far-lhe-ei uma ajudadora idónea para ele.»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Génesis 2:18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O pecado danificou tanto as relações humanas como a relação entre a humanidade e Deus. Génesis 3 mostra culpa, medo e separação a entrarem onde antes havia abertura e confiança. O restante da Escritura mostra Deus a trabalhar para restaurar pessoas a Si mesmo e umas às outras através do Seu propósito em Cristo.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O que é comunhão cristã?</w:t>
      </w:r>
    </w:p>
    <w:p>
      <w:pPr>
        <w:spacing w:after="100"/>
      </w:pPr>
      <w:r>
        <w:t>O Novo Testamento apresenta a comunhão como uma relação partilhada construída sobre a mensagem apostólica. João liga a comunhão a ouvir e receber a verdade acerca de Jesus Cristo: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«O que vimos e ouvimos, isso vos anunciamos, para que também tenhais comunhão connosco; e a nossa comunhão é com o Pai e com seu Filho Jesus Cristo.»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João 1:3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Isto dá à comunhão três direções: para Deus, para o Seu Filho e para outros crentes. Por isso é mais profunda do que amizade social. Os cristãos podem e devem ser bondosos, próximos e prestáveis para com todos, mas a comunhão bíblica refere-se especialmente à fé e adoração partilhadas daqueles que pertencem a Cristo.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 COMUNHÃO INCLUI</w:t>
            </w:r>
          </w:p>
        </w:tc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 COMUNHÃO NÃO É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Partilhar a mesma esperança do Evangelho; orar e adorar juntos; aprender a Escritura juntos; encorajar-se mutuamente; recordar Cristo juntos.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Afirmar que os crentes devem ter opiniões idênticas em toda questão secundária; isolamento social de todos fora da eclésia; simples presença no mesmo edifício.</w:t>
            </w:r>
          </w:p>
        </w:tc>
      </w:tr>
    </w:tbl>
    <w:p>
      <w:pPr>
        <w:spacing w:after="2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Adoração em espírito e em verdade</w:t>
      </w:r>
    </w:p>
    <w:p>
      <w:pPr>
        <w:spacing w:after="100"/>
      </w:pPr>
      <w:r>
        <w:t>Quando Jesus falou com a mulher samaritana, a conversa voltou-se para o lugar correto de adoração. Ela referiu a tradição samaritana centrada no monte Gerizim e a adoração judaica centrada em Jerusalém. Jesus dirigiu a atenção para além de um lugar sagrado específico, para o caráter da verdadeira adoração.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«Mas a hora vem, e agora é, em que os verdadeiros adoradores adorarão o Pai em espírito e em verdade; porque o Pai procura a tais que assim o adorem.»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João 4:23  •  King James Version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«Deus é Espírito, e importa que os que o adoram o adorem em espírito e em verdade.»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João 4:24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A ideia não é que a verdade não importe; é precisamente o contrário. A adoração deve ser sincera e também estar de acordo com aquilo que Deus revelou. Entusiasmo sem verdade não basta, e palavras corretas sem coração sincero também não.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F4E78"/>
              </w:rPr>
              <w:t>As pessoas importam mais do que os edifícios</w:t>
            </w:r>
          </w:p>
          <w:p>
            <w:pPr>
              <w:spacing w:after="0"/>
            </w:pPr>
            <w:r>
              <w:t>Um edifício bonito não pode tornar verdadeira a adoração. O Novo Testamento dirige repetidamente a atenção aos próprios crentes como casa espiritual de Deus. Um local de reunião pode ser útil, mas não é a igreja no sentido bíblico.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A habitação de Deus</w:t>
      </w:r>
    </w:p>
    <w:p>
      <w:pPr>
        <w:spacing w:after="100"/>
      </w:pPr>
      <w:r>
        <w:t>O templo de Jerusalém era magnífico — João 2:20 regista que estivera em construção durante quarenta e seis anos — contudo Paulo ensinou os crentes de Corinto a pensarem em si coletivamente como templo de Deus.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«Não sabeis vós que sois o templo de Deus e que o Espírito de Deus habita em vós?»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Coríntios 3:16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O fundamento desse edifício espiritual é Jesus Cristo (1 Coríntios 3:11). Assim, cada crente tem responsabilidade de construir cuidadosamente: ensino sólido, conduta fiel, amor e serviço importam.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Eclésia: uma congregação de pessoas</w:t>
      </w:r>
    </w:p>
    <w:p>
      <w:pPr>
        <w:spacing w:after="100"/>
      </w:pPr>
      <w:r>
        <w:t>Os Cristadelfianos usam frequentemente a palavra «eclésia» para uma congregação local. Isto ajuda a salientar que a comunidade é feita de pessoas, não de tijolos e argamassa. Os crentes do primeiro século reuniam-se muitas vezes em casas, e uma eclésia moderna pode reunir-se num salão, numa casa ou noutro lugar adequado.</w:t>
      </w:r>
    </w:p>
    <w:p>
      <w:pPr>
        <w:spacing w:after="100"/>
      </w:pPr>
      <w:r>
        <w:t>As eclésias Cristadelfianas não têm um sacerdócio ordenado separado. O Senhor Jesus é o Sumo Sacerdote, e os membros locais batizados partilham responsabilidades de acordo com a Escritura e os arranjos da eclésia. O objetivo não é estatuto, mas serviço.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Separados dos caminhos ímpios — não das pessoas</w:t>
      </w:r>
    </w:p>
    <w:p>
      <w:pPr>
        <w:spacing w:after="100"/>
      </w:pPr>
      <w:r>
        <w:t>O Novo Testamento chama os discípulos à santidade. Jesus orou para que os seus seguidores permanecessem no mundo enquanto fossem guardados do seu mal. «Mundo», em passagens como João 17, pode descrever uma maneira de pensar e viver oposta a Deus; não significa que toda pessoa fora da eclésia deva ser tratada como inimiga.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«Não são do mundo, como eu do mundo não sou. Santifica-os na tua verdade; a tua palavra é a verdade.»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João 17:16–17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O discípulo deve, portanto, evitar participar em adoração, ensino ou conduta que contradiga o Evangelho, continuando ao mesmo tempo a mostrar bondade, paciência e amor prático a vizinhos, colegas, familiares e estranhos. Separação é lealdade a Deus, não orgulho ou desprezo.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Comunhão e crença partilhada</w:t>
      </w:r>
    </w:p>
    <w:p>
      <w:pPr>
        <w:spacing w:after="100"/>
      </w:pPr>
      <w:r>
        <w:t>A doutrina partilhada importa porque a adoração expressa aquilo que cremos acerca de Deus, Jesus, salvação e Reino. Paulo advertiu os crentes contra relações que comprometiam a fé: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«Não vos prendais a um jugo desigual com os infiéis; porque, que sociedade tem a justiça com a injustiça? E que comunhão tem a luz com as trevas?»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2 Coríntios 6:14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Por isso os Cristadelfianos procuram comunhão eclesial com aqueles que partilham o mesmo Evangelho e a mesma fé do batismo. Isto não significa que toda diferença de juízo deva tornar-se uma divisão. Romanos 14 e 15 mostram que os crentes podem diferir em assuntos de consciência e ainda assim receber-se uns aos outros em amor.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F4E78"/>
              </w:rPr>
              <w:t>Verdade e paciência pertencem juntas</w:t>
            </w:r>
          </w:p>
          <w:p>
            <w:pPr>
              <w:spacing w:after="0"/>
            </w:pPr>
            <w:r>
              <w:t>A comunhão precisa de convicção e humildade. Os primeiros princípios do Evangelho importam, mas os crentes também devem aprender quando a Escritura permite juízo individual. Não devemos transformar cada preferência pessoal num teste de comunhão.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Encorajar uns aos outros</w:t>
      </w:r>
    </w:p>
    <w:p>
      <w:pPr>
        <w:spacing w:after="100"/>
      </w:pPr>
      <w:r>
        <w:t>Uma razão pela qual a comunhão importa é que os discípulos precisam de encorajamento. É difícil sustentar a fé em isolamento. Reunir, conversar, orar, ler e servir juntos pode fortalecer crentes quando estão cansados, desanimados ou sob pressão.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«E consideremo-nos uns aos outros, para nos estimularmos à caridade e às boas obras;»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Hebreus 10:24  •  King James Version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«Não deixando a nossa congregação, como é costume de alguns; antes, admoestando-nos uns aos outros; e tanto mais quanto vedes que se vai aproximando aquele dia.»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Hebreus 10:25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O Partir do Pão</w:t>
      </w:r>
    </w:p>
    <w:p>
      <w:pPr>
        <w:spacing w:after="100"/>
      </w:pPr>
      <w:r>
        <w:t>Jesus deu pão e vinho aos discípulos na noite antes da sua morte e disse-lhes que se lembrassem dele. O pão recorda o seu corpo dado por nós; o cálice recorda o seu sangue derramado para perdão dos pecados.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«Isto é o meu corpo, que por vós é dado; fazei isto em memória de mim.»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Lucas 22:19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Paulo também descreve o pão e o cálice como partilha — comunhão — em Cristo. Eles juntam os crentes em torno da obra salvadora do Senhor, não em torno de personalidade, estatuto ou cultura.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«Porventura o cálice de bênção, que abençoamos, não é a comunhão do sangue de Cristo? O pão que partimos não é porventura a comunhão do corpo de Cristo?»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Coríntios 10:16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Na prática Cristadelfiana, os crentes batizados que estão em comunhão partilham o pão e o vinho. Não é porque os emblemas se transformem fisicamente; continuam a ser pão e vinho e funcionam como o memorial que Cristo estabeleceu.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Reunir regularmente</w:t>
      </w:r>
    </w:p>
    <w:p>
      <w:pPr>
        <w:spacing w:after="100"/>
      </w:pPr>
      <w:r>
        <w:t>Atos 20:7 regista discípulos reunidos no primeiro dia da semana para partir o pão. A Escritura não apresenta um horário universal detalhado para todas as eclésias, mas os Cristadelfianos tradicionalmente consideram um Partir do Pão semanal um padrão apropriado e valioso.</w:t>
      </w:r>
    </w:p>
    <w:p>
      <w:pPr>
        <w:spacing w:after="100"/>
      </w:pPr>
      <w:r>
        <w:t>Uma reunião eclesial típica inclui leituras da Bíblia, hinos, orações, uma exortação e a partilha do pão e do vinho. Os arranjos variam, mas o propósito é o mesmo: recordar Cristo, adorar Deus e fortalecer uns aos outros.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Quando os crentes estão isolados</w:t>
      </w:r>
    </w:p>
    <w:p>
      <w:pPr>
        <w:spacing w:after="100"/>
      </w:pPr>
      <w:r>
        <w:t>Alguns crentes vivem longe de uma eclésia, estão confinados em casa ou enfrentam circunstâncias que tornam difícil reunir fisicamente com regularidade. Não devem pensar que foram esquecidos. Cartas, chamadas telefónicas e contacto online podem dar verdadeiro encorajamento e ensino, embora a comunhão física, quando possível, deva ser valorizada.</w:t>
      </w:r>
    </w:p>
    <w:p>
      <w:pPr>
        <w:spacing w:after="100"/>
      </w:pPr>
      <w:r>
        <w:t>Um crente batizado isolado também pode recordar o Senhor no pão e no vinho segundo os arranjos e orientação da eclésia com a qual está em comunhão. O objetivo é permanecer ligado em fé, adoração e cuidado mútuo, em vez de tornar-se espiritualmente isolado.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F4E78"/>
              </w:rPr>
              <w:t>A comunhão é ativa</w:t>
            </w:r>
          </w:p>
          <w:p>
            <w:pPr>
              <w:spacing w:after="0"/>
            </w:pPr>
            <w:r>
              <w:t>Pertencer a uma eclésia não é simplesmente receber ajuda dos outros. Cada discípulo pode contribuir: por oração, hospitalidade, encorajamento, serviço prático, escuta cuidadosa, ensino quando apropriado e amor paciente.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Comunhão através do serviço prático</w:t>
      </w:r>
    </w:p>
    <w:p>
      <w:pPr>
        <w:spacing w:after="100"/>
      </w:pPr>
      <w:r>
        <w:t>A imagem neotestamentária da comunhão é prática, além de doutrinária. Os crentes partilham fardos, notam quem está a lutar, recebem uns aos outros e usam as suas capacidades para o bem de todo o corpo.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UMA ECLÉSIA SAUDÁVEL IRÁ</w:t>
            </w:r>
          </w:p>
        </w:tc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EXEMPLOS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Encorajar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Ouvir, orar, visitar, escrever, telefonar e fortalecer os que estão desanimados ou isolados.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Partilhar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Oferecer hospitalidade, ajuda prática e apoio material quando irmãos ou irmãs têm necessidade genuína.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Restaurar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Quando alguém luta ou caiu em pecado, procurar a recuperação com humildade em vez de fofoca ou dureza.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Servir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Usar tempo e capacidades em benefício dos outros, sem tratar o serviço eclesial como meio de obter estatuto.</w:t>
            </w:r>
          </w:p>
        </w:tc>
      </w:tr>
    </w:tbl>
    <w:p>
      <w:pPr>
        <w:spacing w:after="2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Uma família que atravessa fronteiras humanas</w:t>
      </w:r>
    </w:p>
    <w:p>
      <w:pPr>
        <w:spacing w:after="100"/>
      </w:pPr>
      <w:r>
        <w:t>O Evangelho reúne pessoas de nações, origens, idades e circunstâncias diferentes. A unidade não vem de serem naturalmente iguais, mas de pertencerem ao mesmo Senhor e partilharem a mesma esperança.</w:t>
      </w:r>
    </w:p>
    <w:p>
      <w:pPr>
        <w:spacing w:after="100"/>
      </w:pPr>
      <w:r>
        <w:t>Isto torna a comunhão uma disciplina, bem como uma bênção. Os crentes por vezes desapontam-se uns aos outros. Precisamos de perdão, paciência e disposição para ouvir. A unidade cristã fortalece-se quando a verdade é dita em amor e quando os membros se preocupam mais em edificar a eclésia do que em ganhar discussões.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Comunhão agora — comunhão perfeita por vir</w:t>
      </w:r>
    </w:p>
    <w:p>
      <w:pPr>
        <w:spacing w:after="100"/>
      </w:pPr>
      <w:r>
        <w:t>A nossa comunhão presente é imperfeita porque nós somos imperfeitos. Contudo, ela aponta para o propósito completo de Deus, quando pecado e divisão forem finalmente removidos e o povo de Deus viver em completa harmonia com Ele.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«E que consenso tem o templo de Deus com os ídolos? Porque vós sois o templo do Deus vivente, como Deus disse: Neles habitarei, e entre eles andarei; e eu serei o seu Deus, e eles serão o meu povo.»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2 Coríntios 6:16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RESUMO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cantSplit/>
        </w:trPr>
        <w:tc>
          <w:tcPr>
            <w:tcW w:type="dxa" w:w="504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Comunhão significa partilha espiritual. Une os crentes com Deus, o Senhor Jesus e uns com os outros através de uma fé comum no Evangelho.</w:t>
            </w:r>
          </w:p>
        </w:tc>
      </w:tr>
      <w:tr>
        <w:trPr>
          <w:cantSplit/>
        </w:trPr>
        <w:tc>
          <w:tcPr>
            <w:tcW w:type="dxa" w:w="504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r>
              <w:t>A verdadeira adoração precisa de espírito e verdade. Sinceridade e verdade bíblica pertencem juntas; edifícios e números não determinam se a adoração é aceitável.</w:t>
            </w:r>
          </w:p>
        </w:tc>
      </w:tr>
      <w:tr>
        <w:trPr>
          <w:cantSplit/>
        </w:trPr>
        <w:tc>
          <w:tcPr>
            <w:tcW w:type="dxa" w:w="504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Os crentes são o templo espiritual de Deus. Uma eclésia é, antes de tudo, uma congregação de pessoas edificadas sobre Jesus Cristo.</w:t>
            </w:r>
          </w:p>
        </w:tc>
      </w:tr>
      <w:tr>
        <w:trPr>
          <w:cantSplit/>
        </w:trPr>
        <w:tc>
          <w:tcPr>
            <w:tcW w:type="dxa" w:w="504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r>
              <w:t>Separação não significa isolamento. Os discípulos evitam crenças e práticas contrárias a Deus enquanto mostram bondade e amor a todos.</w:t>
            </w:r>
          </w:p>
        </w:tc>
      </w:tr>
      <w:tr>
        <w:trPr>
          <w:cantSplit/>
        </w:trPr>
        <w:tc>
          <w:tcPr>
            <w:tcW w:type="dxa" w:w="504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A comunhão fortalece os discípulos. Reunião regular, oração, estudo bíblico, serviço e encorajamento ajudam os crentes a permanecer fiéis.</w:t>
            </w:r>
          </w:p>
        </w:tc>
      </w:tr>
      <w:tr>
        <w:trPr>
          <w:cantSplit/>
        </w:trPr>
        <w:tc>
          <w:tcPr>
            <w:tcW w:type="dxa" w:w="504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r>
              <w:t>O Partir do Pão é central. Os Cristadelfianos recordam regularmente o Senhor Jesus juntos no pão e no vinho que ele instituiu.</w:t>
            </w:r>
          </w:p>
        </w:tc>
      </w:tr>
    </w:tbl>
    <w:p>
      <w:pPr>
        <w:spacing w:after="2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Capítulos para ler</w:t>
      </w:r>
    </w:p>
    <w:p>
      <w:pPr>
        <w:spacing w:after="100"/>
      </w:pPr>
      <w:r>
        <w:t>1 João 1  •  Romanos 14–15:7  •  1 Coríntios 10  •  Hebreus 10:19–25</w:t>
      </w:r>
    </w:p>
    <w:p>
      <w:pPr>
        <w:keepNext/>
      </w:pPr>
      <w:r>
        <w:rPr>
          <w:b/>
          <w:color w:val="1F4E78"/>
          <w:sz w:val="22"/>
        </w:rPr>
        <w:t>DECORAR  •  2 CORÍNTIOS 6:16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«E que consenso tem o templo de Deus com os ídolos? Porque vós sois o templo do Deus vivente, como Deus disse: Neles habitarei, e entre eles andarei; e eu serei o seu Deus, e eles serão o meu povo.»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2 Coríntios 6:16  •  King James Version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792" w:right="893" w:bottom="792" w:left="893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6666"/>
        <w:sz w:val="16"/>
      </w:rPr>
      <w:t>Christadelphian Bible Mission  •  Box CBM, 404 Shaftmoor Lane, Birmingham B28 8SZ, England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10" w:line="254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