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color w:val="1F4E78"/>
          <w:sz w:val="22"/>
        </w:rPr>
        <w:t>CURSO BÍBLICO POR CORRESPONDÊNCIA CRISTADELFIANO</w:t>
      </w:r>
    </w:p>
    <w:p>
      <w:pPr>
        <w:spacing w:after="80"/>
        <w:jc w:val="center"/>
      </w:pPr>
      <w:r>
        <w:rPr>
          <w:b/>
          <w:color w:val="1F4E78"/>
          <w:sz w:val="21"/>
        </w:rPr>
        <w:t>LIÇÃO 39</w:t>
      </w:r>
    </w:p>
    <w:p>
      <w:pPr>
        <w:spacing w:after="40"/>
        <w:jc w:val="center"/>
      </w:pPr>
      <w:r>
        <w:rPr>
          <w:b/>
          <w:color w:val="1F4E78"/>
          <w:sz w:val="40"/>
        </w:rPr>
        <w:t>O Poder da Língua</w:t>
      </w:r>
    </w:p>
    <w:p>
      <w:pPr>
        <w:spacing w:after="80"/>
        <w:jc w:val="center"/>
      </w:pPr>
      <w:r>
        <w:rPr>
          <w:b/>
          <w:color w:val="666666"/>
          <w:sz w:val="20"/>
        </w:rPr>
        <w:t>LEITURA  •  TIAGO 1</w:t>
      </w:r>
    </w:p>
    <w:p>
      <w:pPr>
        <w:spacing w:after="160"/>
        <w:jc w:val="center"/>
      </w:pPr>
      <w:r>
        <w:rPr>
          <w:b/>
          <w:i/>
          <w:color w:val="1F4E78"/>
          <w:sz w:val="22"/>
        </w:rPr>
        <w:t>As nossas palavras revelam o nosso coração</w:t>
      </w:r>
    </w:p>
    <w:p>
      <w:pPr>
        <w:spacing w:after="100"/>
      </w:pPr>
      <w:r>
        <w:t>A fala é uma das maneiras mais claras pelas quais o nosso caráter se torna visível. As palavras podem louvar Deus, ensinar a verdade, consolar os aflitos e fazer paz — ou podem ferir, enganar, inflamar a ira e destruir a confiança.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As palavras e o Juízo</w:t>
      </w:r>
    </w:p>
    <w:p>
      <w:pPr>
        <w:spacing w:after="100"/>
      </w:pPr>
      <w:r>
        <w:t>Quando o Senhor Jesus regressar, aqueles que são responsáveis perante o seu juízo responderão pela maneira como viveram. A Escritura mostra que as nossas palavras fazem parte dessa prestação de contas. Jesus advertiu os seus ouvintes de que a fala não é espiritualmente insignificante: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«Mas eu vos digo que de toda palavra ociosa que os homens disserem hão de dar conta no dia do juízo. Porque por tuas palavras serás justificado, e por tuas palavras serás condenado.»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Mateus 12:36–37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A KJV usa a expressão «idle word» — palavra ociosa. A ideia é fala inútil, descuidada ou sem bom propósito. Jesus chama-nos, portanto, não apenas a evitar palavras cruéis, mas a tornar a nossa fala útil no serviço de Deus.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Ponhamos a língua a trabalhar para o bem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USE AS PALAVRAS PARA</w:t>
            </w:r>
          </w:p>
        </w:tc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DIREÇÃO BÍBLICA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Louvar e agradecer a Deus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Cantar, orar e falar com gratidão juntos.  •  Colossenses 3:15–17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Fazer paz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Uma resposta branda pode desviar o furor.  •  Provérbios 15:1; Mateus 5:9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Encorajar e consolar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Fortalecer os que estão perturbados, de luto ou desanimados.  •  2 Coríntios 1:3–4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Ensinar e alimentar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Partilhar a Palavra de Deus com os que têm fome espiritual.  •  Provérbios 10:21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«A vossa palavra seja sempre agradável, temperada com sal, para que saibais como vos convém responder a cada um.»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Colossenses 4:6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Pedro aprendeu a usar as palavras de modo diferente</w:t>
      </w:r>
    </w:p>
    <w:p>
      <w:pPr>
        <w:spacing w:after="100"/>
      </w:pPr>
      <w:r>
        <w:t>Na noite em que Jesus foi preso, Pedro negou que o conhecia e até começou a praguejar e jurar. Anos depois, Pedro exortou os crentes a falar da sua esperança com mansidão, reverência e boa consciência. A sua própria vida mostra que os discípulos podem mudar.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«Antes, santificai a Cristo, como Senhor, em vossos corações; e estai sempre preparados para responder com mansidão e temor a qualquer que vos pedir a razão da esperança que há em vós.»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Pedro 3:15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A língua e a vida inteira</w:t>
      </w:r>
    </w:p>
    <w:p>
      <w:pPr>
        <w:spacing w:after="100"/>
      </w:pPr>
      <w:r>
        <w:t>Paulo exortou os crentes a apresentarem-se a Deus como sacrifício vivo. Isso inclui a maneira como falamos. Um discípulo batizado pertence a Deus e procura servi-Lo não apenas na adoração pública, mas nas conversas comuns, desacordos e comentários privados.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«Rogo-vos, pois, irmãos, pela compaixão de Deus, que apresenteis os vossos corpos em sacrifício vivo, santo e agradável a Deus, que é o vosso culto racional.»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Romanos 12:1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Jesus ensinou que as nossas palavras revelam o que está dentro de nós. Às vezes podemos esconder os motivos de outras pessoas, mas padrões repetidos de fala acabam por mostrar aquilo que enche o coração.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«O homem bom, do bom tesouro do seu coração, tira o bem, e o homem mau, do mau tesouro do seu coração, tira o mal, porque da abundância do seu coração fala a boca.»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Lucas 6:45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Tiago: um pequeno membro com grande poder</w:t>
      </w:r>
    </w:p>
    <w:p>
      <w:pPr>
        <w:spacing w:after="100"/>
      </w:pPr>
      <w:r>
        <w:t>Tiago 3 é uma das passagens mais fortes da Escritura acerca da fala. Ele compara a língua a um freio que dirige um cavalo, a um leme que dirige um navio e a um pequeno fogo que pode incendiar algo muito maior. As suas advertências são práticas: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TIAGO 3 ENSINA</w:t>
            </w:r>
          </w:p>
        </w:tc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O QUE SIGNIFICA PARA NÓS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Os mestres respondem pelas suas palavras (v.1).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Não tenha pressa de corrigir toda a gente. Ensinar traz responsabilidade diante de Deus.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Um pequeno membro pode dirigir muito (vv.3–5).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Poucas palavras podem definir o rumo de uma amizade, família, eclésia ou local de trabalho.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 língua pode ser fogo (vv.5–6).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Uma observação irada ou maliciosa pode espalhar-se muito para além da conversa original.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Nenhum ser humano doma perfeitamente a língua (v.8).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Precisamos de humildade, vigilância constante, oração e Palavra de Deus.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Bênção e maldição não devem sair da mesma boca (vv.9–10).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 nossa adoração a Deus deve refletir-se na maneira como falamos das pessoas feitas à Sua imagem.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A sabedoria do alto é pacífica e moderada (vv.17–18).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A fala piedosa procura pureza, misericórdia, bom fruto e paz.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«Mas nenhum homem pode domar a língua; é um mal que não se pode refrear; está cheia de peçonha mortal.»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Tiago 3:8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«Inflamada pelo inferno» — o que Tiago quis dizer?</w:t>
      </w:r>
    </w:p>
    <w:p>
      <w:pPr>
        <w:spacing w:after="100"/>
      </w:pPr>
      <w:r>
        <w:t>Tiago 3:6 usa a palavra grega Gehenna, traduzida «hell» na KJV. Geena está ligada ao vale de Hinom perto de Jerusalém, lugar associado no Antigo Testamento à idolatria e ao juízo divino (2 Reis 23:10; Jeremias 7:31–32). Tiago usa esta imagem poderosa para mostrar quão destrutiva e contaminadora pode tornar-se a fala sem controlo.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F4E78"/>
              </w:rPr>
              <w:t>Correção de uma explicação comum</w:t>
            </w:r>
          </w:p>
          <w:p>
            <w:pPr>
              <w:spacing w:after="0"/>
            </w:pPr>
            <w:r>
              <w:t>A lição não deve depender da afirmação posterior de que Geena era um depósito de lixo continuamente em chamas no tempo de Jesus. O pano de fundo bíblico é suficiente: o vale de Hinom tornou-se uma imagem solene de juízo e destruição.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Ira: pare o fogo antes que se espalhe</w:t>
      </w:r>
    </w:p>
    <w:p>
      <w:pPr>
        <w:spacing w:after="100"/>
      </w:pPr>
      <w:r>
        <w:t>É especialmente provável que usemos mal as palavras quando estamos irados. Fala que magoa muitas vezes provoca mais fala que magoa em resposta, e um pequeno desacordo pode crescer rapidamente. David aprendeu a deixar o juízo com Deus em vez de alimentar ressentimento.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«Deixa a ira, e abandona o furor; não te indignes para fazer o mal. Porque os malfeitores serão desarraigados; mas aqueles que esperam no SENHOR herdarão a terra.»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Salmo 37:8–9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Paulo não finge que a ira nunca surge. A sua instrução é recusar que a ira se torne pecado, amargura ou fala corrupta: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«Irai-vos, e não pequeis; não se ponha o sol sobre a vossa ira.»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Efésios 4:26  •  King James Version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«Não saia da vossa boca nenhuma palavra torpe, mas só a que for boa para promover a edificação, para que dê graça aos que a ouvem.»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Efésios 4:29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Isto significa aprender a parar, ouvir, pedir desculpa e perdoar. Antes de dormir, é sábio perguntar se carregamos ira contra alguém ou se as nossas próprias palavras causaram uma ferida que devemos tentar reparar.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Fofoca e calúnia</w:t>
      </w:r>
    </w:p>
    <w:p>
      <w:pPr>
        <w:spacing w:after="100"/>
      </w:pPr>
      <w:r>
        <w:t>Fofoca é falar sobre outras pessoas espalhando desnecessariamente informação privada, prejudicial ou sensacional. Algo não se torna correto repetir só porque é verdade. A Escritura também condena murmuração, maledicência e falar aquilo que não se deve.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«O homem perverso levanta a contenda, e o difamador separa os maiores amigos.»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Provérbios 16:28  •  King James Version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«E, além disto, aprendem também a andar ociosas de casa em casa; e não só ociosas, mas também paroleiras e curiosas, falando o que não convém.»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Timóteo 5:13  •  King James Version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F4E78"/>
              </w:rPr>
              <w:t>Antes de repetir uma história, pergunte</w:t>
            </w:r>
          </w:p>
          <w:p>
            <w:pPr>
              <w:spacing w:after="0"/>
            </w:pPr>
            <w:r>
              <w:t>É verdade? É necessário? É bondoso? Sou a pessoa certa para dizê-lo? Eu diria isso se a pessoa envolvida estivesse presente? Sentir-me-ia à vontade dizendo-o na presença do Senhor Jesus?</w:t>
            </w:r>
          </w:p>
        </w:tc>
      </w:tr>
    </w:tbl>
    <w:p>
      <w:pPr>
        <w:spacing w:after="0"/>
      </w:pPr>
    </w:p>
    <w:p>
      <w:pPr>
        <w:spacing w:after="100"/>
      </w:pPr>
      <w:r>
        <w:t>Às vezes uma falta grave realmente precisa de ser comunicada à pessoa apropriada — por exemplo, quando alguém corre risco de dano. Isso não é fofoca. O objetivo é proteção, verdade e ação adequada, não entretenimento ou destruição do caráter.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Os nomes de Deus e do Seu Filho</w:t>
      </w:r>
    </w:p>
    <w:p>
      <w:pPr>
        <w:spacing w:after="100"/>
      </w:pPr>
      <w:r>
        <w:t>Os nomes de Deus e do Senhor Jesus devem ser tratados com reverência. Não devem ser usados casualmente como exclamações nem como parte de fala abusiva ou obscena. O terceiro mandamento declara: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«Não tomarás o nome do SENHOR teu Deus em vão; porque o SENHOR não terá por inocente o que tomar o seu nome em vão.»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Deuteronómio 5:11  •  King James Version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«Mas agora despojai-vos também de tudo: da ira, da cólera, da malícia, da maledicência, das palavras torpes da vossa boca.»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Colossenses 3:8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Juramentos e simples veracidade</w:t>
      </w:r>
    </w:p>
    <w:p>
      <w:pPr>
        <w:spacing w:after="100"/>
      </w:pPr>
      <w:r>
        <w:t>Jesus ensinou os discípulos que a fala comum deve ser tão verdadeira que juramentos elaborados sejam desnecessários. Os Cristadelfianos tradicionalmente compreendem Mateus 5:33–37 e Tiago 5:12 como exigindo que os discípulos evitem juramentos religiosos e deem uma afirmação simples e verdadeira quando a lei civil permite essa alternativa.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«Seja, porém, o vosso falar: Sim, sim; Não, não; porque o que passa disto é de procedência maligna.»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Mateus 5:37  •  King James Version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«Mas, sobretudo, meus irmãos, não jureis, nem pelo céu, nem pela terra, nem façais qualquer outro juramento; mas que a vossa palavra sim seja sim, e o vosso não, não; para que não caiais em condenação.»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Tiago 5:12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Conversa tola, grosseira e litigiosa</w:t>
      </w:r>
    </w:p>
    <w:p>
      <w:pPr>
        <w:spacing w:after="100"/>
      </w:pPr>
      <w:r>
        <w:t>Nem toda piada é errada, e a Escritura não proíbe humor saudável. A advertência é contra fala imunda, sexualmente sugestiva, degradante, cruel ou destinada a fazer de outra pessoa objeto de desprezo. Também devemos evitar discussões que sejam apenas inúteis e divisivas.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«Nem torpezas, nem parvoíces, nem chocarrices, que não convêm; mas antes ações de graças.»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Efésios 5:4  •  King James Version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«Que a ninguém infamem, nem sejam contenciosos, mas modestos, mostrando toda a mansidão para com todos os homens.»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Tito 3:2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Tito 3:9–11 continua advertindo contra questões loucas, contendas e divisividade repetida. O discípulo não precisa de ganhar toda discussão. Às vezes o uso mais sábio da língua é parar de falar.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Use a fala para edificar, não para dominar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EM VEZ DE</w:t>
            </w:r>
          </w:p>
        </w:tc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PROCURE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Responder imediatamente com ira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Parar, orar e responder depois de o calor ter passado.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Repetir uma história prejudicial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Proteger a confiança e falar apenas com quem realmente precisa de saber.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Tentar ganhar todo desacordo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Ouvir cuidadosamente e procurar paz sem abandonar a verdade.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Zombar da fraqueza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Encorajar quem luta e falar com compaixão.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Queixar-se continuamente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Praticar ações de graças e notar as misericórdias de Deus.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O exemplo do Senhor Jesus</w:t>
      </w:r>
    </w:p>
    <w:p>
      <w:pPr>
        <w:spacing w:after="100"/>
      </w:pPr>
      <w:r>
        <w:t>O exemplo mais claro é o próprio Jesus. Podia falar firmemente quando a verdade o exigia, mas não discutia por vantagem pessoal, não esmagava o fraco nem retaliava quando insultado. Mateus aplica-lhe a profecia do servo de Isaías: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«Não contenderá, nem clamará, nem alguém ouvirá pelas ruas a sua voz. Não esmagará a cana quebrada, e não apagará o morrão que fumega, até que faça triunfar o juízo.»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Mateus 12:19–20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Quando Jesus sofreu, não respondeu crueldade com crueldade. Pedro depois apontou diretamente os crentes para este exemplo: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«O qual não cometeu pecado, nem na sua boca se achou engano. O qual, quando o injuriavam, não injuriava, e, quando padecia, não ameaçava, mas entregava-se àquele que julga justamente.»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Pedro 2:22–23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Isto não significa que os discípulos nunca devam defender outra pessoa, denunciar uma falta grave ou falar firmemente contra o mal. Jesus expôs hipocrisia e protegeu os vulneráveis. A lição é que a nossa fala não deve ser movida por orgulho, vingança, malícia ou desejo de humilhar.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F4E78"/>
              </w:rPr>
              <w:t>Um objetivo prático</w:t>
            </w:r>
          </w:p>
          <w:p>
            <w:pPr>
              <w:spacing w:after="0"/>
            </w:pPr>
            <w:r>
              <w:t>Use o dom da fala para dizer a verdade, louvar Deus, ensinar a Sua Palavra, fazer paz, encorajar os fracos, pedir desculpa quando estiver errado, perdoar quando for ferido e deixar o juízo final com Deus.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RESUMO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As nossas palavras importam diante de Deus. Jesus advertiu que palavras ociosas serão trazidas a juízo.</w:t>
            </w:r>
          </w:p>
        </w:tc>
      </w:tr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A fala revela o coração. Aquilo que repetidamente sai da nossa boca mostra o que está a ser guardado dentro de nós.</w:t>
            </w:r>
          </w:p>
        </w:tc>
      </w:tr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A língua tem poder desproporcional. Tiago compara-a a um leme e a um fogo: algo pequeno pode dirigir ou danificar muito.</w:t>
            </w:r>
          </w:p>
        </w:tc>
      </w:tr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Ira, fofoca e fala grosseira devem ser resistidas. Os discípulos procuram palavras verdadeiras, necessárias, bondosas e edificantes.</w:t>
            </w:r>
          </w:p>
        </w:tc>
      </w:tr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A veracidade deve ser simples. O nosso «sim» e «não» devem ser dignos de confiança sem juramentos manipuladores ou irreverentes.</w:t>
            </w:r>
          </w:p>
        </w:tc>
      </w:tr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Jesus é o nosso exemplo. Falou a verdade sem engano, recusou retaliar e usou palavras para fortalecer, não esmagar, os fracos.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Capítulos para ler</w:t>
      </w:r>
    </w:p>
    <w:p>
      <w:pPr>
        <w:spacing w:after="100"/>
      </w:pPr>
      <w:r>
        <w:t>Tiago 3  •  Salmo 37:1–11  •  Efésios 4:25–32  •  1 Pedro 3:8–16  •  1 Pedro 2:21–25</w:t>
      </w:r>
    </w:p>
    <w:p>
      <w:pPr>
        <w:keepNext/>
      </w:pPr>
      <w:r>
        <w:rPr>
          <w:b/>
          <w:color w:val="1F4E78"/>
          <w:sz w:val="22"/>
        </w:rPr>
        <w:t>DECORAR  •  TIAGO 1:19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«Portanto, meus amados irmãos, todo o homem seja pronto para ouvir, tardio para falar, tardio para se irar.»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Tiago 1:19  •  King James Version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792" w:right="893" w:bottom="792" w:left="893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6666"/>
        <w:sz w:val="16"/>
      </w:rPr>
      <w:t>Christadelphian Bible Mission  •  Box CBM, 404 Shaftmoor Lane, Birmingham B28 8SZ, England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10" w:line="254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