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8"/>
          <w:sz w:val="22"/>
        </w:rPr>
        <w:t>CURSO BÍBLICO POR CORRESPONDÊNCIA CRISTADELFIANO</w:t>
      </w:r>
    </w:p>
    <w:p>
      <w:pPr>
        <w:spacing w:after="80"/>
        <w:jc w:val="center"/>
      </w:pPr>
      <w:r>
        <w:rPr>
          <w:b/>
          <w:color w:val="1F4E78"/>
          <w:sz w:val="21"/>
        </w:rPr>
        <w:t>LIÇÃO 40</w:t>
      </w:r>
    </w:p>
    <w:p>
      <w:pPr>
        <w:spacing w:after="40"/>
        <w:jc w:val="center"/>
      </w:pPr>
      <w:r>
        <w:rPr>
          <w:b/>
          <w:color w:val="1F4E78"/>
          <w:sz w:val="40"/>
        </w:rPr>
        <w:t>O Serviço do Partir do Pão</w:t>
      </w:r>
    </w:p>
    <w:p>
      <w:pPr>
        <w:spacing w:after="80"/>
        <w:jc w:val="center"/>
      </w:pPr>
      <w:r>
        <w:rPr>
          <w:b/>
          <w:color w:val="666666"/>
          <w:sz w:val="20"/>
        </w:rPr>
        <w:t>LEITURA  •  MATEUS 26</w:t>
      </w:r>
    </w:p>
    <w:p>
      <w:pPr>
        <w:spacing w:after="160"/>
        <w:jc w:val="center"/>
      </w:pPr>
      <w:r>
        <w:rPr>
          <w:b/>
          <w:i/>
          <w:color w:val="1F4E78"/>
          <w:sz w:val="22"/>
        </w:rPr>
        <w:t>Recordando juntos o Senhor Jesus</w:t>
      </w:r>
    </w:p>
    <w:p>
      <w:pPr>
        <w:spacing w:after="100"/>
      </w:pPr>
      <w:r>
        <w:t>O batismo começa uma nova vida em Cristo. O Partir do Pão é o ato regular de comunhão no qual discípulos batizados recordam o Senhor Jesus, examinam-se a si próprios, dão graças pelo seu sacrifício e aguardam o seu regresso.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Um mandamento do Senhor Jesus</w:t>
      </w:r>
    </w:p>
    <w:p>
      <w:pPr>
        <w:spacing w:after="100"/>
      </w:pPr>
      <w:r>
        <w:t>O discipulado é mais do que admirar Jesus: significa ouvi-lo e obedecer-lhe. Jesus disse aos seus seguidores que a amizade com ele se demonstra pela obediência aos seus mandamentos: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«Ninguém tem maior amor do que este: de dar alguém a sua vida pelos seus amigos. Vós sereis meus amigos, se fizerdes o que eu vos mando.»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15:13–14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Na noite antes da sua morte, Jesus deu aos discípulos pão e o cálice e mandou que se lembrassem dele. Paulo transmitiu depois o mesmo mandamento à eclésia de Corinto: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«Fazei isto em memória de mim.»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11:24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Por isso os Cristadelfianos tratam o Partir do Pão como uma ordenança central da vida cristã, juntamente com o batismo. É simples na forma, mas profundo no significado: leva a mente de volta à vida e morte de Cristo e para a frente, ao seu Reino vindouro.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Com que frequência se reuniam os primeiros discípulos?</w:t>
      </w:r>
    </w:p>
    <w:p>
      <w:pPr>
        <w:spacing w:after="100"/>
      </w:pPr>
      <w:r>
        <w:t>Atos descreve os crentes perseverando juntos no ensino, na comunhão, no partir do pão e nas orações. Regista também uma reunião no primeiro dia da semana em Trôade: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no primeiro dia da semana, ajuntando-se os discípulos para partir o pão, Paulo, que havia de partir no dia seguinte, falava com eles...»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Atos 20:7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Isto fornece o padrão bíblico por detrás da prática Cristadelfiana de reunir no primeiro dia de cada semana, normalmente ao domingo. A Escritura não diz explicitamente que o primeiro dia foi escolhido por ser o dia da ressurreição, por isso não devemos tornar essa afirmação mais forte do que o próprio texto.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O lugar não é o ponto principal</w:t>
            </w:r>
          </w:p>
          <w:p>
            <w:pPr>
              <w:spacing w:after="0"/>
            </w:pPr>
            <w:r>
              <w:t>Os primeiros crentes reuniam-se em casas, bem como noutros lugares disponíveis. Não é necessário um edifício dedicado. O que importa é uma reunião fiel de crentes que recordem Cristo da maneira que ele estabeleceu.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«Fazei isto em memória de mim»</w:t>
      </w:r>
    </w:p>
    <w:p>
      <w:pPr>
        <w:spacing w:after="100"/>
      </w:pPr>
      <w:r>
        <w:t>No Partir do Pão, Jesus deve estar no centro dos nossos pensamentos. «Memória» significa mais do que recordar um facto esquecido. Enchemos deliberadamente a mente com a sua vida, obediência, sacrifício, ressurreição e a esperança do seu regresso.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«E, tomando o pão, e havendo dado graças, partiu-o e deu-lho, dizendo: Isto é o meu corpo, que por vós é dado; fazei isto em memória de mim.»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22:19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Cristo, nossa Páscoa</w:t>
      </w:r>
    </w:p>
    <w:p>
      <w:pPr>
        <w:spacing w:after="100"/>
      </w:pPr>
      <w:r>
        <w:t>Jesus morreu no tempo da Páscoa. Israel recordava como Deus os libertara da escravidão no Egito, e Paulo liga deliberadamente essa libertação a Cristo: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Cristo, nossa páscoa, foi sacrificado por nós. Por isso façamos a festa... com os asmos da sinceridade e da verdade.»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5:7–8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Partir do Pão recorda-nos, portanto, que fomos chamados para fora da escravidão ao pecado e à morte. Os emblemas dirigem-nos para o sacrifício através do qual o perdão e a vida se tornam possíveis.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A nova aliança</w:t>
      </w:r>
    </w:p>
    <w:p>
      <w:pPr>
        <w:spacing w:after="100"/>
      </w:pPr>
      <w:r>
        <w:t>O cálice também dirige os nossos pensamentos para a nova aliança. Lucas regista Jesus dizendo: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«Este cálice é o novo testamento no meu sangue, que é derramado por vós.»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22:20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Na KJV a palavra é traduzida «testament»; a ideia subjacente é aliança. Jesus é o mediador através de quem as promessas de Deus chegam ao cumprimento, e através dele os crentes têm acesso a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agora alcançou ele ministério tanto mais excelente, quanto é mediador de um melhor concerto, que está confirmado em melhores promessas.»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8:6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Um memorial que também proclama</w:t>
      </w:r>
    </w:p>
    <w:p>
      <w:pPr>
        <w:spacing w:after="100"/>
      </w:pPr>
      <w:r>
        <w:t>O serviço olha para trás, mas não apenas para trás. Cada vez que os discípulos comem e bebem fazem uma confissão visível da sua dependência de Cristo e da sua esperança partilhada: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todas as vezes que comerdes este pão e beberdes este cálice anunciais a morte do Senhor, até que venha.»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11:26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Passado, presente e futuro</w:t>
            </w:r>
          </w:p>
          <w:p>
            <w:pPr>
              <w:spacing w:after="0"/>
            </w:pPr>
            <w:r>
              <w:t>Recordamos o que Jesus fez, renovamos no presente a nossa comunhão uns com os outros e proclamamos a nossa confiança de que o Senhor que morreu e ressuscitou voltará.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«Examine-se, pois, o homem a si mesmo»</w:t>
      </w:r>
    </w:p>
    <w:p>
      <w:pPr>
        <w:spacing w:after="100"/>
      </w:pPr>
      <w:r>
        <w:t>Paulo não nos diz para chegar ao serviço preparados para inspecionar todos os outros. O mandamento é pessoal: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«Examine-se, pois, o homem a si mesmo, e assim coma deste pão e beba deste cálice.»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11:28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Comparamo-nos com o Senhor Jesus: a sua obediência, humildade, paciência, amor e dedicação completa ao Pai. Isso deve remover o orgulho e tornar-nos profundamente conscientes da nossa necessidade de graça.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Maneira indigna — não pessoas dignas</w:t>
      </w:r>
    </w:p>
    <w:p>
      <w:pPr>
        <w:spacing w:after="100"/>
      </w:pPr>
      <w:r>
        <w:t>Nenhum discípulo vem porque seja pessoalmente digno do sacrifício de Cristo. Paulo adverte, antes, contra comer e beber «indignamente» — de maneira indigna, sem discernir o significado daquilo que está a ser feito.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o que come e bebe indignamente come e bebe para sua própria condenação, não discernindo o corpo do Senhor.»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11:29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Os coríntios tinham permitido que divisão, egoísmo e desordem estragassem a sua reunião. A resposta não era ausência permanente da mesa, mas arrependimento, autoexame e uma abordagem correta ao memorial do Senhor.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E 1 Coríntios 11:30?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 causa disto há entre vós muitos fracos e doentes, e muitos que dormem.»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11:30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A lição antiga afirmava que Paulo não queria dizer doença física. O versículo em si não diz isso. Alguns leitores compreendem estas palavras literalmente como disciplina divina; outros tomaram-nas espiritualmente. O que é certo é o ponto principal de Paulo: tratar descuidadamente o memorial do Senhor é assunto sério, não um ritual vazio.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Comunhão num só corpo</w:t>
      </w:r>
    </w:p>
    <w:p>
      <w:pPr>
        <w:spacing w:after="100"/>
      </w:pPr>
      <w:r>
        <w:t>Partir o pão não é apenas um ato individual. Paulo descreve uma comunhão partilhada em Cristo: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nós, sendo muitos, somos um só pão e um só corpo; porque todos participamos do mesmo pão.»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10:17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À medida que o pão e o cálice passam de crente para crente, cada pessoa reconhece a mesma necessidade de Cristo e a mesma esperança. Isto deve fazer com que contendas, orgulho e desprezo uns pelos outros pareçam completamente fora de lugar.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Comunhão Cristadelfiana</w:t>
            </w:r>
          </w:p>
          <w:p>
            <w:pPr>
              <w:spacing w:after="0"/>
            </w:pPr>
            <w:r>
              <w:t>Os Cristadelfianos normalmente partilham o pão e o vinho com crentes batizados que estão em comunhão e que partilham a mesma fé apostólica. A intenção é expressar unidade genuína de crença e vida, não reivindicar superioridade pessoal sobre outras pessoas.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pão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«Tomai, comei; isto é o meu corpo, que é partido por vós; fazei isto em memória de mim.»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11:24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Os Cristadelfianos compreendem o pão como símbolo ou emblema do corpo de Cristo; ele não se transforma materialmente no seu corpo. Pão comum é suficiente. A sua importância vem daquilo que o Senhor mandou que representasse.</w:t>
      </w:r>
    </w:p>
    <w:p>
      <w:pPr>
        <w:spacing w:after="100"/>
      </w:pPr>
      <w:r>
        <w:t>O pão recorda-nos toda a vida obediente de Jesus no corpo que partilhou connosco. Conheceu tentação, fraqueza e sofrimento, mas não pecou e tinha prazer em fazer a vontade de Deus: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«Deleito-me em fazer a tua vontade, ó Deus meu; sim, a tua lei está dentro do meu coração.»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Salmo 40:8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cálice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«Este cálice é o novo testamento no meu sangue; fazei isto, todas as vezes que beberdes, em memória de mim.»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11:25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vinho recorda-nos a vida que Jesus derramou voluntariamente e o perdão tornado possível através do seu sacrifício. Hebreus expressa o princípio na linguagem do sacrifício: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quase todas as coisas, segundo a lei, se purificam com sangue; e sem derramamento de sangue não há remissão.»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9:22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Os sacrifícios animais sob a lei não podiam remover definitivamente o pecado. O sacrifício de Cristo foi feito uma vez por todas no propósito de Deus. Por isso, o pão e o vinho não deixam espaço para congratulação própria: chamam-nos à gratidão, humildade e arrependimento.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com o precioso sangue de Cristo, como de um cordeiro imaculado e incontaminado.»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Pedro 1:19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Um serviço simples com significado profundo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FAZEMOS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SOMOS CHAMADOS A RECORDAR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Reunimo-nos com outros crentes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Somos um só corpo em Cristo e precisamos uns dos outros.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Ouvimos as Escrituras e a exortação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Palavra de Deus examina-nos, ensina-nos e fortalece-nos.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Damos graças pelo pão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Cristo deu o seu corpo em serviço obediente e sacrifício.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Comemos o pão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Identificamo-nos com o Senhor que recordamos.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Damos graças pelo cálice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 seu sangue fala da nova aliança e do perdão.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Bebemos o cálice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Confessamos a nossa necessidade de graça e a nossa comunhão em Cristo.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«Até que venha»</w:t>
      </w:r>
    </w:p>
    <w:p>
      <w:pPr>
        <w:spacing w:after="100"/>
      </w:pPr>
      <w:r>
        <w:t>O Partir do Pão está cheio de esperança. Na última ceia Jesus não falou apenas da sua morte próxima. Também olhou em frente para o Reino: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vos digo que não a comerei mais até que ela se cumpra no reino de Deus.»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22:16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vos digo que já não beberei do fruto da vide, até que venha o reino de Deus.»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22:18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Cada Partir do Pão aponta, portanto, para além da era presente. Recordamos o Senhor que morreu, adoramos o Senhor ressuscitado que está à direita de Deus e esperamos o Rei que regressará.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Não deixemos de nos reunir</w:t>
      </w:r>
    </w:p>
    <w:p>
      <w:pPr>
        <w:spacing w:after="100"/>
      </w:pPr>
      <w:r>
        <w:t>A comunhão regular é uma das provisões de Deus para manter os discípulos espiritualmente fortes. Hebreus liga a confiança por meio de Cristo ao encorajamento mútuo à medida que o dia se aproxima: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consideremo-nos uns aos outros, para nos estimularmos à caridade e às boas obras; não deixando a nossa congregação... antes, admoestando-nos uns aos outros; e tanto mais quanto vedes que se vai aproximando aquele dia.»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10:24–25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Doença, distância, perseguição ou outras circunstâncias sérias podem por vezes impedir a presença. O princípio não é uma contagem legalista de reuniões, mas um desejo voluntário de obedecer ao Senhor, recordá-lo e procurar a comunhão do seu povo sempre que nos seja possível.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Quando chegamos à mesa</w:t>
            </w:r>
          </w:p>
          <w:p>
            <w:pPr>
              <w:spacing w:after="0"/>
            </w:pPr>
            <w:r>
              <w:t>Recorde Cristo. Examine-se a si mesmo. Afaste a amargura. Dê graças. Reconheça a sua necessidade de perdão. Reconheça o seu irmão ou irmã como parte do mesmo corpo. E espere o regresso do Senhor.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RESUMO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Jesus ordenou que o recordássemos. O pão e o cálice foram dados para que os discípulos se lembrassem dele.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serviço é comunhão. Os que partilham o único pão reconhecem um Senhor, uma esperança e a necessidade uns dos outros.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pão e o vinho são emblemas. Dirigem a mente para o corpo de Cristo, o seu sangue, a nova aliança e o perdão.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autoexame é essencial. Vimos humildemente, corrigindo as nossas próprias atitudes em vez de julgar outros adoradores.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memorial proclama esperança. «Anunciamos a morte do Senhor, até que venha» e aguardamos o Reino.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A reunião regular fortalece o discipulado. Os crentes encorajam-se em amor e boas obras à medida que o dia se aproxima.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Capítulos para ler</w:t>
      </w:r>
    </w:p>
    <w:p>
      <w:pPr>
        <w:spacing w:after="100"/>
      </w:pPr>
      <w:r>
        <w:t>Mateus 26:17–30  •  Lucas 22:14–30  •  1 Coríntios 10:14–22  •  1 Coríntios 11:17–34  •  Hebreus 10:19–25</w:t>
      </w:r>
    </w:p>
    <w:p>
      <w:pPr>
        <w:keepNext/>
      </w:pPr>
      <w:r>
        <w:rPr>
          <w:b/>
          <w:color w:val="1F4E78"/>
          <w:sz w:val="22"/>
        </w:rPr>
        <w:t>DECORAR  •  1 CORÍNTIOS 11:26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todas as vezes que comerdes este pão e beberdes este cálice anunciais a morte do Senhor, até que venha.»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11:26  •  King James Version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Christadelphian Bible Mission  •  Box CBM, 404 Shaftmoor Lane, Birmingham B28 8SZ, England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