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color w:val="1F4E78"/>
          <w:sz w:val="22"/>
        </w:rPr>
        <w:t>CURSO BÍBLICO POR CORRESPONDÊNCIA CRISTADELFIANO</w:t>
      </w:r>
    </w:p>
    <w:p>
      <w:pPr>
        <w:spacing w:after="80"/>
        <w:jc w:val="center"/>
      </w:pPr>
      <w:r>
        <w:rPr>
          <w:b/>
          <w:color w:val="1F4E78"/>
          <w:sz w:val="21"/>
        </w:rPr>
        <w:t>LIÇÃO 44</w:t>
      </w:r>
    </w:p>
    <w:p>
      <w:pPr>
        <w:spacing w:after="40"/>
        <w:jc w:val="center"/>
      </w:pPr>
      <w:r>
        <w:rPr>
          <w:b/>
          <w:color w:val="1F4E78"/>
          <w:sz w:val="40"/>
        </w:rPr>
        <w:t>A Eclésia de Deus</w:t>
      </w:r>
    </w:p>
    <w:p>
      <w:pPr>
        <w:spacing w:after="80"/>
        <w:jc w:val="center"/>
      </w:pPr>
      <w:r>
        <w:rPr>
          <w:b/>
          <w:color w:val="666666"/>
          <w:sz w:val="20"/>
        </w:rPr>
        <w:t>LEITURA  •  1 TIMÓTEO 3</w:t>
      </w:r>
    </w:p>
    <w:p>
      <w:pPr>
        <w:spacing w:after="160"/>
        <w:jc w:val="center"/>
      </w:pPr>
      <w:r>
        <w:rPr>
          <w:b/>
          <w:i/>
          <w:color w:val="1F4E78"/>
          <w:sz w:val="22"/>
        </w:rPr>
        <w:t>Um só corpo em Cristo</w:t>
      </w:r>
    </w:p>
    <w:p>
      <w:pPr>
        <w:spacing w:after="100"/>
      </w:pPr>
      <w:r>
        <w:t>O batismo une os crentes a Cristo e a uma família mundial de discípulos. O Novo Testamento descreve esta comunidade como um só corpo, tendo o Senhor Jesus Cristo como cabeça e cada membro uma parte a desempenhar.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O que é uma eclésia?</w:t>
      </w:r>
    </w:p>
    <w:p>
      <w:pPr>
        <w:spacing w:after="100"/>
      </w:pPr>
      <w:r>
        <w:t>A palavra grega ekklesia é normalmente traduzida «igreja», «assembleia» ou «congregação». No Novo Testamento refere-se principalmente a uma reunião ou comunidade de pessoas, não a um edifício religioso. Atos 19 até usa a mesma palavra para a assembleia cívica em Éfeso. A pergunta importante não é, portanto, «Onde está o edifício da igreja?», mas «Quem são as pessoas que pertencem a Cristo?»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«Porque, assim como o corpo é um e tem muitos membros, e todos os membros, sendo muitos, são um só corpo, assim é Cristo também. Pois todos nós fomos batizados em um Espírito, formando um corpo, quer judeus, quer gregos, quer servos, quer livres.»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Coríntios 12:12–13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Os Cristadelfianos usam a palavra «eclésia» para uma congregação local porque mantém a ênfase nas pessoas reunidas para adorar Deus, e não no edifício onde se reúnem.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Chamados a pertencer</w:t>
      </w:r>
    </w:p>
    <w:p>
      <w:pPr>
        <w:spacing w:after="100"/>
      </w:pPr>
      <w:r>
        <w:t>O Evangelho chama homens e mulheres para fora de um antigo modo de vida e para uma nova relação com Deus através do Senhor Jesus Cristo. Atos 8:12 mostra pessoas crendo «nas coisas concernentes ao reino de Deus e ao nome de Jesus Cristo» e depois sendo batizadas. O batismo é, portanto, pessoal e comunitário: o crente pertence a Cristo e torna-se parte do seu corpo.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«E que consenso tem o templo de Deus com os ídolos? Porque vós sois o templo do Deus vivente, como Deus disse: Neles habitarei, e entre eles andarei; e eu serei o seu Deus, e eles serão o meu povo.»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2 Coríntios 6:16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Separação do mundo não significa isolamento de outras pessoas nem tratá-las com desprezo. Significa que a lealdade a Deus, à Sua verdade e aos Seus padrões vem primeiro. Os Cristadelfianos entendem, por isso, que a comunhão cristã se baseia num Evangelho partilhado, no batismo e num compromisso comum com o ensino da Escritura.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Não negligencieis reunir-vos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«Retenhamos firmes a confissão da nossa esperança; porque fiel é o que prometeu. E consideremo-nos uns aos outros, para nos estimularmos à caridade e às boas obras, não deixando a nossa congregação, como é costume de alguns; antes, admoestando-nos uns aos outros.»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Hebreus 10:23–25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A eclésia como um só corpo</w:t>
      </w:r>
    </w:p>
    <w:p>
      <w:pPr>
        <w:spacing w:after="100"/>
      </w:pPr>
      <w:r>
        <w:t>Paulo usa repetidamente o corpo humano como imagem da vida eclesial. Um corpo tem muitas partes diferentes, mas cada parte pertence ao todo. A diversidade de capacidades não é fraqueza: a eclésia precisa de dons, experiências e formas de serviço diferentes.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«Porque assim como em um corpo temos muitos membros, e nem todos os membros têm a mesma operação, assim nós, que somos muitos, somos um só corpo em Cristo, mas individualmente somos membros uns dos outros.»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Romanos 12:4–5  •  King James Version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FIGURA BÍBLICA</w:t>
            </w:r>
          </w:p>
        </w:tc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O QUE NOS ENSINA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Um só corpo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Os crentes pertencem uns aos outros; o cristianismo não foi destinado a ser vivido em isolamento.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Muitos membros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Nem todos têm a mesma capacidade ou responsabilidade, mas cada membro fiel importa.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Cristo, a cabeça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Nenhum papa, sacerdócio ou líder humano substitui a autoridade do Senhor Jesus Cristo (Efésios 4:15; 5:23).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Membros uns dos outros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Aquilo que afeta um membro deve importar aos outros; comunhão inclui cuidado prático.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Crescimento conjunto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A verdade deve ser falada em amor para que todo o corpo se fortaleça (Efésios 4:15–16).</w:t>
            </w:r>
          </w:p>
        </w:tc>
      </w:tr>
    </w:tbl>
    <w:p>
      <w:pPr>
        <w:spacing w:after="2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Igual valor diante de Deus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«Porque todos quantos fostes batizados em Cristo já vos revestistes de Cristo. Nisto não há judeu nem grego; não há servo nem livre; não há macho nem fêmea; porque todos vós sois um em Cristo Jesus.»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Gálatas 3:27–28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Raça, nacionalidade, posição social e sexo não tornam um crente batizado mais valioso para Deus do que outro. O Novo Testamento, contudo, dá responsabilidades diferentes na família e na vida eclesial. Igualdade de valor não significa que todos os membros desempenhem a mesma função.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Um lugar para crescimento espiritual</w:t>
      </w:r>
    </w:p>
    <w:p>
      <w:pPr>
        <w:spacing w:after="100"/>
      </w:pPr>
      <w:r>
        <w:t>Uma eclésia deve ajudar os discípulos a crescer em conhecimento, amor e caráter cristão. Isso só acontece quando os membros contribuem em vez de esperar que poucas pessoas façam tudo. Alguns ensinam; outros encorajam, organizam, visitam, recebem visitantes, dão ajuda prática, cuidam de crianças, apoiam idosos, mantêm correspondência ou fortalecem silenciosamente outros pelo exemplo fiel.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F4E78"/>
              </w:rPr>
              <w:t>Uma eclésia saudável pergunta</w:t>
            </w:r>
          </w:p>
          <w:p>
            <w:pPr>
              <w:spacing w:after="0"/>
            </w:pPr>
            <w:r>
              <w:t>Como posso ajudar o corpo de Cristo a crescer? — e não apenas: «O que a eclésia pode fazer por mim?»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Eclésias locais — uma família mundial</w:t>
      </w:r>
    </w:p>
    <w:p>
      <w:pPr>
        <w:spacing w:after="100"/>
      </w:pPr>
      <w:r>
        <w:t>O Novo Testamento fala da «igreja de Deus que está em Corinto» (2 Coríntios 1:1) e de outras congregações locais. Cada eclésia local tem responsabilidade prática pelos seus próprios assuntos, mas todas as eclésias fiéis pertencem ao único corpo de Cristo.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Organizar a vida eclesial</w:t>
      </w:r>
    </w:p>
    <w:p>
      <w:pPr>
        <w:spacing w:after="100"/>
      </w:pPr>
      <w:r>
        <w:t>O Novo Testamento não fornece uma constituição moderna nem um regulamento parlamentar, mas apresenta princípios claros para organização ordeira, justa e espiritualmente orientada. Atos 6 e Atos 15 são exemplos especialmente úteis.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Atos 6 — partilhar responsabilidade</w:t>
      </w:r>
    </w:p>
    <w:p>
      <w:pPr>
        <w:spacing w:after="100"/>
      </w:pPr>
      <w:r>
        <w:t>Quando surgiu uma reclamação acerca do cuidado diário de viúvas, os apóstolos não a ignoraram. Reconheceram tanto a necessidade prática como a própria responsabilidade de continuar em oração e no ministério da Palavra. A congregação escolheu homens adequados, e os apóstolos os encarregaram do trabalho.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PRINCÍPIO</w:t>
            </w:r>
          </w:p>
        </w:tc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LIÇÃO PARA UMA ECLÉSIA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Os problemas devem ser enfrentados.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As reclamações devem ser ouvidas com justiça em vez de escondidas ou descartadas.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As prioridades espirituais importam.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A organização deve apoiar oração, ensino, cuidado pastoral e pregação — não substituí-los.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Pessoas adequadas devem servir.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Caráter e reputação espiritual importam mais do que estatuto ou ambição.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A responsabilidade pode ser partilhada.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Nenhuma pessoa deve tentar controlar todos os aspetos da vida eclesial.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A paz ajuda a pregação.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Atos 6:7 segue a resolução dizendo que a Palavra de Deus crescia.</w:t>
            </w:r>
          </w:p>
        </w:tc>
      </w:tr>
    </w:tbl>
    <w:p>
      <w:pPr>
        <w:spacing w:after="2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Atos 15 — lidar com desacordo sério</w:t>
      </w:r>
    </w:p>
    <w:p>
      <w:pPr>
        <w:spacing w:after="100"/>
      </w:pPr>
      <w:r>
        <w:t>Atos 15 regista uma disputa doutrinária difícil. Os apóstolos e anciãos reuniram-se para considerar o assunto; houve «muita discussão»; ouviram-se provas; considerou-se a Escritura; e uma conclusão unida foi comunicada às eclésias. A passagem não descreve uma votação moderna por maioria, mas mostra discussão cuidadosa, escuta, raciocínio baseado na Escritura e determinação de preservar unidade na verdade.</w:t>
      </w:r>
    </w:p>
    <w:p>
      <w:pPr>
        <w:spacing w:after="100"/>
      </w:pPr>
      <w:r>
        <w:t>Reúna-se e discuta assuntos difíceis em vez de deixar a suspeita crescer. Dê atenção séria à Escritura e às provas relevantes. Permita que opiniões fortes sejam expressas sem transformar desacordo em hostilidade pessoal. Quando uma decisão sólida tiver sido alcançada, comunique-a claramente e trabalhem juntos em paz. Mantenha diante de si o propósito da eclésia: adoração, crescimento, cuidado pastoral e pregação.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Serviço, não estatuto</w:t>
      </w:r>
    </w:p>
    <w:p>
      <w:pPr>
        <w:spacing w:after="100"/>
      </w:pPr>
      <w:r>
        <w:t>As eclésias Cristadelfianas não têm sacerdócio pago entre os crentes e Deus. Cristo é o Sumo Sacerdote e cabeça da eclésia. Funções práticas existem porque há trabalho a fazer, não porque alguns irmãos sejam uma classe espiritual superior.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«Porque eu vos dei o exemplo, para que, como eu vos fiz, façais vós também. Na verdade, na verdade vos digo que não é o servo maior do que o seu senhor.»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João 13:15–16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Anciãos e irmãos servidores</w:t>
      </w:r>
    </w:p>
    <w:p>
      <w:pPr>
        <w:spacing w:after="100"/>
      </w:pPr>
      <w:r>
        <w:t>As eclésias do primeiro século tinham anciãos ou supervisores. Paulo e Barnabé «ordenaram anciãos em cada igreja» (Atos 14:23), e Tito recebeu instrução para «estabelecer anciãos em cada cidade» (Tito 1:5). A autoridade deles devia ser exercida como serviço e exemplo, nunca como domínio.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«Convém, pois, que o bispo seja irrepreensível, marido de uma mulher, vigilante, sóbrio, honesto, hospitaleiro, apto para ensinar; não dado ao vinho, não espancador, não cobiçoso de torpe ganância, mas moderado, não contencioso, não avarento.»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Timóteo 3:2–3  •  King James Version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UM ANCIÃO DEVE SER…</w:t>
            </w:r>
          </w:p>
        </w:tc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O QUE ISSO SIGNIFICA NA PRÁTICA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Fundamentado na Escritura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Capaz de ensinar sã doutrina e usar a Bíblia com sabedoria.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Irrepreensível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A sua conduta diária deve apoiar, não contradizer, o ensino.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Autocontrolado e gentil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Não violento, dominador, irascível ou contencioso.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Hospitaleiro e cuidadoso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Acessível, pronto a ajudar e preocupado com as pessoas.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Livre de ganância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Responsabilidade eclesial nunca deve ser usada para vantagem financeira pessoal.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Espiritualmente maduro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Não um novato movido pelo orgulho, mas exemplo estável para o rebanho.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«Apascentai o rebanho de Deus, que está entre vós, tendo cuidado dele, não por força, mas voluntariamente; nem por torpe ganância, mas de ânimo pronto; nem como tendo domínio sobre a herança de Deus, mas servindo de exemplo ao rebanho.»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Pedro 5:2–3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Irmãos e irmãs na vida eclesial</w:t>
      </w:r>
    </w:p>
    <w:p>
      <w:pPr>
        <w:spacing w:after="100"/>
      </w:pPr>
      <w:r>
        <w:t>Irmãos e irmãs são igualmente membros do único corpo em Cristo. O Novo Testamento também contém instruções sobre ordem na adoração pública. A prática Cristadelfiana tradicional entende 1 Timóteo 2:8–15 como atribuindo o ensino público e a liderança da congregação mista a irmãos devidamente qualificados, enquanto as irmãs fazem contribuições essenciais ensinando crianças e outras mulheres, praticando hospitalidade, cuidado pastoral, serviço prático, música quando apropriado, administração, encorajamento e exemplo fiel.</w:t>
      </w:r>
    </w:p>
    <w:p>
      <w:pPr>
        <w:spacing w:after="100"/>
      </w:pPr>
      <w:r>
        <w:t>Os Cristadelfianos também entendem tradicionalmente 1 Coríntios 11 como ensinando que os irmãos oram com a cabeça descoberta e as irmãs cobrem a cabeça durante oração e adoração eclesial. Estas práticas nunca devem ser usadas para sugerir que as irmãs têm menor valor espiritual; Gálatas 3:28 permanece fundamental: todos são um em Cristo Jesus.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F4E78"/>
              </w:rPr>
              <w:t>Liderança na eclésia de Cristo</w:t>
            </w:r>
          </w:p>
          <w:p>
            <w:pPr>
              <w:spacing w:after="0"/>
            </w:pPr>
            <w:r>
              <w:t>Liderança bíblica é medida por fidelidade, caráter, ensino e serviço — não por poder, personalidade, riqueza ou posição social.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A vida de uma eclésia saudável</w:t>
      </w:r>
    </w:p>
    <w:p>
      <w:pPr>
        <w:spacing w:after="100"/>
      </w:pPr>
      <w:r>
        <w:t>A lição-fonte salienta corretamente que uma eclésia deve fazer mais do que realizar uma única reunião semanal. O objetivo é uma comunidade em que os crentes recordem Cristo, aprendam a Escritura, preguem o Evangelho, cuidem uns dos outros e cresçam juntos em direção ao Reino.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ATIVIDADE ECLESIAL</w:t>
            </w:r>
          </w:p>
        </w:tc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PROPÓSITO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Partir do Pão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Recordar o Senhor Jesus no pão e no vinho e anunciar a sua morte «até que venha» (1 Coríntios 11:26).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Classe / estudo bíblico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Ir além dos primeiros princípios e crescer na compreensão de todo o conselho de Deus.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Pregação do Evangelho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Partilhar com outros a esperança do Reino de Deus e o nome de Jesus Cristo.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Cuidado pastoral e organização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Cuidar dos membros e organizar o trabalho da eclésia de forma justa e pacífica.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Crianças e famílias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Ajudar a geração seguinte a conhecer a Escritura e a ver o discipulado vivido na prática.</w:t>
            </w:r>
          </w:p>
        </w:tc>
      </w:tr>
    </w:tbl>
    <w:p>
      <w:pPr>
        <w:spacing w:after="2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Um serviço memorial simples</w:t>
      </w:r>
    </w:p>
    <w:p>
      <w:pPr>
        <w:spacing w:after="100"/>
      </w:pPr>
      <w:r>
        <w:t>A ordem exata pode variar de lugar para lugar. Uma reunião Cristadelfiana de Partir do Pão normalmente contém: hino, oração inicial e leituras bíblicas; uma exortação baseada na Escritura; oração e partilha do pão em memória de Cristo; oração e partilha do vinho em memória do seu sangue derramado; hinos, avisos ou coleta conforme a prática local; e oração final.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Crescer juntos em amor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«Antes, seguindo a verdade em amor, cresçamos em tudo naquele que é a cabeça, Cristo, do qual todo o corpo, bem ajustado e ligado... faz o aumento do corpo, para sua edificação em amor.»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Efésios 4:15–16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RESUMO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cantSplit/>
        </w:trPr>
        <w:tc>
          <w:tcPr>
            <w:tcW w:type="dxa" w:w="5227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A eclésia é composta por pessoas, não por um edifício. É uma assembleia ou congregação reunida em torno de Cristo.</w:t>
            </w:r>
          </w:p>
        </w:tc>
      </w:tr>
      <w:tr>
        <w:trPr>
          <w:cantSplit/>
        </w:trPr>
        <w:tc>
          <w:tcPr>
            <w:tcW w:type="dxa" w:w="5227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r>
              <w:t>Os crentes formam um só corpo. Cristo é a cabeça; cada membro fiel tem uma parte útil a desempenhar.</w:t>
            </w:r>
          </w:p>
        </w:tc>
      </w:tr>
      <w:tr>
        <w:trPr>
          <w:cantSplit/>
        </w:trPr>
        <w:tc>
          <w:tcPr>
            <w:tcW w:type="dxa" w:w="5227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A organização deve servir propósitos espirituais. Atos 6 e Atos 15 colocam Escritura, justiça, serviço e paz no centro.</w:t>
            </w:r>
          </w:p>
        </w:tc>
      </w:tr>
      <w:tr>
        <w:trPr>
          <w:cantSplit/>
        </w:trPr>
        <w:tc>
          <w:tcPr>
            <w:tcW w:type="dxa" w:w="5227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r>
              <w:t>Os anciãos são servos e exemplos. A liderança é marcada por ensino sólido, maturidade, gentileza e integridade.</w:t>
            </w:r>
          </w:p>
        </w:tc>
      </w:tr>
    </w:tbl>
    <w:p>
      <w:pPr>
        <w:spacing w:after="2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Capítulos para ler</w:t>
      </w:r>
    </w:p>
    <w:p>
      <w:pPr>
        <w:spacing w:after="100"/>
      </w:pPr>
      <w:r>
        <w:t>Atos 6  •  Atos 15  •  1 Coríntios 12  •  Efésios 4  •  1 Timóteo 3</w:t>
      </w:r>
    </w:p>
    <w:p>
      <w:pPr>
        <w:keepNext/>
      </w:pPr>
      <w:r>
        <w:rPr>
          <w:b/>
          <w:color w:val="1F4E78"/>
          <w:sz w:val="22"/>
        </w:rPr>
        <w:t>DECORAR  •  1 CORÍNTIOS 12:27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«Ora, vós sois o corpo de Cristo e seus membros em particular.»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Coríntios 12:27  •  King James Version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792" w:right="893" w:bottom="792" w:left="893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6666"/>
        <w:sz w:val="16"/>
      </w:rPr>
      <w:t>Christadelphian Bible Mission  •  Box CBM, 404 Shaftmoor Lane, Birmingham B28 8SZ, England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10" w:line="254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