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F4E78"/>
          <w:sz w:val="22"/>
        </w:rPr>
        <w:t>CURSO BÍBLICO POR CORRESPONDÊNCIA CRISTADELFIANO</w:t>
      </w:r>
    </w:p>
    <w:p>
      <w:pPr>
        <w:spacing w:after="80"/>
        <w:jc w:val="center"/>
      </w:pPr>
      <w:r>
        <w:rPr>
          <w:b/>
          <w:color w:val="1F4E78"/>
          <w:sz w:val="21"/>
        </w:rPr>
        <w:t>LIÇÃO 46</w:t>
      </w:r>
    </w:p>
    <w:p>
      <w:pPr>
        <w:spacing w:after="40"/>
        <w:jc w:val="center"/>
      </w:pPr>
      <w:r>
        <w:rPr>
          <w:b/>
          <w:color w:val="1F4E78"/>
          <w:sz w:val="40"/>
        </w:rPr>
        <w:t>Amar o Seu Próximo</w:t>
      </w:r>
    </w:p>
    <w:p>
      <w:pPr>
        <w:spacing w:after="80"/>
        <w:jc w:val="center"/>
      </w:pPr>
      <w:r>
        <w:rPr>
          <w:b/>
          <w:color w:val="666666"/>
          <w:sz w:val="20"/>
        </w:rPr>
        <w:t>LEITURA  •  LUCAS 10</w:t>
      </w:r>
    </w:p>
    <w:p>
      <w:pPr>
        <w:spacing w:after="160"/>
        <w:jc w:val="center"/>
      </w:pPr>
      <w:r>
        <w:rPr>
          <w:b/>
          <w:i/>
          <w:color w:val="1F4E78"/>
          <w:sz w:val="22"/>
        </w:rPr>
        <w:t>Amor que pode ser visto</w:t>
      </w:r>
    </w:p>
    <w:p>
      <w:pPr>
        <w:spacing w:after="100"/>
      </w:pPr>
      <w:r>
        <w:t>Jesus não descreve o amor cristão apenas como sentimento. Na parábola do Bom Samaritano, o amor vê a necessidade, atravessa barreiras e faz algo prático para ajudar.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Quem é o meu próximo?</w:t>
      </w:r>
    </w:p>
    <w:p>
      <w:pPr>
        <w:spacing w:after="100"/>
      </w:pPr>
      <w:r>
        <w:t>Um doutor da lei perguntou a Jesus o que devia fazer para herdar a vida eterna. A resposta uniu amor a Deus e amor ao próximo. Quando perguntou: «E quem é o meu próximo?», Jesus respondeu com a parábola do Bom Samaritano (Lucas 10:25–37).</w:t>
      </w:r>
    </w:p>
    <w:p>
      <w:pPr>
        <w:spacing w:after="100"/>
      </w:pPr>
      <w:r>
        <w:t>O viajante ferido foi passado de largo por um sacerdote e um levita, homens ligados à adoração e à lei de Israel. Quem parou foi um samaritano. Judeus e samaritanos estavam separados por antiga hostilidade religiosa e social, por isso Jesus fez deliberadamente do forasteiro inesperado o exemplo de misericórdia.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 um samaritano, que ia de viagem, chegou ao pé dele e, vendo-o, moveu-se de íntima compaixão; e, aproximando-se, atou-lhe as feridas... e, pondo-o sobre a sua cavalgadura, levou-o para uma estalagem e cuidou dele.»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10:33–34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que fez a compaixão?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SAMARITANO…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AMOR TORNOU-SE AÇÃO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Viu o homem ferido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Não desviou o olhar nem fingiu que a necessidade era problema de outra pessoa.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Teve compaixão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sua preocupação foi além da emoção e tornou-se ajuda prática.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Atou-lhe as feridas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Usou aquilo que tinha para responder à necessidade imediata.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Levou-o a uma estalagem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Deu tempo, esforço e aceitou incómodo pessoal.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Pagou pelo cuidado posterior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 responsabilidade não terminou depois do primeiro ato de bondade.</w:t>
            </w:r>
          </w:p>
        </w:tc>
      </w:tr>
    </w:tbl>
    <w:p>
      <w:pPr>
        <w:spacing w:after="20"/>
      </w:pPr>
    </w:p>
    <w:p>
      <w:pPr>
        <w:spacing w:after="100"/>
      </w:pPr>
      <w:r>
        <w:t>Jesus terminou perguntando qual dos três homens tinha sido próximo do viajante ferido. O doutor respondeu: «O que usou de misericórdia para com ele.» Jesus disse: «Vai e faze da mesma maneira» (Lucas 10:37). Portanto, a questão não é apenas «Quem se qualifica como meu próximo?», mas «De quem posso tornar-me próximo?»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A compaixão de Jesus</w:t>
      </w:r>
    </w:p>
    <w:p>
      <w:pPr>
        <w:spacing w:after="100"/>
      </w:pPr>
      <w:r>
        <w:t>A lição-fonte liga a compaixão do samaritano à compaixão que Jesus mostrou repetidamente. Em Naim encontrou uma viúva cujo único filho tinha morrido. Lucas regista não apenas que Jesus viu a dor dela, mas que respondeu a ela.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«E, vendo-a, o Senhor moveu-se de íntima compaixão por ela e disse-lhe: Não chores.»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7:13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Amor para além da bondade comum</w:t>
      </w:r>
    </w:p>
    <w:p>
      <w:pPr>
        <w:spacing w:after="100"/>
      </w:pPr>
      <w:r>
        <w:t>Jesus não limitou o amor às pessoas amigas, agradecidas ou semelhantes a nós. Em Lucas 6 estende deliberadamente o mandamento a inimigos, a quem nos odeia, amaldiçoa ou trata mal. Esta é uma das partes mais difíceis do discipulado, porque a reação natural é muitas vezes responder à ferida com outra ferida.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 a vós, que isto ouvis, digo: Amai a vossos inimigos, fazei bem aos que vos odeiam, bendizei os que vos maldizem e orai pelos que vos caluniam.»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6:27–28  •  King James Version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JESUS DIZ…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QUE ISTO PODE SIGNIFICAR NA PRÁTICA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Amai os vossos inimigos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Recuse alimentar ódio ou desejar a ruína de outra pessoa.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Fazei bem aos que vos odeiam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Procure uma ação certa e útil em vez de vingança.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Bendizei os que vos maldizem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Não responda ao desprezo com desprezo.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Orai pelos que vos maltratam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Leve até a pessoa que o feriu à presença de Deus.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Sede misericordiosos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Deixe a misericórdia de Deus moldar a maneira como trata outras pessoas.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Amor não é fraqueza</w:t>
            </w:r>
          </w:p>
          <w:p>
            <w:pPr>
              <w:spacing w:after="0"/>
            </w:pPr>
            <w:r>
              <w:t>O amor cristão não significa fingir que o mal é bom nem recusar proteção necessária contra dano. Significa que ódio, crueldade e vingança não podem tornar-se os princípios que governam o coração do discípulo.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«Como eu vos amei»</w:t>
      </w:r>
    </w:p>
    <w:p>
      <w:pPr>
        <w:spacing w:after="100"/>
      </w:pPr>
      <w:r>
        <w:t>Na noite antes da sua morte, Jesus fez do amor uma marca definidora dos seus discípulos. O padrão não era apenas a bondade que as pessoas normalmente mostram aos amigos. Devia haver amor como o dele.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«Um novo mandamento vos dou: Que vos ameis uns aos outros; como eu vos amei a vós, que também vós uns aos outros vos ameis. Nisto todos conhecerão que sois meus discípulos, se vos amardes uns aos outros.»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13:34–35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Jesus explicou depois a medida desse amor. Está disposto a dar, servir e sacrificar-se em vez de perguntar continuamente: «O que vou receber desta relação?»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«O meu mandamento é este: Que vos ameis uns aos outros, assim como eu vos amei. Ninguém tem maior amor do que este: de dar alguém a sua vida pelos seus amigos.»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15:12–13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amor é testado sob pressão</w:t>
      </w:r>
    </w:p>
    <w:p>
      <w:pPr>
        <w:spacing w:after="100"/>
      </w:pPr>
      <w:r>
        <w:t>Pedro acreditava sinceramente que permaneceria leal a Jesus, mas sob pressão negou conhecê-lo três vezes (João 13:36–38; 18:15–27). A falha foi dolorosa, mas tornou-se parte da sua educação espiritual. O amor a Cristo tinha de ser mais do que palavras confiantes: devia produzir serviço fiel.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Pedro: o amor torna-se responsabilidade</w:t>
      </w:r>
    </w:p>
    <w:p>
      <w:pPr>
        <w:spacing w:after="100"/>
      </w:pPr>
      <w:r>
        <w:t>Depois da ressurreição, Jesus encontrou os discípulos junto ao mar da Galileia e preparou-lhes comida. Depois de comerem, perguntou três vezes a Pedro acerca do seu amor. Cada resposta foi seguida por responsabilidade para com outros discípulos.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«Simão, filho de Jonas, amas-me?... Ele disse-lhe: Sim, Senhor, tu sabes que te amo. Disse-lhe: Apascenta as minhas ovelhas.»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21:16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As três perguntas recordam as três negações de Pedro, mas o objetivo não é humilhá-lo. Jesus dá-lhe trabalho. Se Pedro ama o Senhor, deve cuidar do rebanho do Senhor. Amor cristão inclui, portanto, cuidado paciente de novos discípulos, crentes estabelecidos, fracos, desanimados e dos que precisam de orientação.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Cuidar do rebanho</w:t>
      </w:r>
    </w:p>
    <w:p>
      <w:pPr>
        <w:spacing w:after="100"/>
      </w:pPr>
      <w:r>
        <w:t>A lição-fonte liga isto às palavras de Paulo aos anciãos de Éfeso. Eles não foram escolhidos apenas para organizar reuniões; deviam cuidar de pessoas por quem Cristo dera a vida. Da mesma maneira, toda eclésia precisa de cuidado prático além de ensino.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«Olhai, pois, por vós e por todo o rebanho sobre que o Espírito Santo vos constituiu bispos, para apascentardes a igreja de Deus, que ele resgatou com seu próprio sangue.»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Atos 20:28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Amor na família</w:t>
      </w:r>
    </w:p>
    <w:p>
      <w:pPr>
        <w:spacing w:after="100"/>
      </w:pPr>
      <w:r>
        <w:t>Jesus também mostrou responsabilidade amorosa para com a sua mãe. Mesmo enquanto sofria, providenciou cuidado para ela, confiando-a ao discípulo que amava. A passagem é breve, mas mostra que devoção espiritual nunca desculpa negligência das responsabilidades humanas comuns.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«Mulher, eis aí o teu filho. Depois disse ao discípulo: Eis aí tua mãe. E desde aquela hora o discípulo a recebeu em sua casa.»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19:26–27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Onde o amor se torna visível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SITUAÇÃO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UMA RESPOSTA AMOROSA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Um crente novo ou inexperiente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Encoraje, ensine com paciência e dê espaço para perguntas.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Um irmão ou irmã doente ou de luto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Visite, escute, ore, dê ajuda prática e continue a lembrar-se deles.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Alguém que o desapontou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Procure verdade e reconciliação sem alimentar amargura.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Um familiar que precisa de cuidado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Trate responsabilidades comuns como parte do discipulado, não como interrupções dele.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Um estranho em necessidade genuína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Não deixe raça, tribo, nacionalidade, classe social ou incómodo pessoal decidir se mostra misericórdia.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Um teste útil</w:t>
            </w:r>
          </w:p>
          <w:p>
            <w:pPr>
              <w:spacing w:after="0"/>
            </w:pPr>
            <w:r>
              <w:t>O amor pergunta: O que realmente ajudaria esta pessoa diante de Deus? Às vezes isso significa consolo, assistência prática, correção paciente ou simplesmente escutar.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«O amor é de Deus»</w:t>
      </w:r>
    </w:p>
    <w:p>
      <w:pPr>
        <w:spacing w:after="100"/>
      </w:pPr>
      <w:r>
        <w:t>Muitos anos depois, o apóstolo João escreveu muito claramente acerca da origem e necessidade do amor cristão. Não o apresenta como traço opcional de personalidade para pessoas naturalmente calorosas. Pertence à vida de todos os que afirmam conhecer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«Amados, amemo-nos uns aos outros, porque o amor é de Deus; e qualquer que ama é nascido de Deus e conhece a Deus. Aquele que não ama não conhece a Deus, porque Deus é amor.»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João 4:7–8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João mede o amor primeiro pelo que Deus fez, não pelo que nós fizemos. O amor de Deus foi mostrado ao enviar o Seu Filho para que pudéssemos viver por ele. Porque Deus nos amou desta maneira, os discípulos têm obrigação de amar uns aos outros.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«Nisto se manifestou o amor de Deus para connosco: que Deus enviou seu Filho unigénito ao mundo, para que por ele vivamos... Amados, se Deus assim nos amou, também nós devemos amar uns aos outros.»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João 4:9, 11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Sete lições de 1 João 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ENSINO DE JOÃO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QUE NOS ENSINA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«O amor é de Deus» — v.7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 verdadeiro amor cristão recebe o seu caráter de Deus, não apenas de preferência ou emoção humana.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Deus enviou o Seu Filho — vv.9–10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medida suprema do amor é a ação graciosa de Deus por pessoas que precisavam de salvação.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«Devemos também amar» — v.11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Receber o amor de Deus cria responsabilidade para com os outros.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Deus habita em nós — v.12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O amor dá expressão visível à vida que Deus está a desenvolver no Seu povo.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Confiança no juízo — v.17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Uma vida moldada pelo amor de Deus dá confiança, em vez de hipocrisia, à medida que o dia do juízo se aproxima.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O perfeito amor lança fora o medo — v.18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João fala do medo atormentador de punição; confiança madura no amor de Deus muda a maneira como o crente enfrenta o juízo.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Amar Deus e amar o irmão — vv.20–21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Ódio de um irmão ou irmã é incompatível com uma afirmação sincera de amar Deus.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«Se alguém diz: Eu amo a Deus e aborrece a seu irmão, é mentiroso... E dele temos este mandamento: que quem ama a Deus ame também a seu irmão.»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João 4:20–21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Amor através de divisões humanas</w:t>
      </w:r>
    </w:p>
    <w:p>
      <w:pPr>
        <w:spacing w:after="100"/>
      </w:pPr>
      <w:r>
        <w:t>A lição original aplica corretamente estas palavras onde tribo, raça, família, aldeia, nacionalidade ou outras lealdades produziram ódio e violência. O batismo em Cristo não torna essa hostilidade aceitável sob um rótulo religioso. Dentro da irmandade, ódio e vingança contradizem o próprio Deus que afirmamos adorar.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Quem é o meu próximo hoje?</w:t>
      </w:r>
    </w:p>
    <w:p>
      <w:pPr>
        <w:spacing w:after="100"/>
      </w:pPr>
      <w:r>
        <w:t>O samaritano da parábola de Jesus não foi escolhido porque já pertencia ao círculo de amigos do homem ferido. Tornou-se próximo ao mostrar misericórdia. O nosso próximo pode, portanto, ser a pessoa cuja necessidade chega diante de nós: irmão ou irmã, estranho, alguém de outra comunidade ou até alguém que naturalmente evitaríamos.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QUANDO ENCONTRAR…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RECORDE O MANDAMENTO DE AMAR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Alguém de outra raça, tribo ou nação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Veja uma pessoa criada por Deus, não um estereótipo herdado da sua comunidade.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Alguém pobre, doente, idoso ou deficiente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Pergunte que ajuda prática preserva a dignidade em vez de apenas sentir pena.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Alguém que o feriu ou insultou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Não deixe a vingança escolher as suas palavras ou ações; ore e procure resposta justa.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Um irmão ou irmã com quem discorda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Fale com verdade e diretamente, mas recuse desprezo, fofoca e ódio.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Alguém fora da fé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Mostre a mesma misericórdia e honestidade que gostaria de receber.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Alguém que precisa de ajuda espiritual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Dê tempo, Escritura, encorajamento e exemplo paciente em vez de apenas crítica.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amor deve ser prático</w:t>
      </w:r>
    </w:p>
    <w:p>
      <w:pPr>
        <w:spacing w:after="100"/>
      </w:pPr>
      <w:r>
        <w:t>O Bom Samaritano não apenas sentiu compaixão; usou tempo, bens e dinheiro. Pedro não foi apenas chamado a declarar amor; foi mandado alimentar as ovelhas de Cristo. João não escreveu apenas que Deus é amor; insistiu que amor a Deus deve ser visível no amor a um irmão. O princípio bíblico constante é que o amor se torna ação.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Uma pergunta diária</w:t>
            </w:r>
          </w:p>
          <w:p>
            <w:pPr>
              <w:spacing w:after="0"/>
            </w:pPr>
            <w:r>
              <w:t>Antes do fim de cada dia, pergunte: O fardo de quem tornei mais leve? Quem encorajei? Onde recusei amargura? As minhas ações tornaram o amor de Deus mais fácil ou mais difícil de outra pessoa ver?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RESUMO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Próximo é a pessoa a quem mostramos misericórdia prática. O samaritano viu a necessidade, atravessou barreiras, deu tempo e aceitou incómodo.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Jesus manda amar até os inimigos. Os discípulos rejeitam vingança e procuram fazer bem, abençoar e orar.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Amor a Cristo cria responsabilidade. O «eu te amo» de Pedro recebeu a resposta «Apascenta as minhas ovelhas».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 amor dentro da eclésia é essencial. Uma afirmação de amar Deus não pode ser conciliada com ódio de um irmão ou irmã.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O amor de Deus é o padrão. Ele amou primeiro e deu o Seu Filho; o amor cristão responde a essa graça.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 amor deve moldar os relacionamentos diários. Família, estranhos e pessoas difíceis dão oportunidades de obedecer a Jesus.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Capítulos para ler</w:t>
      </w:r>
    </w:p>
    <w:p>
      <w:pPr>
        <w:spacing w:after="100"/>
      </w:pPr>
      <w:r>
        <w:t>Lucas 10:25–37  •  Lucas 6:27–36  •  João 13:34–35  •  João 21:15–17  •  1 João 4:7–21</w:t>
      </w:r>
    </w:p>
    <w:p>
      <w:pPr>
        <w:keepNext/>
      </w:pPr>
      <w:r>
        <w:rPr>
          <w:b/>
          <w:color w:val="1F4E78"/>
          <w:sz w:val="22"/>
        </w:rPr>
        <w:t>DECORAR  •  LUCAS 10:27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«Amarás ao Senhor teu Deus de todo o teu coração, e de toda a tua alma, e de todas as tuas forças, e de todo o teu entendimento, e ao teu próximo como a ti mesmo.»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10:27  •  King James Version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Christadelphian Bible Mission  •  Box CBM, 404 Shaftmoor Lane, Birmingham B28 8SZ, England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