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F4E78"/>
          <w:sz w:val="22"/>
        </w:rPr>
        <w:t>CURSO BÍBLICO POR CORRESPONDÊNCIA CRISTADELFIANO</w:t>
      </w:r>
    </w:p>
    <w:p>
      <w:pPr>
        <w:spacing w:after="80"/>
        <w:jc w:val="center"/>
      </w:pPr>
      <w:r>
        <w:rPr>
          <w:b/>
          <w:color w:val="1F4E78"/>
          <w:sz w:val="21"/>
        </w:rPr>
        <w:t>LIÇÃO 47</w:t>
      </w:r>
    </w:p>
    <w:p>
      <w:pPr>
        <w:spacing w:after="40"/>
        <w:jc w:val="center"/>
      </w:pPr>
      <w:r>
        <w:rPr>
          <w:b/>
          <w:color w:val="1F4E78"/>
          <w:sz w:val="40"/>
        </w:rPr>
        <w:t>O Ensino Bíblico sobre o Sofrimento</w:t>
      </w:r>
    </w:p>
    <w:p>
      <w:pPr>
        <w:spacing w:after="80"/>
        <w:jc w:val="center"/>
      </w:pPr>
      <w:r>
        <w:rPr>
          <w:b/>
          <w:color w:val="666666"/>
          <w:sz w:val="20"/>
        </w:rPr>
        <w:t>LEITURA  •  HEBREUS 12</w:t>
      </w:r>
    </w:p>
    <w:p>
      <w:pPr>
        <w:spacing w:after="160"/>
        <w:jc w:val="center"/>
      </w:pPr>
      <w:r>
        <w:rPr>
          <w:b/>
          <w:i/>
          <w:color w:val="1F4E78"/>
          <w:sz w:val="22"/>
        </w:rPr>
        <w:t>Uma pergunta difícil</w:t>
      </w:r>
    </w:p>
    <w:p>
      <w:pPr>
        <w:spacing w:after="100"/>
      </w:pPr>
      <w:r>
        <w:t>O sofrimento pode tocar qualquer pessoa. Doença, deficiência, luto, violência, desastre e desapontamento muitas vezes levantam a pergunta: «Por que Deus permite isto?» A Bíblia não dá uma única explicação simples para cada caso individual, mas fornece princípios que nos ajudam a enfrentar sofrimento com fé em vez de superstição ou desespero.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Por que existe sofrimento?</w:t>
      </w:r>
    </w:p>
    <w:p>
      <w:pPr>
        <w:spacing w:after="100"/>
      </w:pPr>
      <w:r>
        <w:t>A lição-fonte começa com a realidade de que a vida humana é agora mortal e difícil. Génesis 3 descreve as consequências que seguiram a desobediência humana no Éden. A partir daí, dor, trabalho árduo e morte tornaram-se parte da experiência humana comum.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UMA FONTE DE SOFRIMENTO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QUE A BÍBLIA NOS AJUDA A VER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Mortalidade humana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Vivemos em corpos mortais num mundo onde doença, envelhecimento e morte acontecem. Nem toda doença é castigo especial por um pecado particular.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Crueldade humana e escolhas erradas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Muito sofrimento é causado por violência, opressão, negligência, egoísmo e consequências de decisões tomadas por indivíduos, comunidades ou governos.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 mundo natural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Terramotos, tempestades, secas, inundações e outros acontecimentos físicos atingem seres humanos sem selecionar apenas os maus. A vida decorre dentro de uma criação ordenada governada por processos naturais consistentes.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Desastre não prova culpa maior</w:t>
      </w:r>
    </w:p>
    <w:p>
      <w:pPr>
        <w:spacing w:after="100"/>
      </w:pPr>
      <w:r>
        <w:t>Jesus rejeitou diretamente a ideia de que quem sofre um desastre deve ser, por isso, pior pecador do que quem escapou. Quando dezoito pessoas morreram após a queda da torre de Siloé, não disse aos ouvintes que especulassem sobre as vítimas. Voltou a advertência para todos os que ainda estavam vivos.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 aqueles dezoito, sobre os quais caiu a torre de Siloé e os matou, cuidais que foram mais culpados do que todos quantos homens habitavam em Jerusalém? Não, vos digo; antes, se não vos arrependerdes, todos de igual modo perecereis.»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13:4–5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Sofrimento nem sempre é castigo</w:t>
      </w:r>
    </w:p>
    <w:p>
      <w:pPr>
        <w:spacing w:after="100"/>
      </w:pPr>
      <w:r>
        <w:t>O mesmo princípio aparece quando Jesus encontrou um homem cego desde o nascimento. Os discípulos perguntaram qual pecado causara a cegueira. Jesus recusou a alternativa simplista apresentada.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«Nem ele pecou nem seus pais; mas foi assim para que se manifestem nele as obras de Deus.»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9:3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Jesus não estava a dizer que o homem ou os pais nunca cometeram pecado. Rejeitava a suposição de que aquela deficiência particular podia ser explicada como castigo direto da transgressão de uma pessoa específica.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Não transforme sofrimento em acusação</w:t>
            </w:r>
          </w:p>
          <w:p>
            <w:pPr>
              <w:spacing w:after="0"/>
            </w:pPr>
            <w:r>
              <w:t>Quando outra pessoa está doente, de luto ou em sofrimento, o discípulo não deve presumir: «Deus deve estar a castigar-te.» Jesus adverte contra esse raciocínio. A nossa primeira resposta deve ser compaixão, ajuda prática, oração e humildade.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Pode Deus usar provações para nos treinar?</w:t>
      </w:r>
    </w:p>
    <w:p>
      <w:pPr>
        <w:spacing w:after="100"/>
      </w:pPr>
      <w:r>
        <w:t>Sim. Hebreus 12 usa a linguagem de um Pai amoroso que disciplina os Seus filhos. O propósito não é crueldade, mas crescimento espiritual. A passagem cita Provérbios 3 e exorta os crentes a não desprezar a correção do Senhor nem desfalecer debaixo dela.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«E, na verdade, toda a correção, ao presente, não parece ser de gozo, senão de tristeza, mas depois produz um fruto pacífico de justiça nos exercitados por ela.»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Hebreus 12:11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Contudo, devemos ter cuidado. Hebreus 12 mostra que Deus pode usar dificuldade na educação espiritual dos Seus filhos; não nos autoriza a rotular toda doença, acidente ou luto como ato direto de castigo ou correção. Muitas vezes simplesmente não sabemos por que um acontecimento particular ocorreu.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A fé pode ser refinada pela provação</w:t>
      </w:r>
    </w:p>
    <w:p>
      <w:pPr>
        <w:spacing w:after="100"/>
      </w:pPr>
      <w:r>
        <w:t>Pedro comparou a fé provada a ouro experimentado no fogo. As provações são dolorosas, mas o discípulo pode sair delas com confiança mais profunda, prioridades mais claras e esperança mais forte no regresso de Jesus.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«Para que a prova da vossa fé, muito mais preciosa do que o ouro que perece e é provado pelo fogo, se ache em louvor, e honra, e glória na revelação de Jesus Cristo.»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Pedro 1:7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Paulo: força descoberta na fraqueza</w:t>
      </w:r>
    </w:p>
    <w:p>
      <w:pPr>
        <w:spacing w:after="100"/>
      </w:pPr>
      <w:r>
        <w:t>Paulo conheceu sofrimento prolongado. Em 2 Coríntios 12 descreve um «espinho na carne». A Bíblia não nos diz exatamente o que era, por isso não devemos fingir saber. Era angustiante o suficiente para Paulo pedir três vezes ao Senhor que o afastasse.</w:t>
      </w:r>
    </w:p>
    <w:p>
      <w:pPr>
        <w:spacing w:after="100"/>
      </w:pPr>
      <w:r>
        <w:t>A resposta não foi a remoção do problema. Em vez disso, Paulo recebeu uma promessa que mudou a forma como entendia a fraqueza: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«A minha graça te basta, porque o meu poder se aperfeiçoa na fraqueza.»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2 Coríntios 12:9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Paulo não fingiu que a fraqueza era agradável. Aprendeu que o propósito de Deus podia continuar mesmo quando a dificuldade permanecia. A lição não é que devemos gostar do sofrimento, mas que sofrimento não torna impossível o serviço fiel.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QUANDO VEM A AFLIÇÃO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UMA RESPOSTA FIEL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Não entendemos porquê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Ore honestamente. Deus não exige que finjamos que a dor é fácil ou que compreendemos tudo.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O problema não desaparece rapidamente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Lembre-se de Paulo. Um pedido não atendido não prova que Deus deixou de se importar.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Sentimo-nos fracos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Dependa menos da própria força e mais da graça de Deus, da Sua Palavra e da ajuda da irmandade.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Ficamos desanimados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Mantenha a esperança futura diante de si. O sofrimento presente não é toda a história da vida do discípulo.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Outra pessoa sofre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Escute, ajude e console. Não faça afirmações confiantes sobre a razão de Deus para a dor de outra pessoa.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Exemplos de homens e mulheres fiéis</w:t>
      </w:r>
    </w:p>
    <w:p>
      <w:pPr>
        <w:spacing w:after="100"/>
      </w:pPr>
      <w:r>
        <w:t>A lição-fonte aponta para Jó, Abraão, José, Elias, Daniel e Jeremias. As provações foram muito diferentes, mas cada um aprendeu que a fé não é provada apenas quando a vida é fácil. Hebreus 11 regista crentes que confiaram em Deus sem receber em vida todas as bênçãos prometidas.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Fé não é negação</w:t>
            </w:r>
          </w:p>
          <w:p>
            <w:pPr>
              <w:spacing w:after="0"/>
            </w:pPr>
            <w:r>
              <w:t>Fé bíblica não significa chamar agradável à dor, esconder tristeza ou recusar ajuda. Significa continuar a confiar em Deus quando as circunstâncias são dolorosas e algumas perguntas continuam sem resposta.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Jesus aprendeu obediência através do sofrimento</w:t>
      </w:r>
    </w:p>
    <w:p>
      <w:pPr>
        <w:spacing w:after="100"/>
      </w:pPr>
      <w:r>
        <w:t>O exemplo mais forte é o Senhor Jesus Cristo. Partilhou a experiência humana mortal, conheceu fome, cansaço, rejeição, tristeza, tentação e dor, e finalmente sofreu a morte. Hebreus diz que a experiência o qualificou perfeitamente para a obra que Deus lhe deu.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convinha que aquele, para quem são todas as coisas e mediante quem tudo existe, trazendo muitos filhos à glória, consagrasse pelas aflições o príncipe da salvação deles.»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Hebreus 2:10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As palavras «aperfeiçoado através dos sofrimentos» não significam que Jesus fosse moralmente imperfeito. Ele não pecou. O ponto é que a experiência foi levada à plenitude: suportando fielmente o sofrimento, ficou plenamente preparado para a sua obra salvadora e para o seu papel de Sumo Sacerdote misericordioso.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«Porque, naquilo que ele mesmo, sendo tentado, padeceu, pode socorrer aos que são tentados.»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Hebreus 2:18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Hebreus também diz que, embora Jesus fosse Filho de Deus, «aprendeu a obediência, por aquilo que padeceu» (Hebreus 5:8). Não aprendeu obediência depois de desobedecer; a obediência foi vivida e provada sob testes cada vez mais severos.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Deus não é indiferente ao sofrimento</w:t>
      </w:r>
    </w:p>
    <w:p>
      <w:pPr>
        <w:spacing w:after="100"/>
      </w:pPr>
      <w:r>
        <w:t>A Bíblia não apresenta Deus como distante da dor humana. O Seu propósito salvador centra-se na entrega do Seu Filho. Jesus não foi poupado de toda dificuldade; foi fortalecido para permanecer obediente através delas. A ressurreição mostrou então que sofrimento e morte não teriam a palavra final.</w:t>
      </w:r>
    </w:p>
    <w:p>
      <w:pPr>
        <w:spacing w:after="100"/>
      </w:pPr>
      <w:r>
        <w:t>Para o discípulo, isto muda a pergunta. Podemos continuar a perguntar «Por que isto aconteceu?», mas também aprendemos a perguntar: «Como posso permanecer fiel nisto? O que isto pode ensinar-me? Como posso ajudar outra pessoa? Como a esperança da ressurreição muda a maneira como enfrento isto?»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Sofrimento e a esperança do Reino</w:t>
      </w:r>
    </w:p>
    <w:p>
      <w:pPr>
        <w:spacing w:after="100"/>
      </w:pPr>
      <w:r>
        <w:t>A esperança cristã não é que toda dificuldade presente desapareça imediatamente. A Bíblia aponta para o regresso de Jesus, ressurreição, juízo e remoção final da morte e tristeza no propósito completo de Deus. Esse futuro não torna irreal a dor presente, mas dá-lhe um limite e dá ao discípulo razão para não desesperar.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para mim tenho por certo que as aflições deste tempo presente não são para comparar com a glória que em nós há de ser revelada.»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8:18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Como devemos viver quando vem sofrimento?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UM DISCÍPULO PODE…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POR QUE IMPORTA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Orar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Leve medo, tristeza, confusão e necessidade honestamente a Deus. Oração não é limitada aos momentos em que já sabemos a resposta.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Ler e recordar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Deixe a Escritura estabilizar a mente, especialmente passagens que revelam o caráter de Deus, o exemplo de Cristo e a esperança do Reino.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Aceitar ajuda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Deus muitas vezes cuida dos Seus filhos através de outras pessoas. Receber ajuda não é fracasso.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Permanecer compassivo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As nossas próprias provações podem tornar-nos mais compreensivos e preparados para consolar outros.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Evitar superstição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Não presuma que todo acidente, doença ou desastre identifica quem é bom ou mau aos olhos de Deus.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Manter o futuro em vista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esperança do discípulo estende-se para além das circunstâncias presentes até à ressurreição e vida no Reino de Deus.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Quando outra pessoa sofre</w:t>
      </w:r>
    </w:p>
    <w:p>
      <w:pPr>
        <w:spacing w:after="100"/>
      </w:pPr>
      <w:r>
        <w:t>A resposta mais útil normalmente não é uma teoria sobre por que o sofrimento aconteceu. Os amigos de Jó tornaram-se menos úteis quando insistiram que sabiam a explicação dos seus problemas. O discípulo deve estar pronto a escutar, orar, visitar, dar ajuda prática e permanecer presente quando a dificuldade dura mais do que o esperado.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RESUMO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O sofrimento faz parte da vida humana mortal, e muito sofrimento também é causado por pecado humano, crueldade, negligência e escolhas erradas.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Jesus rejeitou a ideia de que todo desastre ou deficiência prova culpa pessoal maior.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Deus pode usar provações no treino espiritual dos Seus filhos, mas a Escritura não nos permite explicar cada dificuldade individual como castigo direto.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Paulo aprendeu que a graça de Deus podia sustentá-lo mesmo quando o seu «espinho na carne» não foi removido.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Jesus sofreu e foi plenamente preparado por essa experiência para ajudar aqueles que são tentados e provados.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 discípulo responde ao sofrimento com oração, fé, compaixão, perseverança e a esperança da ressurreição e do Reino de Deus.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Capítulos para ler</w:t>
      </w:r>
    </w:p>
    <w:p>
      <w:pPr>
        <w:spacing w:after="100"/>
      </w:pPr>
      <w:r>
        <w:t>Lucas 13:1–5  •  João 9:1–7  •  Hebreus 12:1–13  •  2 Coríntios 12:7–10  •  1 Pedro 1:3–9  •  Romanos 8:18–39</w:t>
      </w:r>
    </w:p>
    <w:p>
      <w:pPr>
        <w:keepNext/>
      </w:pPr>
      <w:r>
        <w:rPr>
          <w:b/>
          <w:color w:val="1F4E78"/>
          <w:sz w:val="22"/>
        </w:rPr>
        <w:t>DECORAR  •  2 CORÍNTIOS 12:9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«A minha graça te basta, porque o meu poder se aperfeiçoa na fraqueza.»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2 Coríntios 12:9  •  King James Version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Christadelphian Bible Mission  •  Box CBM, 404 Shaftmoor Lane, Birmingham B28 8SZ, England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