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48</w:t>
      </w:r>
    </w:p>
    <w:p>
      <w:pPr>
        <w:spacing w:after="40"/>
        <w:jc w:val="center"/>
      </w:pPr>
      <w:r>
        <w:rPr>
          <w:b/>
          <w:color w:val="1F4E78"/>
          <w:sz w:val="40"/>
        </w:rPr>
        <w:t>Viver com Medo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DEUTERONÓMIO 28:58–68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O medo é real</w:t>
      </w:r>
    </w:p>
    <w:p>
      <w:pPr>
        <w:spacing w:after="100"/>
      </w:pPr>
      <w:r>
        <w:t>A Bíblia não trata o medo como imaginário ou vergonhoso. Mostra pessoas fiéis enfrentando perigo, incerteza, perseguição e perda. Fé não significa fingir que o perigo não existe; ensina-nos em quem confiar, como agir com sabedoria e como não deixar o medo tornar-se senhor da nossa vida.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medo é uma experiência humana</w:t>
      </w:r>
    </w:p>
    <w:p>
      <w:pPr>
        <w:spacing w:after="100"/>
      </w:pPr>
      <w:r>
        <w:t>O medo pode ser repentino, quando o perigo surge sem aviso, ou pode permanecer por semanas, meses ou anos. Pode vir de guerra, violência, perseguição, doença, desastre, incerteza quanto ao futuro ou preocupação por pessoas que amamos. A lição-fonte reconhece corretamente que medo duradouro é muito diferente de um susto breve.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QUANDO O MEDO VEM DE…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UMA PRIMEIRA RESPOSTA SÁBIA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Perigo imediato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Vá para um lugar seguro quando possível. A fé não exige permanecer desnecessariamente em perigo.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Incerteza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Separe aquilo que é conhecido do que apenas se teme. Ore, procure informação fiável e decida o que realmente pode ser feito.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Ameaças de outras pessoas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enfrente ameaças graves sozinho. Procure ajuda de pessoas de confiança e das autoridades legais quando apropriado.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Ansiedade persistente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Continue em oração e Escritura, mas procure também ajuda prática e profissional se o medo estiver a dominar a vida diária.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Israel junto ao Mar Vermelho</w:t>
      </w:r>
    </w:p>
    <w:p>
      <w:pPr>
        <w:spacing w:after="100"/>
      </w:pPr>
      <w:r>
        <w:t>Êxodo 14 apresenta uma das imagens bíblicas mais claras de medo repentino. Israel tinha deixado a escravidão no Egito, mas então viu o exército de Faraó aproximar-se enquanto o mar bloqueava o caminho. O medo era compreensível. Moisés não negou o perigo; dirigiu a atenção deles para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temais; estai quietos e vede o livramento do SENHOR, que hoje vos fará... O SENHOR pelejará por vós, e vós vos calareis.»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Êxodo 14:13–14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Quando o medo continua dia e noite</w:t>
      </w:r>
    </w:p>
    <w:p>
      <w:pPr>
        <w:spacing w:after="100"/>
      </w:pPr>
      <w:r>
        <w:t>A lição-fonte refere-se a uma passagem que descreve medo que não desaparece, mas dá a referência como Deuteronómio 26:63–67. A referência correta é Deuteronómio 28:63–67. Nas advertências da aliança a Israel, Moisés descreveu as consequências de abandonar Deus e ser espalhado entre as nações.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 a tua vida como em suspenso estará diante de ti; e estremecerás de noite e de dia e não crerás na tua própria vida.»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Deuteronómio 28:66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As palavras descrevem o efeito esgotante de viver sem segurança. Recordam-nos que a Bíblia entende o que medo prolongado pode fazer à mente humana. Também pertencem a uma advertência específica da aliança dada ao antigo Israel e devem ser lidas nesse contexto.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Não transforme sofrimento posterior em culpa</w:t>
      </w:r>
    </w:p>
    <w:p>
      <w:pPr>
        <w:spacing w:after="100"/>
      </w:pPr>
      <w:r>
        <w:t>A lição-fonte liga esta passagem à perseguição judaica posterior e especificamente ao Holocausto. Essa história deve ser tratada com extremo cuidado. O Holocausto foi a perseguição sistemática e assassinato de seis milhões de judeus europeus pela Alemanha Nazi e pelos seus aliados e colaboradores. Seria errado usar o sofrimento dessas vítimas para as culpar ou afirmar que sabemos por que cada tragédia foi permitida.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O sofrimento exige humildade</w:t>
            </w:r>
          </w:p>
          <w:p>
            <w:pPr>
              <w:spacing w:after="0"/>
            </w:pPr>
            <w:r>
              <w:t>Profecia bíblica nunca deve tornar-se desculpa para desprezo pelos que sofrem. Quando pessoas são perseguidas, deslocadas ou aterrorizadas, a primeira resposta do discípulo deve ser compaixão, verdade, ajuda prática e oração.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Medo sob perseguição</w:t>
      </w:r>
    </w:p>
    <w:p>
      <w:pPr>
        <w:spacing w:after="100"/>
      </w:pPr>
      <w:r>
        <w:t>Os primeiros discípulos conheciam ameaças por causa da pregação. Atos regista oposição de várias fontes: adversários religiosos, autoridades cívicas, multidões e interesses comerciais. Os apóstolos não se tornaram destemidos porque a dor deixou de importar; aprenderam a continuar a obedecer a Deus mesmo quando tinham medo.</w:t>
      </w:r>
    </w:p>
    <w:p>
      <w:pPr>
        <w:spacing w:after="100"/>
      </w:pPr>
      <w:r>
        <w:t>Atos 16 é especialmente marcante. Paulo e Silas tinham sido espancados e presos. À meia-noite oravam e cantavam louvores. As portas da prisão foram abertas por um grande terramoto. A lição antiga diz que um anjo abriu as portas, mas o próprio Atos 16 diz que um terramoto sacudiu a prisão.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«E, perto da meia-noite, Paulo e Silas oravam e cantavam hinos a Deus, e os outros presos os escutavam. E de repente sobreveio um tão grande terramoto... e logo todas as portas se abriram.»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Atos 16:25–26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Jesus conheceu angústia</w:t>
      </w:r>
    </w:p>
    <w:p>
      <w:pPr>
        <w:spacing w:after="100"/>
      </w:pPr>
      <w:r>
        <w:t>O exemplo mais importante é o Senhor Jesus Cristo. Na noite antes da crucificação sabia o que o esperava. Lucas não diz simplesmente que Jesus estava «com medo»; diz que estava em agonia e que orava mais intensamente. Não escondeu do Pai a sua angústia.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«Pai, se queres, passa de mim este cálice; todavia, não se faça a minha vontade, mas a tua.»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22:42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Um anjo o fortaleceu, e Jesus levantou-se da oração pronto a continuar em obediência. Isto dá um modelo equilibrado: reconhecer honestamente a aflição, orar, receber a ajuda que Deus providencia e depois fazer a próxima coisa fiel.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que Jesus nos disse para temer?</w:t>
      </w:r>
    </w:p>
    <w:p>
      <w:pPr>
        <w:spacing w:after="100"/>
      </w:pPr>
      <w:r>
        <w:t>Em Lucas 12 Jesus preparou os discípulos para perseguição. Seres humanos podiam matar o corpo, mas não podiam destruir o propósito de Deus. A reverência e lealdade mais profundas do discípulo pertencem, portanto, a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«Não temais os que matam o corpo e depois não têm mais que fazer... Não temais, pois; mais valeis vós do que muitos passarinhos.»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Lucas 12:4, 7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Uma correção importante de palavra</w:t>
            </w:r>
          </w:p>
          <w:p>
            <w:pPr>
              <w:spacing w:after="0"/>
            </w:pPr>
            <w:r>
              <w:t>Em Lucas 12:5 a palavra «hell» da KJV traduz a palavra grega Gehenna, não Hades. A afirmação antiga de que a palavra aqui significa simplesmente «a sepultura» é incorreta. O ponto central de Jesus é que Deus, não os perseguidores humanos, tem autoridade final sobre vida e juízo.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Cristo é o fundamento</w:t>
      </w:r>
    </w:p>
    <w:p>
      <w:pPr>
        <w:spacing w:after="100"/>
      </w:pPr>
      <w:r>
        <w:t>A lição-fonte também refere 1 Coríntios 3. O versículo exato do fundamento é o 11: «Porque ninguém pode pôr outro fundamento, além do que já está posto, o qual é Jesus Cristo.» O versículo 16 recorda então aos crentes que são templo de Deus. A passagem trata da qualidade da vida que edificamos sobre Cristo, não de uma promessa de que os crentes nunca perderão bens ou sofrerão dificuldades.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«Estai quietos» — e depois avançai</w:t>
      </w:r>
    </w:p>
    <w:p>
      <w:pPr>
        <w:spacing w:after="100"/>
      </w:pPr>
      <w:r>
        <w:t>Moisés disse a Israel: «estai quietos e vede o livramento do SENHOR». Mas imediatamente depois Deus disse a Moisés que falasse ao povo «que marche» (Êxodo 14:15). Fé não é passividade. Há momentos em que o pânico deve ser acalmado e momentos em que a resposta fiel é avançar.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Amor perfeito e medo</w:t>
      </w:r>
    </w:p>
    <w:p>
      <w:pPr>
        <w:spacing w:after="100"/>
      </w:pPr>
      <w:r>
        <w:t>A lição-fonte termina com as palavras de 1 João 4:18. O contexto é importante. João fala especialmente de confiança diante do dia do juízo. O versículo não significa que um crente fiel nunca sentirá medo em situação perigosa. Ensina que uma compreensão crescente do amor de Deus substitui o medo atormentador de que Deus esteja ansioso por nos rejeitar.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«No amor não há temor; antes, o perfeito amor lança fora o temor, porque o temor tem consigo a pena.»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4:18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temor do SENHOR é diferente</w:t>
      </w:r>
    </w:p>
    <w:p>
      <w:pPr>
        <w:spacing w:after="100"/>
      </w:pPr>
      <w:r>
        <w:t>A Bíblia também fala positivamente do «temor do SENHOR». Isto não é pânico nem terror. É reverência: reconhecer a santidade, autoridade e proximidade de Deus e, por isso, desejar agradar-Lhe.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«Busquei ao SENHOR, e ele me respondeu; livrou-me de todos os meus temores.»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Salmo 34:4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mesmo Salmo fala do anjo do SENHOR acampando-se ao redor dos que O temem (v.7) e depois convida as pessoas a aprender «o temor do SENHOR» (v.11). Estas ideias pertencem juntas: reverência por Deus pode estabilizar-nos quando o medo humano comum ameaça controlar-nos.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que fazer quando o medo persiste?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QUANDO O MEDO DIZ…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UM DISCÍPULO PODE…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«Estou sozinho.»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Diga a Deus exatamente o que teme. Fale também com irmãos, irmãs, familiares ou outras pessoas de confiança que possam ajudar.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«Tenho de resolver tudo agora.»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Trate do próximo passo necessário. Alguns perigos exigem ação; outros exigem espera paciente.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«Se tenho medo, a minha fé deve ser fraca.»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Recorde que pessoas fiéis na Escritura sentiram medo, tristeza e angústia. A fé mostra-se na direção para onde nos voltamos.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«Nada pode ser feito.»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Identifique o que pode mudar: procure segurança, conselho, preparação prática ou ajuda de outros.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«Deus esqueceu-se de mim.»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Volte às promessas da Escritura. O cuidado de Deus não se mede apenas por uma dificuldade desaparecer imediatamente.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«Não consigo lidar com este medo.»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Procure ajuda médica ou de saúde mental qualificada quando disponível, bem como apoio espiritual. Receber ajuda apropriada não é fracasso de fé.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Ajudar alguém que tem medo</w:t>
      </w:r>
    </w:p>
    <w:p>
      <w:pPr>
        <w:spacing w:after="100"/>
      </w:pPr>
      <w:r>
        <w:t>Não devemos envergonhar outra pessoa dizendo: «Não terias medo se tivesses fé suficiente.» O medo pode vir de perigo real, trauma, doença ou incerteza. Um ajudante cristão escuta, leva ameaças a sério, ajuda com segurança prática, ora e permanece paciente.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Uma mente sã</w:t>
      </w:r>
    </w:p>
    <w:p>
      <w:pPr>
        <w:spacing w:after="100"/>
      </w:pPr>
      <w:r>
        <w:t>As palavras de Paulo a Timóteo dão uma conclusão útil. Timóteo enfrentava oposição e precisava de coragem, mas Paulo não lhe disse apenas para ser mais duro. Recordou-lhe o tipo de caráter que Deus estava a desenvolver: poder para serviço fiel, amor pelos outros e mente sã.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Deus não nos deu o espírito de temor, mas de fortaleza, e de amor, e de moderação.»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2 Timóteo 1:7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medo é uma resposta humana real ao perigo e à incerteza; a Bíblia não nos manda fingir o contrário.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medo prolongado pode ser esgotante. A Escritura reconhece a experiência de temer «de noite e de dia».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sofrimento de outras pessoas nunca deve ser usado como desculpa para as culpar ou condenar.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Paulo e Silas mostram que oração e louvor podem continuar mesmo em dor e perigo.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próprio Jesus conheceu profunda angústia e levou-a honestamente ao Pai em oração.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Em Lucas 12, Jesus ensina que a lealdade final pertence a Deus, cujo propósito não pode ser derrotado por perseguidores humanos.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«O perfeito amor lança fora o temor» não significa que crentes nunca sintam medo; dá confiança no amor e juízo de Deus.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temor do SENHOR é reverência, não pânico. Ajuda a colocar todos os outros medos no seu devido lugar.</w:t>
            </w:r>
          </w:p>
        </w:tc>
      </w:tr>
      <w:tr>
        <w:trPr>
          <w:cantSplit/>
        </w:trPr>
        <w:tc>
          <w:tcPr>
            <w:tcW w:type="dxa" w:w="5227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A fé trabalha com ação sábia: procurar segurança, aceitar ajuda, apoiar uns aos outros e continuar a obedecer a Deus.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Êxodo 14  •  Deuteronómio 28:58–68  •  Salmo 34  •  Lucas 12:4–12  •  Lucas 22:39–46  •  Atos 16:22–34  •  1 João 4:15–21</w:t>
      </w:r>
    </w:p>
    <w:p>
      <w:pPr>
        <w:keepNext/>
      </w:pPr>
      <w:r>
        <w:rPr>
          <w:b/>
          <w:color w:val="1F4E78"/>
          <w:sz w:val="22"/>
        </w:rPr>
        <w:t>DECORAR  •  1 JOÃO 4:18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«No amor não há temor; antes, o perfeito amor lança fora o temor, porque o temor tem consigo a pena.»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4:18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