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pBdr>
          <w:bottom w:val="single" w:sz="6" w:space="5" w:color="808080"/>
        </w:pBdr>
      </w:pPr>
      <w:r>
        <w:rPr>
          <w:b/>
        </w:rPr>
        <w:t>Una Casa de Oración para Todas las Naciones</w:t>
      </w:r>
    </w:p>
    <w:p>
      <w:r>
        <w:t>Cuando Salomón estuvo delante del altar del SEÑOR en la dedicación del templo en Jerusalén, pronunció una de las oraciones más notables registradas en las Escrituras. Sus palabras en 1 Reyes 8 miran hacia atrás a las promesas de Dios, atienden las necesidades espirituales inmediatas de Israel y también miran hacia un propósito mucho mayor.</w:t>
      </w:r>
    </w:p>
    <w:p>
      <w:r>
        <w:t>El templo era ciertamente el centro de la adoración nacional de Israel. Sin embargo, Salomón entendía que el propósito de Dios nunca estuvo limitado solamente a Israel. Su oración incluía al extranjero — la persona que no era israelita — que oiría acerca del nombre del SEÑOR y vendría a Jerusalén buscando a Dios.</w:t>
      </w:r>
    </w:p>
    <w:p>
      <w:r>
        <w:t>Este principio se desarrolla a lo largo de toda la Escritura, hasta que los profetas describen un futuro en el cual Jerusalén llegará a ser un centro de adoración para personas de todas las naciones.</w:t>
      </w:r>
    </w:p>
    <w:p>
      <w:r>
        <w:t xml:space="preserve">Por lo tanto, el templo debía ser mucho más que un edificio magnífico. Debía ser </w:t>
      </w:r>
      <w:r>
        <w:rPr>
          <w:b/>
        </w:rPr>
        <w:t>una casa de oración para todas las naciones</w:t>
      </w:r>
      <w:r>
        <w:t>.</w:t>
      </w:r>
    </w:p>
    <w:p>
      <w:pPr>
        <w:pStyle w:val="Heading1"/>
      </w:pPr>
      <w:r>
        <w:t>La Gran Oración de Salomón</w:t>
      </w:r>
    </w:p>
    <w:p>
      <w:r>
        <w:t>La dedicación del templo fue un momento decisivo en la historia de Israel.</w:t>
      </w:r>
    </w:p>
    <w:p>
      <w:r>
        <w:t>David había deseado construir una casa para el nombre del SEÑOR, pero aquella obra fue confiada a su hijo Salomón. Cuando el templo quedó terminado, Salomón reunió a Israel en Jerusalén, se puso delante del altar, extendió sus manos hacia el cielo y oró.</w:t>
      </w:r>
    </w:p>
    <w:p>
      <w:r>
        <w:t>Su oración revela una profunda comprensión tanto de la debilidad humana como de la misericordia divina.</w:t>
      </w:r>
    </w:p>
    <w:p>
      <w:r>
        <w:t>Salomón sabía que Israel pecaría.</w:t>
      </w:r>
    </w:p>
    <w:p>
      <w:r>
        <w:t>No oró como si la presencia del templo fuera a garantizar de alguna manera la fidelidad de la nación. Más bien, anticipó circunstancias en las cuales la desobediencia de Israel traería juicio divino.</w:t>
      </w:r>
    </w:p>
    <w:p>
      <w:r>
        <w:t>Habló de derrota ante los enemigos, sequía, hambre, pestilencia, pérdida de cosechas, enfermedad y finalmente cautiverio.</w:t>
      </w:r>
    </w:p>
    <w:p>
      <w:r>
        <w:t>Sin embargo, una y otra vez había un camino de regreso.</w:t>
      </w:r>
    </w:p>
    <w:p>
      <w:r>
        <w:t>El pueblo debía reconocer su pecado, volver a Dios y orar.</w:t>
      </w:r>
    </w:p>
    <w:p>
      <w:pPr>
        <w:pStyle w:val="Quote"/>
      </w:pPr>
      <w:r>
        <w:t>«Entonces tú oirás en los cielos, y perdonarás el pecado de tus siervos y de tu pueblo Israel...»</w:t>
      </w:r>
    </w:p>
    <w:p>
      <w:pPr>
        <w:pStyle w:val="Quote"/>
      </w:pPr>
      <w:r>
        <w:t>— 1 Reyes 8:36</w:t>
      </w:r>
    </w:p>
    <w:p>
      <w:r>
        <w:t>El patrón es claro:</w:t>
      </w:r>
    </w:p>
    <w:p>
      <w:r/>
      <w:r>
        <w:rPr>
          <w:b/>
        </w:rPr>
        <w:t>pecado — juicio — reconocimiento — arrepentimiento — oración — perdón — restauración.</w:t>
      </w:r>
      <w:r/>
    </w:p>
    <w:p>
      <w:r>
        <w:t>Este patrón se repetiría muchas veces a lo largo de la historia de Israel.</w:t>
      </w:r>
    </w:p>
    <w:p>
      <w:pPr>
        <w:pStyle w:val="Heading1"/>
      </w:pPr>
      <w:r>
        <w:t>Cuando Israel Fue Derrotado</w:t>
      </w:r>
    </w:p>
    <w:p>
      <w:r>
        <w:t>Salomón oró:</w:t>
      </w:r>
    </w:p>
    <w:p>
      <w:pPr>
        <w:pStyle w:val="Quote"/>
      </w:pPr>
      <w:r>
        <w:t>«Si tu pueblo Israel fuere derrotado delante de sus enemigos por haber pecado contra ti, y se volviere a ti, confesare tu nombre, y orare y te rogare en esta casa; tú oirás en los cielos y perdonarás el pecado de tu pueblo Israel...»</w:t>
      </w:r>
    </w:p>
    <w:p>
      <w:pPr>
        <w:pStyle w:val="Quote"/>
      </w:pPr>
      <w:r>
        <w:t>— 1 Reyes 8:33-34</w:t>
      </w:r>
    </w:p>
    <w:p>
      <w:r>
        <w:t>La fuerza militar de Israel nunca debía ser la fuente final de su seguridad.</w:t>
      </w:r>
    </w:p>
    <w:p>
      <w:r>
        <w:t>Su seguridad dependía de su relación con Dios.</w:t>
      </w:r>
    </w:p>
    <w:p>
      <w:r>
        <w:t>Cuando el pueblo confiaba en Dios y le obedecía, Él podía librarlo de enemigos mucho más fuertes. Cuando lo abandonaba, incluso circunstancias aparentemente favorables podían terminar en derrota.</w:t>
      </w:r>
    </w:p>
    <w:p>
      <w:r>
        <w:t>Un ejemplo dramático ocurrió durante el reinado de Josafat.</w:t>
      </w:r>
    </w:p>
    <w:p>
      <w:r>
        <w:t>Una gran multitud vino contra Judá. Humanamente hablando, la situación parecía desesperada. Josafat reunió al pueblo y buscó al SEÑOR.</w:t>
      </w:r>
    </w:p>
    <w:p>
      <w:r>
        <w:t>Su oración recordó deliberadamente los principios relacionados con Salomón y el templo:</w:t>
      </w:r>
    </w:p>
    <w:p>
      <w:pPr>
        <w:pStyle w:val="Quote"/>
      </w:pPr>
      <w:r>
        <w:t>«Si mal viniere sobre nosotros, espada, juicio, pestilencia o hambre, y nos presentáremos delante de esta casa y delante de ti... y a ti clamaremos en nuestra tribulación, tú nos oirás y salvarás.»</w:t>
      </w:r>
    </w:p>
    <w:p>
      <w:pPr>
        <w:pStyle w:val="Quote"/>
      </w:pPr>
      <w:r>
        <w:t>— 2 Crónicas 20:9</w:t>
      </w:r>
    </w:p>
    <w:p>
      <w:r>
        <w:t>Josafat reconoció abiertamente la debilidad de Judá:</w:t>
      </w:r>
    </w:p>
    <w:p>
      <w:pPr>
        <w:pStyle w:val="Quote"/>
      </w:pPr>
      <w:r>
        <w:t>«Porque en nosotros no hay fuerza contra tan grande multitud que viene contra nosotros; no sabemos qué hacer, y a ti volvemos nuestros ojos.»</w:t>
      </w:r>
    </w:p>
    <w:p>
      <w:pPr>
        <w:pStyle w:val="Quote"/>
      </w:pPr>
      <w:r>
        <w:t>— 2 Crónicas 20:12</w:t>
      </w:r>
    </w:p>
    <w:p>
      <w:r>
        <w:t>Esta es una de las grandes declaraciones de fe de las Escrituras.</w:t>
      </w:r>
    </w:p>
    <w:p>
      <w:r>
        <w:t>No tenían la fuerza militar para resolver su problema, pero sabían hacia quién mirar.</w:t>
      </w:r>
    </w:p>
    <w:p>
      <w:r>
        <w:t>Dios libró a Judá.</w:t>
      </w:r>
    </w:p>
    <w:p>
      <w:r>
        <w:t>Los cantores fueron delante del ejército alabando al SEÑOR, y Dios hizo que sus enemigos se destruyeran unos a otros.</w:t>
      </w:r>
    </w:p>
    <w:p>
      <w:r>
        <w:t>La oración de Salomón no era simplemente lenguaje ceremonial pronunciado al inaugurar un edificio. Sus principios llegaron a ser parte de la relación viva de Israel con Dios.</w:t>
      </w:r>
    </w:p>
    <w:p>
      <w:pPr>
        <w:pStyle w:val="Heading1"/>
      </w:pPr>
      <w:r>
        <w:t>Cuando los Cielos se Cerraron</w:t>
      </w:r>
    </w:p>
    <w:p>
      <w:r>
        <w:t>Salomón también anticipó la sequía:</w:t>
      </w:r>
    </w:p>
    <w:p>
      <w:pPr>
        <w:pStyle w:val="Quote"/>
      </w:pPr>
      <w:r>
        <w:t>«Si el cielo se cerrare y no lloviere, por haber ellos pecado contra ti; si oraren hacia este lugar, confesaren tu nombre y se volvieren de su pecado... tú oirás en los cielos...»</w:t>
      </w:r>
    </w:p>
    <w:p>
      <w:pPr>
        <w:pStyle w:val="Quote"/>
      </w:pPr>
      <w:r>
        <w:t>— 1 Reyes 8:35-36</w:t>
      </w:r>
    </w:p>
    <w:p>
      <w:r>
        <w:t>La lluvia era esencial para la vida en la tierra.</w:t>
      </w:r>
    </w:p>
    <w:p>
      <w:r>
        <w:t>La dependencia de Israel de las lluvias estacionales recordaba constantemente a la nación que la prosperidad finalmente venía de Dios.</w:t>
      </w:r>
    </w:p>
    <w:p>
      <w:r>
        <w:t>El mismo principio aparece más tarde en Malaquías.</w:t>
      </w:r>
    </w:p>
    <w:p>
      <w:r>
        <w:t>El pueblo se había vuelto espiritualmente descuidado. Entre otras cosas, había fallado en sus responsabilidades con respecto a los diezmos y las ofrendas. Dios lo desafió a volver fielmente a Él:</w:t>
      </w:r>
    </w:p>
    <w:p>
      <w:pPr>
        <w:pStyle w:val="Quote"/>
      </w:pPr>
      <w:r>
        <w:t>«Traed todos los diezmos al alfolí... y probadme ahora en esto, dice el SEÑOR de los ejércitos, si no os abriré las ventanas de los cielos...»</w:t>
      </w:r>
    </w:p>
    <w:p>
      <w:pPr>
        <w:pStyle w:val="Quote"/>
      </w:pPr>
      <w:r>
        <w:t>— Malaquías 3:10</w:t>
      </w:r>
    </w:p>
    <w:p>
      <w:r>
        <w:t>La bendición material nunca podía sustituir la fidelidad espiritual. Más bien, la provisión de Dios tenía como propósito enseñar a Israel a depender de Él.</w:t>
      </w:r>
    </w:p>
    <w:p>
      <w:r>
        <w:t>La lluvia, la cosecha y la prosperidad no eran simplemente asuntos económicos. Estaban relacionados con la relación de pacto entre la nación y Dios.</w:t>
      </w:r>
    </w:p>
    <w:p>
      <w:r>
        <w:t>Esta lección cobra importancia cuando nos volvemos a los profetas y descubrimos que principios semejantes funcionarán entre las naciones en el futuro Reino de Dios.</w:t>
      </w:r>
    </w:p>
    <w:p>
      <w:pPr>
        <w:pStyle w:val="Heading1"/>
      </w:pPr>
      <w:r>
        <w:t>Hambre, Pestilencia y Angustia Nacional</w:t>
      </w:r>
    </w:p>
    <w:p>
      <w:r>
        <w:t>Salomón continuó:</w:t>
      </w:r>
    </w:p>
    <w:p>
      <w:pPr>
        <w:pStyle w:val="Quote"/>
      </w:pPr>
      <w:r>
        <w:t>«Si en la tierra hubiere hambre, pestilencia, tizoncillo, añublo, langosta... si su enemigo los sitiare... cualquier plaga o enfermedad que sea...»</w:t>
      </w:r>
    </w:p>
    <w:p>
      <w:pPr>
        <w:pStyle w:val="Quote"/>
      </w:pPr>
      <w:r>
        <w:t>— 1 Reyes 8:37</w:t>
      </w:r>
    </w:p>
    <w:p>
      <w:r>
        <w:t>La lista es impresionante.</w:t>
      </w:r>
    </w:p>
    <w:p>
      <w:r>
        <w:t>Salomón reconocía que una calamidad nacional podía tomar muchas formas. Sin embargo, cualquiera que fuera la aflicción, la pregunta esencial seguía siendo la misma: ¿entendería el pueblo la lección espiritual y volvería a Dios?</w:t>
      </w:r>
    </w:p>
    <w:p>
      <w:r>
        <w:t>Oró para que, cuando una persona reconociera «la plaga de su propio corazón» y extendiera sus manos hacia el templo, Dios escuchara.</w:t>
      </w:r>
    </w:p>
    <w:p>
      <w:r>
        <w:t>Esta expresión nos lleva más allá de las circunstancias nacionales.</w:t>
      </w:r>
    </w:p>
    <w:p>
      <w:r>
        <w:t>El problema más profundo no era el hambre.</w:t>
      </w:r>
    </w:p>
    <w:p>
      <w:r>
        <w:t>No era el ejército invasor.</w:t>
      </w:r>
    </w:p>
    <w:p>
      <w:r>
        <w:t>Ni siquiera era la enfermedad.</w:t>
      </w:r>
    </w:p>
    <w:p>
      <w:r>
        <w:t>El problema más profundo era el corazón humano.</w:t>
      </w:r>
    </w:p>
    <w:p>
      <w:r>
        <w:t>Los juicios externos tenían el propósito de despertar a las personas ante un problema mucho más serio: el alejamiento de Dios.</w:t>
      </w:r>
    </w:p>
    <w:p>
      <w:r>
        <w:t>Esto sigue siendo un principio bíblico importante.</w:t>
      </w:r>
    </w:p>
    <w:p>
      <w:r>
        <w:t>El verdadero arrepentimiento no consiste simplemente en pedir a Dios que quite consecuencias desagradables. Significa reconocer lo que está mal dentro de nosotros y volver a Él.</w:t>
      </w:r>
    </w:p>
    <w:p>
      <w:pPr>
        <w:pStyle w:val="Heading1"/>
      </w:pPr>
      <w:r>
        <w:t>Oración desde el Cautiverio</w:t>
      </w:r>
    </w:p>
    <w:p>
      <w:r>
        <w:t>La oración de Salomón finalmente llega a la mayor calamidad nacional de Israel: el cautiverio.</w:t>
      </w:r>
    </w:p>
    <w:p>
      <w:r>
        <w:t>Sabía que la rebelión persistente podía llevar a que el pueblo fuera sacado de su tierra:</w:t>
      </w:r>
    </w:p>
    <w:p>
      <w:pPr>
        <w:pStyle w:val="Quote"/>
      </w:pPr>
      <w:r>
        <w:t>«Si pecaren contra ti, porque no hay hombre que no peque, y estuvieres airado contra ellos y los entregares delante del enemigo...»</w:t>
      </w:r>
    </w:p>
    <w:p>
      <w:pPr>
        <w:pStyle w:val="Quote"/>
      </w:pPr>
      <w:r>
        <w:t>— 1 Reyes 8:46</w:t>
      </w:r>
    </w:p>
    <w:p>
      <w:r>
        <w:t>Sin embargo, ni siquiera el cautiverio los pondría fuera del alcance de la misericordia de Dios.</w:t>
      </w:r>
    </w:p>
    <w:p>
      <w:r>
        <w:t>Si reconsideraban sus caminos, se arrepentían, confesaban su pecado y oraban hacia Jerusalén, Salomón pedía a Dios que los escuchara.</w:t>
      </w:r>
    </w:p>
    <w:p>
      <w:r>
        <w:t>Siglos más tarde, Daniel hizo exactamente eso.</w:t>
      </w:r>
    </w:p>
    <w:p>
      <w:r>
        <w:t>Daniel vivía en Babilonia, lejos de Jerusalén. Sin embargo:</w:t>
      </w:r>
    </w:p>
    <w:p>
      <w:pPr>
        <w:pStyle w:val="Quote"/>
      </w:pPr>
      <w:r>
        <w:t>«Se arrodillaba tres veces al día, y oraba y daba gracias delante de su Dios...»</w:t>
      </w:r>
    </w:p>
    <w:p>
      <w:pPr>
        <w:pStyle w:val="Quote"/>
      </w:pPr>
      <w:r>
        <w:t>— Daniel 6:10</w:t>
      </w:r>
    </w:p>
    <w:p>
      <w:r>
        <w:t xml:space="preserve">Significativamente, sus ventanas estaban abiertas </w:t>
      </w:r>
      <w:r>
        <w:rPr>
          <w:b/>
        </w:rPr>
        <w:t>hacia Jerusalén</w:t>
      </w:r>
      <w:r>
        <w:t>.</w:t>
      </w:r>
    </w:p>
    <w:p>
      <w:r>
        <w:t>Daniel entendía la oración de Salomón.</w:t>
      </w:r>
    </w:p>
    <w:p>
      <w:r>
        <w:t>Más tarde, en Daniel 9, habiendo entendido por la profecía de Jeremías que los setenta años relacionados con la desolación de Jerusalén se acercaban a su cumplimiento, Daniel pronunció una de las grandes oraciones de confesión de la Biblia.</w:t>
      </w:r>
    </w:p>
    <w:p>
      <w:r>
        <w:t>No se separó de su pueblo para hablar solamente de los errores *de ellos*.</w:t>
      </w:r>
    </w:p>
    <w:p>
      <w:r>
        <w:t>Dijo:</w:t>
      </w:r>
    </w:p>
    <w:p>
      <w:pPr>
        <w:pStyle w:val="Quote"/>
      </w:pPr>
      <w:r>
        <w:t>«Hemos pecado, hemos cometido iniquidad, hemos hecho impíamente, y hemos sido rebeldes...»</w:t>
      </w:r>
    </w:p>
    <w:p>
      <w:pPr>
        <w:pStyle w:val="Quote"/>
      </w:pPr>
      <w:r>
        <w:t>— Daniel 9:5</w:t>
      </w:r>
    </w:p>
    <w:p>
      <w:r>
        <w:t>Daniel no apeló a la justicia de Israel, sino a la misericordia de Dios.</w:t>
      </w:r>
    </w:p>
    <w:p>
      <w:r>
        <w:t>Y Dios restauró a Su pueblo.</w:t>
      </w:r>
    </w:p>
    <w:p>
      <w:r>
        <w:t>Babilonia cayó. Ciro de Persia emitió un decreto que permitió a los judíos regresar, y Jerusalén y el templo fueron reconstruidos.</w:t>
      </w:r>
    </w:p>
    <w:p>
      <w:r>
        <w:t>Una vez más, los principios de la oración de Salomón fueron demostrados en la historia.</w:t>
      </w:r>
    </w:p>
    <w:p>
      <w:pPr>
        <w:pStyle w:val="Heading1"/>
      </w:pPr>
      <w:r>
        <w:t>Pero Salomón Oró por Más que Israel</w:t>
      </w:r>
    </w:p>
    <w:p>
      <w:r>
        <w:t>Sería fácil leer 1 Reyes 8 enteramente como una oración acerca de Israel.</w:t>
      </w:r>
    </w:p>
    <w:p>
      <w:r>
        <w:t>Pero Salomón de repente amplía el horizonte:</w:t>
      </w:r>
    </w:p>
    <w:p>
      <w:pPr>
        <w:pStyle w:val="Quote"/>
      </w:pPr>
      <w:r>
        <w:t>«Asimismo el extranjero, que no es de tu pueblo Israel, que viniere de lejanas tierras a causa de tu nombre...»</w:t>
      </w:r>
    </w:p>
    <w:p>
      <w:pPr>
        <w:pStyle w:val="Quote"/>
      </w:pPr>
      <w:r>
        <w:t>— 1 Reyes 8:41</w:t>
      </w:r>
    </w:p>
    <w:p>
      <w:r>
        <w:t>Aquí hay un extranjero.</w:t>
      </w:r>
    </w:p>
    <w:p>
      <w:r>
        <w:t>No es uno de los descendientes naturales de Israel.</w:t>
      </w:r>
    </w:p>
    <w:p>
      <w:r>
        <w:t>Sin embargo, ha oído acerca del Dios de Israel.</w:t>
      </w:r>
    </w:p>
    <w:p>
      <w:r>
        <w:t>Salomón continúa:</w:t>
      </w:r>
    </w:p>
    <w:p>
      <w:pPr>
        <w:pStyle w:val="Quote"/>
      </w:pPr>
      <w:r>
        <w:t>«Cuando viniere y orare hacia esta casa, tú oirás en los cielos, en el lugar de tu morada, y harás conforme a todo aquello por lo cual el extranjero hubiere clamado a ti...»</w:t>
      </w:r>
    </w:p>
    <w:p>
      <w:pPr>
        <w:pStyle w:val="Quote"/>
      </w:pPr>
      <w:r>
        <w:t>— 1 Reyes 8:42-43</w:t>
      </w:r>
    </w:p>
    <w:p>
      <w:r>
        <w:t>¿Por qué?</w:t>
      </w:r>
    </w:p>
    <w:p>
      <w:r>
        <w:t>Salomón da la razón:</w:t>
      </w:r>
    </w:p>
    <w:p>
      <w:pPr>
        <w:pStyle w:val="Quote"/>
      </w:pPr>
      <w:r>
        <w:t>«Para que todos los pueblos de la tierra conozcan tu nombre y te teman, como tu pueblo Israel.»</w:t>
      </w:r>
    </w:p>
    <w:p>
      <w:r>
        <w:t>Esta frase revela el propósito divino mucho más amplio.</w:t>
      </w:r>
    </w:p>
    <w:p>
      <w:r>
        <w:t>Israel había sido llamado con un propósito, pero el propósito de Dios era finalmente mundial.</w:t>
      </w:r>
    </w:p>
    <w:p>
      <w:r>
        <w:t>El templo en Jerusalén señalaba hacia un tiempo cuando el conocimiento y la adoración de Dios se extenderían más allá de una sola nación.</w:t>
      </w:r>
    </w:p>
    <w:p>
      <w:pPr>
        <w:pStyle w:val="Heading1"/>
      </w:pPr>
      <w:r>
        <w:t>La Casa de Oración de Isaías</w:t>
      </w:r>
    </w:p>
    <w:p>
      <w:r>
        <w:t>El profeta Isaías desarrolla el mismo principio.</w:t>
      </w:r>
    </w:p>
    <w:p>
      <w:r>
        <w:t>Habla de los extranjeros que se unen al SEÑOR:</w:t>
      </w:r>
    </w:p>
    <w:p>
      <w:pPr>
        <w:pStyle w:val="Quote"/>
      </w:pPr>
      <w:r>
        <w:t>«Y a los hijos de los extranjeros que sigan al SEÑOR para servirle y que amen el nombre del SEÑOR... yo los llevaré a mi santo monte, y los recrearé en mi casa de oración...»</w:t>
      </w:r>
    </w:p>
    <w:p>
      <w:pPr>
        <w:pStyle w:val="Quote"/>
      </w:pPr>
      <w:r>
        <w:t>— Isaías 56:6-7</w:t>
      </w:r>
    </w:p>
    <w:p>
      <w:r>
        <w:t>Después viene la conocida declaración:</w:t>
      </w:r>
    </w:p>
    <w:p>
      <w:pPr>
        <w:pStyle w:val="Quote"/>
      </w:pPr>
      <w:r>
        <w:t>«Porque mi casa será llamada casa de oración para todos los pueblos.»</w:t>
      </w:r>
    </w:p>
    <w:p>
      <w:pPr>
        <w:pStyle w:val="Quote"/>
      </w:pPr>
      <w:r>
        <w:t>— Isaías 56:7</w:t>
      </w:r>
    </w:p>
    <w:p>
      <w:r>
        <w:t>Esto no es simplemente una declaración de tolerancia hacia los extranjeros.</w:t>
      </w:r>
    </w:p>
    <w:p>
      <w:r>
        <w:t>Describe el propósito de Dios de reunir personas de las naciones para adorarle.</w:t>
      </w:r>
    </w:p>
    <w:p>
      <w:r>
        <w:t>El Dios de Israel no es una deidad tribal.</w:t>
      </w:r>
    </w:p>
    <w:p>
      <w:r>
        <w:t>Él es el Creador del cielo y de la tierra, y Su propósito abarca a toda la humanidad.</w:t>
      </w:r>
    </w:p>
    <w:p>
      <w:r>
        <w:t>El llamado de Israel tenía como finalidad llevar bendición a las naciones.</w:t>
      </w:r>
    </w:p>
    <w:p>
      <w:r>
        <w:t>Esto nos lleva aún más atrás, a la promesa de Dios a Abraham:</w:t>
      </w:r>
    </w:p>
    <w:p>
      <w:pPr>
        <w:pStyle w:val="Quote"/>
      </w:pPr>
      <w:r>
        <w:t>«En tu simiente serán benditas todas las naciones de la tierra.»</w:t>
      </w:r>
    </w:p>
    <w:p>
      <w:pPr>
        <w:pStyle w:val="Quote"/>
      </w:pPr>
      <w:r>
        <w:t>— Génesis 22:18</w:t>
      </w:r>
    </w:p>
    <w:p>
      <w:r>
        <w:t>La adoración mundial presentada por Isaías forma parte del cumplimiento de esa promesa.</w:t>
      </w:r>
    </w:p>
    <w:p>
      <w:pPr>
        <w:pStyle w:val="Heading1"/>
      </w:pPr>
      <w:r>
        <w:t>Las Naciones Suben a Jerusalén</w:t>
      </w:r>
    </w:p>
    <w:p>
      <w:r>
        <w:t>Zacarías describe ese propósito mundial con detalles extraordinarios.</w:t>
      </w:r>
    </w:p>
    <w:p>
      <w:r>
        <w:t>En Zacarías 8 leemos acerca de un tiempo futuro cuando las personas se animarán activamente unas a otras a buscar al SEÑOR:</w:t>
      </w:r>
    </w:p>
    <w:p>
      <w:pPr>
        <w:pStyle w:val="Quote"/>
      </w:pPr>
      <w:r>
        <w:t>«Y vendrán los habitantes de una ciudad a otra, y dirán: Vamos a implorar el favor del SEÑOR, y a buscar al SEÑOR de los ejércitos...»</w:t>
      </w:r>
    </w:p>
    <w:p>
      <w:pPr>
        <w:pStyle w:val="Quote"/>
      </w:pPr>
      <w:r>
        <w:t>— Zacarías 8:21</w:t>
      </w:r>
    </w:p>
    <w:p>
      <w:r>
        <w:t>El profeta continúa:</w:t>
      </w:r>
    </w:p>
    <w:p>
      <w:pPr>
        <w:pStyle w:val="Quote"/>
      </w:pPr>
      <w:r>
        <w:t>«Y vendrán muchos pueblos y fuertes naciones a buscar al SEÑOR de los ejércitos en Jerusalén, y a implorar el favor del SEÑOR.»</w:t>
      </w:r>
    </w:p>
    <w:p>
      <w:pPr>
        <w:pStyle w:val="Quote"/>
      </w:pPr>
      <w:r>
        <w:t>— Zacarías 8:22</w:t>
      </w:r>
    </w:p>
    <w:p>
      <w:r>
        <w:t>La dirección de la sociedad humana habrá cambiado dramáticamente.</w:t>
      </w:r>
    </w:p>
    <w:p>
      <w:r>
        <w:t>Hoy las naciones compiten por territorio, recursos, influencia y riqueza.</w:t>
      </w:r>
    </w:p>
    <w:p>
      <w:r>
        <w:t>Zacarías describe naciones buscando algo mucho mayor: el conocimiento de Dios.</w:t>
      </w:r>
    </w:p>
    <w:p>
      <w:r>
        <w:t>Las personas se animarán unas a otras:</w:t>
      </w:r>
    </w:p>
    <w:p>
      <w:r/>
      <w:r>
        <w:rPr>
          <w:b/>
        </w:rPr>
        <w:t>«Vamos... a buscar al SEÑOR.»</w:t>
      </w:r>
      <w:r/>
    </w:p>
    <w:p>
      <w:r>
        <w:t>Jerusalén llegará a ser el centro espiritual del mundo.</w:t>
      </w:r>
    </w:p>
    <w:p>
      <w:pPr>
        <w:pStyle w:val="Heading1"/>
      </w:pPr>
      <w:r>
        <w:t>«Iremos con Vosotros»</w:t>
      </w:r>
    </w:p>
    <w:p>
      <w:r>
        <w:t>Zacarías añade otra imagen extraordinaria:</w:t>
      </w:r>
    </w:p>
    <w:p>
      <w:pPr>
        <w:pStyle w:val="Quote"/>
      </w:pPr>
      <w:r>
        <w:t>«En aquellos días acontecerá que diez hombres de las naciones de toda lengua... dirán: Iremos con vosotros, porque hemos oído que Dios está con vosotros.»</w:t>
      </w:r>
    </w:p>
    <w:p>
      <w:pPr>
        <w:pStyle w:val="Quote"/>
      </w:pPr>
      <w:r>
        <w:t>— Zacarías 8:23</w:t>
      </w:r>
    </w:p>
    <w:p>
      <w:r>
        <w:t>La historia de Israel ha contenido largos períodos de sufrimiento, dispersión y hostilidad por parte de las naciones.</w:t>
      </w:r>
    </w:p>
    <w:p>
      <w:r>
        <w:t>Sin embargo, la profecía describe un cambio completo.</w:t>
      </w:r>
    </w:p>
    <w:p>
      <w:r>
        <w:t>Las naciones reconocerán que el propósito de Dios está centrado en el pueblo y en las promesas relacionadas con Israel.</w:t>
      </w:r>
    </w:p>
    <w:p>
      <w:r>
        <w:t>En lugar de hostilidad habrá un deseo de aprender.</w:t>
      </w:r>
    </w:p>
    <w:p>
      <w:r>
        <w:t>«Iremos con vosotros.»</w:t>
      </w:r>
    </w:p>
    <w:p>
      <w:r>
        <w:t>¿Por qué?</w:t>
      </w:r>
    </w:p>
    <w:p>
      <w:r>
        <w:t>«Porque hemos oído que Dios está con vosotros.»</w:t>
      </w:r>
    </w:p>
    <w:p>
      <w:pPr>
        <w:pStyle w:val="Heading1"/>
      </w:pPr>
      <w:r>
        <w:t>El Rey en Jerusalén</w:t>
      </w:r>
    </w:p>
    <w:p>
      <w:r>
        <w:t>Zacarías 14 lleva la imagen aún más lejos.</w:t>
      </w:r>
    </w:p>
    <w:p>
      <w:r>
        <w:t>El capítulo describe la intervención del SEÑOR en los asuntos del mundo y luego declara:</w:t>
      </w:r>
    </w:p>
    <w:p>
      <w:pPr>
        <w:pStyle w:val="Quote"/>
      </w:pPr>
      <w:r>
        <w:t>«Y el SEÑOR será rey sobre toda la tierra. En aquel día el SEÑOR será uno, y uno su nombre.»</w:t>
      </w:r>
    </w:p>
    <w:p>
      <w:pPr>
        <w:pStyle w:val="Quote"/>
      </w:pPr>
      <w:r>
        <w:t>— Zacarías 14:9</w:t>
      </w:r>
    </w:p>
    <w:p>
      <w:r>
        <w:t>El Reino de Dios será un verdadero reino mundial.</w:t>
      </w:r>
    </w:p>
    <w:p>
      <w:r>
        <w:t>Jesucristo reinará como el Rey nombrado por Dios.</w:t>
      </w:r>
    </w:p>
    <w:p>
      <w:r>
        <w:t>Las naciones que sobrevivan a los juicios relacionados con el establecimiento de ese Reino tendrán que subir a Jerusalén:</w:t>
      </w:r>
    </w:p>
    <w:p>
      <w:pPr>
        <w:pStyle w:val="Quote"/>
      </w:pPr>
      <w:r>
        <w:t>«Todos los que sobrevivieren de las naciones... subirán de año en año para adorar al Rey, al SEÑOR de los ejércitos, y a celebrar la fiesta de los tabernáculos.»</w:t>
      </w:r>
    </w:p>
    <w:p>
      <w:pPr>
        <w:pStyle w:val="Quote"/>
      </w:pPr>
      <w:r>
        <w:t>— Zacarías 14:16</w:t>
      </w:r>
    </w:p>
    <w:p>
      <w:r>
        <w:t>Aquí el principio que funcionó a lo largo de la historia de Israel se vuelve mundial.</w:t>
      </w:r>
    </w:p>
    <w:p>
      <w:r>
        <w:t>Las naciones aprenderán obediencia a Dios.</w:t>
      </w:r>
    </w:p>
    <w:p>
      <w:r>
        <w:t>Y Zacarías vuelve específicamente al tema de la lluvia.</w:t>
      </w:r>
    </w:p>
    <w:p>
      <w:r>
        <w:t>Si una nación se niega a subir a Jerusalén:</w:t>
      </w:r>
    </w:p>
    <w:p>
      <w:pPr>
        <w:pStyle w:val="Quote"/>
      </w:pPr>
      <w:r>
        <w:t>«No vendrá sobre ellos lluvia.»</w:t>
      </w:r>
    </w:p>
    <w:p>
      <w:pPr>
        <w:pStyle w:val="Quote"/>
      </w:pPr>
      <w:r>
        <w:t>— Zacarías 14:17</w:t>
      </w:r>
    </w:p>
    <w:p>
      <w:r>
        <w:t>La conexión con la oración de Salomón es sorprendente.</w:t>
      </w:r>
    </w:p>
    <w:p>
      <w:r>
        <w:t>Israel había aprendido por medio de la sequía que la bendición viene de Dios y que la rebelión tiene consecuencias.</w:t>
      </w:r>
    </w:p>
    <w:p>
      <w:r>
        <w:t>En la era del Reino, las naciones aprenderán la misma lección.</w:t>
      </w:r>
    </w:p>
    <w:p>
      <w:pPr>
        <w:pStyle w:val="Heading1"/>
      </w:pPr>
      <w:r>
        <w:t>¿Irían las Naciones Voluntariamente?</w:t>
      </w:r>
    </w:p>
    <w:p>
      <w:r>
        <w:t>Esto plantea una pregunta incómoda pero importante.</w:t>
      </w:r>
    </w:p>
    <w:p>
      <w:r>
        <w:t>Si hoy simplemente se invitara a las personas a abandonar sus prioridades actuales y viajar a Jerusalén para adorar al Dios verdadero, ¿lo harían voluntariamente las naciones?</w:t>
      </w:r>
    </w:p>
    <w:p>
      <w:r>
        <w:t>La historia humana da pocas razones para pensar que sí.</w:t>
      </w:r>
    </w:p>
    <w:p>
      <w:r>
        <w:t>Las personas y las naciones suelen estar impulsadas por la riqueza, la comodidad, la ambición nacional, el poder político y el interés propio.</w:t>
      </w:r>
    </w:p>
    <w:p>
      <w:r>
        <w:t>La Escritura no presenta el Reino de Dios como algo que se establecerá simplemente porque la humanidad decida poco a poco volverse mejor.</w:t>
      </w:r>
    </w:p>
    <w:p>
      <w:r>
        <w:t>Dios interviene.</w:t>
      </w:r>
    </w:p>
    <w:p>
      <w:r>
        <w:t>El reinado de Cristo establece la autoridad divina en la tierra.</w:t>
      </w:r>
    </w:p>
    <w:p>
      <w:r>
        <w:t>El Salmo 2 describe a las naciones resistiendo al Ungido de Dios, pero esa resistencia no anula el propósito de Dios:</w:t>
      </w:r>
    </w:p>
    <w:p>
      <w:pPr>
        <w:pStyle w:val="Quote"/>
      </w:pPr>
      <w:r>
        <w:t>«Pero yo he puesto mi rey sobre Sion, mi santo monte.»</w:t>
      </w:r>
    </w:p>
    <w:p>
      <w:pPr>
        <w:pStyle w:val="Quote"/>
      </w:pPr>
      <w:r>
        <w:t>— Salmo 2:6</w:t>
      </w:r>
    </w:p>
    <w:p>
      <w:r>
        <w:t>El reinado de Cristo educará a las naciones en justicia.</w:t>
      </w:r>
    </w:p>
    <w:p>
      <w:r>
        <w:t>Isaías describe el resultado:</w:t>
      </w:r>
    </w:p>
    <w:p>
      <w:pPr>
        <w:pStyle w:val="Quote"/>
      </w:pPr>
      <w:r>
        <w:t>«Luego que hay juicios tuyos en la tierra, los moradores del mundo aprenden justicia.»</w:t>
      </w:r>
    </w:p>
    <w:p>
      <w:pPr>
        <w:pStyle w:val="Quote"/>
      </w:pPr>
      <w:r>
        <w:t>— Isaías 26:9</w:t>
      </w:r>
    </w:p>
    <w:p>
      <w:r>
        <w:t>Por lo tanto, el juicio no es el objetivo final de Dios.</w:t>
      </w:r>
    </w:p>
    <w:p>
      <w:r>
        <w:t>El objetivo es aprender.</w:t>
      </w:r>
    </w:p>
    <w:p>
      <w:r>
        <w:t>Es transformación.</w:t>
      </w:r>
    </w:p>
    <w:p>
      <w:r>
        <w:t>Es un mundo en el cual los caminos de Dios son entendidos y seguidos.</w:t>
      </w:r>
    </w:p>
    <w:p>
      <w:pPr>
        <w:pStyle w:val="Heading1"/>
      </w:pPr>
      <w:r>
        <w:t>Del Juicio a la Bendición</w:t>
      </w:r>
    </w:p>
    <w:p>
      <w:r>
        <w:t>Esto nos ayuda a entender el patrón repetido que recorre la oración de Salomón.</w:t>
      </w:r>
    </w:p>
    <w:p>
      <w:r>
        <w:t>El juicio nunca fue presentado simplemente como castigo por sí mismo.</w:t>
      </w:r>
    </w:p>
    <w:p>
      <w:r>
        <w:t>La derrota tenía como propósito hacer volver a Israel.</w:t>
      </w:r>
    </w:p>
    <w:p>
      <w:r>
        <w:t>La sequía tenía como propósito hacer volver a Israel.</w:t>
      </w:r>
    </w:p>
    <w:p>
      <w:r>
        <w:t>El hambre tenía como propósito hacer volver a Israel.</w:t>
      </w:r>
    </w:p>
    <w:p>
      <w:r>
        <w:t>El cautiverio tenía como propósito hacer volver a Israel.</w:t>
      </w:r>
    </w:p>
    <w:p>
      <w:r>
        <w:t>El resultado deseado por Dios era arrepentimiento, perdón y restauración.</w:t>
      </w:r>
    </w:p>
    <w:p>
      <w:r>
        <w:t>El mismo principio aparece en la imagen profética del futuro.</w:t>
      </w:r>
    </w:p>
    <w:p>
      <w:r>
        <w:t>Los juicios que acompañan el establecimiento del Reino de Dios tienen un propósito: las naciones son llevadas a reconocer la autoridad divina y aprender los caminos de Dios.</w:t>
      </w:r>
    </w:p>
    <w:p>
      <w:r>
        <w:t>Isaías describe el maravilloso resultado:</w:t>
      </w:r>
    </w:p>
    <w:p>
      <w:pPr>
        <w:pStyle w:val="Quote"/>
      </w:pPr>
      <w:r>
        <w:t>«Vendrán muchos pueblos, y dirán: Venid, y subamos al monte del SEÑOR... y nos enseñará sus caminos, y caminaremos por sus sendas...»</w:t>
      </w:r>
    </w:p>
    <w:p>
      <w:pPr>
        <w:pStyle w:val="Quote"/>
      </w:pPr>
      <w:r>
        <w:t>— Isaías 2:3</w:t>
      </w:r>
    </w:p>
    <w:p>
      <w:r>
        <w:t>Las naciones ya no serán solamente restringidas del mal.</w:t>
      </w:r>
    </w:p>
    <w:p>
      <w:r>
        <w:t>Serán enseñadas en justicia.</w:t>
      </w:r>
    </w:p>
    <w:p>
      <w:pPr>
        <w:pStyle w:val="Heading1"/>
      </w:pPr>
      <w:r>
        <w:t>Una Casa de Oración Mundial</w:t>
      </w:r>
    </w:p>
    <w:p>
      <w:r>
        <w:t>Salomón estuvo delante de un templo recién terminado hace aproximadamente tres mil años y oró por Israel.</w:t>
      </w:r>
    </w:p>
    <w:p>
      <w:r>
        <w:t>Pero dentro de aquella oración había algo mucho mayor.</w:t>
      </w:r>
    </w:p>
    <w:p>
      <w:r>
        <w:t>Oró por el extranjero.</w:t>
      </w:r>
    </w:p>
    <w:p>
      <w:r>
        <w:t>Oró para que personas de tierras lejanas oyeran acerca del gran nombre de Dios.</w:t>
      </w:r>
    </w:p>
    <w:p>
      <w:r>
        <w:t>Oró para que Dios las escuchara.</w:t>
      </w:r>
    </w:p>
    <w:p>
      <w:r>
        <w:t>Y explicó por qué:</w:t>
      </w:r>
    </w:p>
    <w:p>
      <w:pPr>
        <w:pStyle w:val="Quote"/>
      </w:pPr>
      <w:r>
        <w:t>«Para que todos los pueblos de la tierra conozcan tu nombre.»</w:t>
      </w:r>
    </w:p>
    <w:p>
      <w:r>
        <w:t>Isaías vio una casa de oración para todos los pueblos.</w:t>
      </w:r>
    </w:p>
    <w:p>
      <w:r>
        <w:t>Zacarías vio a naciones fuertes viniendo a Jerusalén para orar.</w:t>
      </w:r>
    </w:p>
    <w:p>
      <w:r>
        <w:t>Vio a personas de diferentes lenguas diciendo: «Iremos con vosotros.»</w:t>
      </w:r>
    </w:p>
    <w:p>
      <w:r>
        <w:t>Vio a todas las naciones subiendo para adorar al Rey.</w:t>
      </w:r>
    </w:p>
    <w:p>
      <w:r>
        <w:t>Estas no son profecías desconectadas.</w:t>
      </w:r>
    </w:p>
    <w:p>
      <w:r>
        <w:t>Son partes de un solo propósito divino.</w:t>
      </w:r>
    </w:p>
    <w:p>
      <w:r>
        <w:t>Jerusalén, tantas veces asociada con el conflicto, llegará a ser un centro de paz, enseñanza y adoración.</w:t>
      </w:r>
    </w:p>
    <w:p>
      <w:r>
        <w:t>Las naciones que ahora conocen tan poco al Dios verdadero aprenderán Sus caminos.</w:t>
      </w:r>
    </w:p>
    <w:p>
      <w:r>
        <w:t>El gobierno humano dará lugar al reinado justo de Cristo.</w:t>
      </w:r>
    </w:p>
    <w:p>
      <w:r>
        <w:t>La promesa hecha a Abraham alcanzará su cumplimiento mundial.</w:t>
      </w:r>
    </w:p>
    <w:p>
      <w:r>
        <w:t>Y el principio pronunciado en la dedicación del templo de Salomón será finalmente visto en toda su plenitud:</w:t>
      </w:r>
    </w:p>
    <w:p>
      <w:r/>
      <w:r>
        <w:rPr>
          <w:b/>
        </w:rPr>
        <w:t>La casa de Dios verdaderamente llegará a ser una casa de oración para todas las naciones.</w:t>
      </w:r>
      <w:r/>
    </w:p>
    <w:p>
      <w:pPr>
        <w:pStyle w:val="Heading1"/>
      </w:pPr>
      <w:r>
        <w:t>¿Qué Significa Esto para Nosotros?</w:t>
      </w:r>
    </w:p>
    <w:p>
      <w:r>
        <w:t>Estas profecías se refieren al futuro, pero su mensaje no trata solamente del futuro.</w:t>
      </w:r>
    </w:p>
    <w:p>
      <w:r>
        <w:t>La oración de Salomón llama continuamente a las personas a reconocer su dependencia de Dios.</w:t>
      </w:r>
    </w:p>
    <w:p>
      <w:r>
        <w:t>Daniel no esperó a que las circunstancias nacionales fueran cómodas antes de orar.</w:t>
      </w:r>
    </w:p>
    <w:p>
      <w:r>
        <w:t>Josafat no fingió que poseía la respuesta a la crisis de Judá.</w:t>
      </w:r>
    </w:p>
    <w:p>
      <w:r>
        <w:t>El extranjero fiel no permitió que su nacionalidad le impidiera buscar al Dios de Israel.</w:t>
      </w:r>
    </w:p>
    <w:p>
      <w:r>
        <w:t>Cada uno reconoció la misma verdad fundamental: la fuerza humana es insuficiente, pero Dios escucha a los que sinceramente le buscan.</w:t>
      </w:r>
    </w:p>
    <w:p>
      <w:r>
        <w:t>Por lo tanto, necesitamos hacernos las mismas preguntas.</w:t>
      </w:r>
    </w:p>
    <w:p>
      <w:r>
        <w:t>¿Dónde ponemos nuestra confianza?</w:t>
      </w:r>
    </w:p>
    <w:p>
      <w:r>
        <w:t>¿Reconocemos «la plaga de nuestro propio corazón»?</w:t>
      </w:r>
    </w:p>
    <w:p>
      <w:r>
        <w:t>Cuando pecamos, ¿nos justificamos o volvemos a Dios?</w:t>
      </w:r>
    </w:p>
    <w:p>
      <w:r>
        <w:t>¿Esperamos de verdad un mundo gobernado por las normas de Dios en lugar de las del hombre?</w:t>
      </w:r>
    </w:p>
    <w:p>
      <w:r>
        <w:t>¿Y nos estamos preparando ahora para ese Reino venidero?</w:t>
      </w:r>
    </w:p>
    <w:p>
      <w:r>
        <w:t>El futuro descrito por los profetas es extraordinario.</w:t>
      </w:r>
    </w:p>
    <w:p>
      <w:r>
        <w:t>Un mundo actualmente dividido por nacionalidad, lengua, política, riqueza y conflicto será puesto bajo un solo Rey justo.</w:t>
      </w:r>
    </w:p>
    <w:p>
      <w:r>
        <w:t>Personas de muchas naciones buscarán al Dios de Israel.</w:t>
      </w:r>
    </w:p>
    <w:p>
      <w:r>
        <w:t>Jerusalén llegará a ser un centro desde el cual la enseñanza divina saldrá a toda la tierra.</w:t>
      </w:r>
    </w:p>
    <w:p>
      <w:r>
        <w:t>Como declara Isaías:</w:t>
      </w:r>
    </w:p>
    <w:p>
      <w:pPr>
        <w:pStyle w:val="Quote"/>
      </w:pPr>
      <w:r>
        <w:t>«Porque de Sion saldrá la ley, y de Jerusalén la palabra del SEÑOR.»</w:t>
      </w:r>
    </w:p>
    <w:p>
      <w:pPr>
        <w:pStyle w:val="Quote"/>
      </w:pPr>
      <w:r>
        <w:t>— Isaías 2:3</w:t>
      </w:r>
    </w:p>
    <w:p>
      <w:r>
        <w:t>Por lo tanto, la oración de Salomón llega mucho más allá de la dedicación de un antiguo edificio.</w:t>
      </w:r>
    </w:p>
    <w:p>
      <w:r>
        <w:t>Revela un principio que recorre todo el propósito de Dios: el pecado debe ser reconocido, el arrepentimiento debe ser verdadero, el perdón viene de Dios, y Su propósito final es llenar la tierra de personas que le conozcan y le adoren.</w:t>
      </w:r>
    </w:p>
    <w:p>
      <w:r>
        <w:t>Viene el día cuando la invitación se extenderá por todo el mundo:</w:t>
      </w:r>
    </w:p>
    <w:p>
      <w:r/>
      <w:r>
        <w:rPr>
          <w:b/>
        </w:rPr>
        <w:t>«Venid, y subamos al monte del SEÑOR.»</w:t>
      </w:r>
      <w:r/>
    </w:p>
    <w:p>
      <w:r>
        <w:t>Y Jerusalén finalmente cumplirá la gran visión profética:</w:t>
      </w:r>
    </w:p>
    <w:p>
      <w:r/>
      <w:r>
        <w:rPr>
          <w:b/>
        </w:rPr>
        <w:t>una casa de oración para todas las naciones.</w:t>
      </w:r>
      <w:r/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sz w:val="18"/>
      </w:rPr>
      <w:t>Bedford Ecclesia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2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80" w:after="120"/>
      <w:ind w:left="504" w:right="288"/>
    </w:pPr>
    <w:rPr>
      <w:rFonts w:ascii="Aptos" w:hAnsi="Aptos"/>
      <w:i/>
      <w:iCs/>
      <w:color w:val="000000" w:themeColor="text1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Una Casa de Oración para Todas las Naciones</dc:title>
  <dc:subject>Christadelphian Bible article</dc:subject>
  <dc:creator>Bedford Ecclesia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