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Bdr>
          <w:bottom w:val="single" w:sz="6" w:space="5" w:color="808080"/>
        </w:pBdr>
      </w:pPr>
      <w:r>
        <w:rPr>
          <w:b/>
        </w:rPr>
        <w:t>Une maison de prière pour toutes les nations</w:t>
      </w:r>
    </w:p>
    <w:p>
      <w:r>
        <w:t>Lorsque Salomon se tint devant l'autel de l'ÉTERNEL lors de la dédicace du temple à Jérusalem, il prononça l'une des prières les plus remarquables rapportées dans les Écritures. Ses paroles dans 1 Rois 8 regardent en arrière vers les promesses de Dieu, répondent aux besoins spirituels immédiats d'Israël et regardent aussi vers un dessein beaucoup plus vaste.</w:t>
      </w:r>
    </w:p>
    <w:p>
      <w:r>
        <w:t>Le temple était certainement au centre du culte national d'Israël. Pourtant Salomon comprenait que le dessein de Dieu n'avait jamais été limité à Israël seul. Sa prière incluait l'étranger — celui qui n'était pas Israélite — qui entendrait parler du nom de l'ÉTERNEL et viendrait à Jérusalem pour Le chercher.</w:t>
      </w:r>
    </w:p>
    <w:p>
      <w:r>
        <w:t>Ce principe se développe dans toute l'Écriture, jusqu'à ce que les prophètes décrivent un avenir où Jérusalem deviendra un centre de culte pour des peuples de toutes les nations.</w:t>
      </w:r>
    </w:p>
    <w:p>
      <w:r>
        <w:t xml:space="preserve">Le temple devait donc être bien plus qu'un magnifique bâtiment. Il devait être </w:t>
      </w:r>
      <w:r>
        <w:rPr>
          <w:b/>
        </w:rPr>
        <w:t>une maison de prière pour toutes les nations</w:t>
      </w:r>
      <w:r>
        <w:t>.</w:t>
      </w:r>
    </w:p>
    <w:p>
      <w:pPr>
        <w:pStyle w:val="Heading1"/>
      </w:pPr>
      <w:r>
        <w:t>La grande prière de Salomon</w:t>
      </w:r>
    </w:p>
    <w:p>
      <w:r>
        <w:t>La dédicace du temple fut un moment déterminant de l'histoire d'Israël.</w:t>
      </w:r>
    </w:p>
    <w:p>
      <w:r>
        <w:t>David avait désiré bâtir une maison pour le nom de l'ÉTERNEL, mais cette œuvre avait été confiée à son fils Salomon. Lorsque le temple fut achevé, Salomon rassembla Israël à Jérusalem, se tint devant l'autel, étendit ses mains vers le ciel et pria.</w:t>
      </w:r>
    </w:p>
    <w:p>
      <w:r>
        <w:t>Sa prière révèle une profonde compréhension à la fois de la faiblesse humaine et de la miséricorde divine.</w:t>
      </w:r>
    </w:p>
    <w:p>
      <w:r>
        <w:t>Salomon savait qu'Israël pécherait.</w:t>
      </w:r>
    </w:p>
    <w:p>
      <w:r>
        <w:t>Il ne pria pas comme si la présence du temple garantissait d'une manière ou d'une autre la fidélité de la nation. Au contraire, il envisagea des circonstances dans lesquelles la désobéissance d'Israël amènerait le jugement divin.</w:t>
      </w:r>
    </w:p>
    <w:p>
      <w:r>
        <w:t>Il parla de défaite devant les ennemis, de sécheresse, de famine, de peste, de mauvaises récoltes, de maladie et finalement de captivité.</w:t>
      </w:r>
    </w:p>
    <w:p>
      <w:r>
        <w:t>Mais, à plusieurs reprises, il existe un chemin de retour.</w:t>
      </w:r>
    </w:p>
    <w:p>
      <w:r>
        <w:t>Le peuple doit reconnaître son péché, revenir à Dieu et prier.</w:t>
      </w:r>
    </w:p>
    <w:p>
      <w:pPr>
        <w:pStyle w:val="Quote"/>
      </w:pPr>
      <w:r>
        <w:t>« Alors, écoute des cieux, et pardonne le péché de tes serviteurs et de ton peuple d'Israël... »</w:t>
      </w:r>
    </w:p>
    <w:p>
      <w:pPr>
        <w:pStyle w:val="Quote"/>
      </w:pPr>
      <w:r>
        <w:t>— 1 Rois 8:36</w:t>
      </w:r>
    </w:p>
    <w:p>
      <w:r>
        <w:t>Le schéma est clair :</w:t>
      </w:r>
    </w:p>
    <w:p>
      <w:r/>
      <w:r>
        <w:rPr>
          <w:b/>
        </w:rPr>
        <w:t>péché — jugement — prise de conscience — repentance — prière — pardon — restauration.</w:t>
      </w:r>
      <w:r/>
    </w:p>
    <w:p>
      <w:r>
        <w:t>Ce schéma se répéterait encore et encore tout au long de l'histoire d'Israël.</w:t>
      </w:r>
    </w:p>
    <w:p>
      <w:pPr>
        <w:pStyle w:val="Heading1"/>
      </w:pPr>
      <w:r>
        <w:t>Quand Israël fut vaincu</w:t>
      </w:r>
    </w:p>
    <w:p>
      <w:r>
        <w:t>Salomon pria :</w:t>
      </w:r>
    </w:p>
    <w:p>
      <w:pPr>
        <w:pStyle w:val="Quote"/>
      </w:pPr>
      <w:r>
        <w:t>« Quand ton peuple d'Israël sera battu devant l'ennemi, parce qu'ils auront péché contre toi, s'ils reviennent à toi, confessent ton nom, te prient et te supplient dans cette maison : alors écoute des cieux, et pardonne le péché de ton peuple d'Israël... »</w:t>
      </w:r>
    </w:p>
    <w:p>
      <w:pPr>
        <w:pStyle w:val="Quote"/>
      </w:pPr>
      <w:r>
        <w:t>— 1 Rois 8:33-34</w:t>
      </w:r>
    </w:p>
    <w:p>
      <w:r>
        <w:t>La puissance militaire d'Israël n'avait jamais été destinée à être la source ultime de sa sécurité.</w:t>
      </w:r>
    </w:p>
    <w:p>
      <w:r>
        <w:t>Sa sécurité dépendait de sa relation avec Dieu.</w:t>
      </w:r>
    </w:p>
    <w:p>
      <w:r>
        <w:t>Lorsque le peuple faisait confiance à Dieu et Lui obéissait, Il pouvait le délivrer d'ennemis bien plus puissants que lui. Lorsqu'il L'abandonnait, même des circonstances apparemment favorables pouvaient se terminer par une défaite.</w:t>
      </w:r>
    </w:p>
    <w:p>
      <w:r>
        <w:t>Un exemple frappant se produisit sous le règne de Josaphat.</w:t>
      </w:r>
    </w:p>
    <w:p>
      <w:r>
        <w:t>Une grande multitude vint contre Juda. Humainement parlant, la situation paraissait désespérée. Josaphat rassembla le peuple et chercha l'ÉTERNEL.</w:t>
      </w:r>
    </w:p>
    <w:p>
      <w:r>
        <w:t>Sa prière rappelait volontairement les principes liés à Salomon et au temple :</w:t>
      </w:r>
    </w:p>
    <w:p>
      <w:pPr>
        <w:pStyle w:val="Quote"/>
      </w:pPr>
      <w:r>
        <w:t>« Si quelque mal nous arrive, l'épée, le jugement, la peste ou la famine, et que nous nous présentions devant cette maison et en ta présence... et que nous criions à toi dans notre détresse, alors tu entendras et tu nous secourras. »</w:t>
      </w:r>
    </w:p>
    <w:p>
      <w:pPr>
        <w:pStyle w:val="Quote"/>
      </w:pPr>
      <w:r>
        <w:t>— 2 Chroniques 20:9</w:t>
      </w:r>
    </w:p>
    <w:p>
      <w:r>
        <w:t>Josaphat reconnut ouvertement la faiblesse de Juda :</w:t>
      </w:r>
    </w:p>
    <w:p>
      <w:pPr>
        <w:pStyle w:val="Quote"/>
      </w:pPr>
      <w:r>
        <w:t>« Car nous sommes sans force devant cette grande multitude qui s'avance contre nous, et nous ne savons que faire, mais nos yeux sont sur toi. »</w:t>
      </w:r>
    </w:p>
    <w:p>
      <w:pPr>
        <w:pStyle w:val="Quote"/>
      </w:pPr>
      <w:r>
        <w:t>— 2 Chroniques 20:12</w:t>
      </w:r>
    </w:p>
    <w:p>
      <w:r>
        <w:t>C'est l'une des grandes déclarations de foi des Écritures.</w:t>
      </w:r>
    </w:p>
    <w:p>
      <w:r>
        <w:t>Ils ne possédaient pas la force militaire nécessaire pour résoudre leur problème, mais ils savaient vers qui regarder.</w:t>
      </w:r>
    </w:p>
    <w:p>
      <w:r>
        <w:t>Dieu délivra Juda.</w:t>
      </w:r>
    </w:p>
    <w:p>
      <w:r>
        <w:t>Les chantres marchèrent devant l'armée en louant l'ÉTERNEL, et Dieu fit en sorte que leurs ennemis se détruisent les uns les autres.</w:t>
      </w:r>
    </w:p>
    <w:p>
      <w:r>
        <w:t>La prière de Salomon n'était donc pas seulement un langage cérémoniel prononcé lors de l'ouverture d'un édifice. Ses principes devinrent une partie de la relation vivante d'Israël avec Dieu.</w:t>
      </w:r>
    </w:p>
    <w:p>
      <w:pPr>
        <w:pStyle w:val="Heading1"/>
      </w:pPr>
      <w:r>
        <w:t>Quand les cieux furent fermés</w:t>
      </w:r>
    </w:p>
    <w:p>
      <w:r>
        <w:t>Salomon envisagea aussi la sécheresse :</w:t>
      </w:r>
    </w:p>
    <w:p>
      <w:pPr>
        <w:pStyle w:val="Quote"/>
      </w:pPr>
      <w:r>
        <w:t>« Quand le ciel sera fermé et qu'il n'y aura point de pluie, parce qu'ils auront péché contre toi ; s'ils prient vers ce lieu, confessent ton nom et se détournent de leur péché... alors écoute des cieux... »</w:t>
      </w:r>
    </w:p>
    <w:p>
      <w:pPr>
        <w:pStyle w:val="Quote"/>
      </w:pPr>
      <w:r>
        <w:t>— 1 Rois 8:35-36</w:t>
      </w:r>
    </w:p>
    <w:p>
      <w:r>
        <w:t>La pluie était essentielle à la vie dans le pays.</w:t>
      </w:r>
    </w:p>
    <w:p>
      <w:r>
        <w:t>La dépendance d'Israël à l'égard des pluies saisonnières rappelait constamment à la nation que la prospérité venait en définitive de Dieu.</w:t>
      </w:r>
    </w:p>
    <w:p>
      <w:r>
        <w:t>Le même principe apparaît plus tard dans Malachie.</w:t>
      </w:r>
    </w:p>
    <w:p>
      <w:r>
        <w:t>Le peuple était devenu spirituellement négligent. Entre autres choses, il avait manqué à ses responsabilités concernant les dîmes et les offrandes. Dieu l'appela à revenir fidèlement à Lui :</w:t>
      </w:r>
    </w:p>
    <w:p>
      <w:pPr>
        <w:pStyle w:val="Quote"/>
      </w:pPr>
      <w:r>
        <w:t>« Apportez toutes les dîmes à la maison du trésor... et mettez-moi ainsi à l'épreuve, dit l'ÉTERNEL des armées, si je ne vous ouvre pas les écluses des cieux... »</w:t>
      </w:r>
    </w:p>
    <w:p>
      <w:pPr>
        <w:pStyle w:val="Quote"/>
      </w:pPr>
      <w:r>
        <w:t>— Malachie 3:10</w:t>
      </w:r>
    </w:p>
    <w:p>
      <w:r>
        <w:t>La bénédiction matérielle ne pouvait jamais remplacer la fidélité spirituelle. Au contraire, la provision de Dieu devait apprendre à Israël à dépendre de Lui.</w:t>
      </w:r>
    </w:p>
    <w:p>
      <w:r>
        <w:t>La pluie, la récolte et la prospérité n'étaient pas de simples questions économiques. Elles étaient liées à la relation d'alliance de la nation avec Dieu.</w:t>
      </w:r>
    </w:p>
    <w:p>
      <w:r>
        <w:t>Cette leçon devient importante lorsque nous nous tournons vers les prophètes et découvrons que des principes semblables s'appliqueront aux nations dans le futur Royaume de Dieu.</w:t>
      </w:r>
    </w:p>
    <w:p>
      <w:pPr>
        <w:pStyle w:val="Heading1"/>
      </w:pPr>
      <w:r>
        <w:t>Famine, peste et détresse nationale</w:t>
      </w:r>
    </w:p>
    <w:p>
      <w:r>
        <w:t>Salomon poursuivit :</w:t>
      </w:r>
    </w:p>
    <w:p>
      <w:pPr>
        <w:pStyle w:val="Quote"/>
      </w:pPr>
      <w:r>
        <w:t>« S'il y a dans le pays famine, s'il y a peste, brûlure, nielle, sauterelles... si leur ennemi les assiège... quelle que soit la plaie, quelle que soit la maladie... »</w:t>
      </w:r>
    </w:p>
    <w:p>
      <w:pPr>
        <w:pStyle w:val="Quote"/>
      </w:pPr>
      <w:r>
        <w:t>— 1 Rois 8:37</w:t>
      </w:r>
    </w:p>
    <w:p>
      <w:r>
        <w:t>La liste est frappante.</w:t>
      </w:r>
    </w:p>
    <w:p>
      <w:r>
        <w:t>Salomon reconnaissait qu'une catastrophe nationale pouvait prendre de nombreuses formes. Pourtant, quelle que soit l'affliction particulière, la question essentielle demeurait la même : le peuple comprendrait-il la leçon spirituelle et reviendrait-il à Dieu ?</w:t>
      </w:r>
    </w:p>
    <w:p>
      <w:r>
        <w:t>Il pria pour que, lorsqu'un individu reconnaîtrait « la plaie de son propre cœur » et étendrait ses mains vers le temple, Dieu entende.</w:t>
      </w:r>
    </w:p>
    <w:p>
      <w:r>
        <w:t>Cette expression nous emmène au-delà des circonstances nationales.</w:t>
      </w:r>
    </w:p>
    <w:p>
      <w:r>
        <w:t>Le problème le plus profond n'était pas la famine.</w:t>
      </w:r>
    </w:p>
    <w:p>
      <w:r>
        <w:t>Ce n'était pas l'armée envahissante.</w:t>
      </w:r>
    </w:p>
    <w:p>
      <w:r>
        <w:t>Ce n'était même pas la maladie.</w:t>
      </w:r>
    </w:p>
    <w:p>
      <w:r>
        <w:t>Le problème le plus profond était le cœur humain.</w:t>
      </w:r>
    </w:p>
    <w:p>
      <w:r>
        <w:t>Les jugements extérieurs avaient pour but d'éveiller les hommes à un problème bien plus grave : l'éloignement de Dieu.</w:t>
      </w:r>
    </w:p>
    <w:p>
      <w:r>
        <w:t>Cela demeure un principe biblique important.</w:t>
      </w:r>
    </w:p>
    <w:p>
      <w:r>
        <w:t>La vraie repentance ne consiste pas simplement à demander à Dieu d'enlever des conséquences désagréables. Elle consiste à reconnaître ce qui est mauvais en nous et à revenir à Lui.</w:t>
      </w:r>
    </w:p>
    <w:p>
      <w:pPr>
        <w:pStyle w:val="Heading1"/>
      </w:pPr>
      <w:r>
        <w:t>Une prière depuis la captivité</w:t>
      </w:r>
    </w:p>
    <w:p>
      <w:r>
        <w:t>La prière de Salomon finit par atteindre la plus grande catastrophe nationale d'Israël : la captivité.</w:t>
      </w:r>
    </w:p>
    <w:p>
      <w:r>
        <w:t>Il savait qu'une rébellion persistante pouvait entraîner l'expulsion du peuple hors de son pays :</w:t>
      </w:r>
    </w:p>
    <w:p>
      <w:pPr>
        <w:pStyle w:val="Quote"/>
      </w:pPr>
      <w:r>
        <w:t>« S'ils pèchent contre toi, car il n'y a point d'homme qui ne pèche, et que tu sois irrité contre eux et que tu les livres à l'ennemi... »</w:t>
      </w:r>
    </w:p>
    <w:p>
      <w:pPr>
        <w:pStyle w:val="Quote"/>
      </w:pPr>
      <w:r>
        <w:t>— 1 Rois 8:46</w:t>
      </w:r>
    </w:p>
    <w:p>
      <w:r>
        <w:t>Pourtant, même la captivité ne les placerait pas hors de portée de la miséricorde de Dieu.</w:t>
      </w:r>
    </w:p>
    <w:p>
      <w:r>
        <w:t>S'ils réfléchissaient à leurs voies, se repentaient, confessaient leur péché et priaient en direction de Jérusalem, Salomon demandait à Dieu de les entendre.</w:t>
      </w:r>
    </w:p>
    <w:p>
      <w:r>
        <w:t>Des siècles plus tard, Daniel fit exactement cela.</w:t>
      </w:r>
    </w:p>
    <w:p>
      <w:r>
        <w:t>Daniel vivait à Babylone, loin de Jérusalem. Néanmoins :</w:t>
      </w:r>
    </w:p>
    <w:p>
      <w:pPr>
        <w:pStyle w:val="Quote"/>
      </w:pPr>
      <w:r>
        <w:t>« Il se mettait à genoux trois fois le jour, priait et rendait grâces devant son Dieu... »</w:t>
      </w:r>
    </w:p>
    <w:p>
      <w:pPr>
        <w:pStyle w:val="Quote"/>
      </w:pPr>
      <w:r>
        <w:t>— Daniel 6:10</w:t>
      </w:r>
    </w:p>
    <w:p>
      <w:r>
        <w:t xml:space="preserve">Fait significatif, ses fenêtres étaient ouvertes </w:t>
      </w:r>
      <w:r>
        <w:rPr>
          <w:b/>
        </w:rPr>
        <w:t>du côté de Jérusalem</w:t>
      </w:r>
      <w:r>
        <w:t>.</w:t>
      </w:r>
    </w:p>
    <w:p>
      <w:r>
        <w:t>Daniel comprenait la prière de Salomon.</w:t>
      </w:r>
    </w:p>
    <w:p>
      <w:r>
        <w:t>Plus tard, dans Daniel 9, ayant compris par la prophétie de Jérémie que les soixante-dix années liées à la désolation de Jérusalem approchaient de leur accomplissement, Daniel prononça l'une des grandes prières de confession de la Bible.</w:t>
      </w:r>
    </w:p>
    <w:p>
      <w:r>
        <w:t>Il ne se sépara pas de son peuple pour parler seulement de *leurs* fautes.</w:t>
      </w:r>
    </w:p>
    <w:p>
      <w:r>
        <w:t>Il dit :</w:t>
      </w:r>
    </w:p>
    <w:p>
      <w:pPr>
        <w:pStyle w:val="Quote"/>
      </w:pPr>
      <w:r>
        <w:t>« Nous avons péché, nous avons commis l'iniquité, nous avons fait le mal, nous avons été rebelles... »</w:t>
      </w:r>
    </w:p>
    <w:p>
      <w:pPr>
        <w:pStyle w:val="Quote"/>
      </w:pPr>
      <w:r>
        <w:t>— Daniel 9:5</w:t>
      </w:r>
    </w:p>
    <w:p>
      <w:r>
        <w:t>Daniel ne fit pas appel à la justice d'Israël, mais à la miséricorde de Dieu.</w:t>
      </w:r>
    </w:p>
    <w:p>
      <w:r>
        <w:t>Et Dieu restaura effectivement Son peuple.</w:t>
      </w:r>
    </w:p>
    <w:p>
      <w:r>
        <w:t>Babylone tomba. Cyrus de Perse publia un décret permettant aux Juifs de revenir, et Jérusalem ainsi que le temple furent reconstruits.</w:t>
      </w:r>
    </w:p>
    <w:p>
      <w:r>
        <w:t>Une fois encore, les principes de la prière de Salomon furent démontrés dans l'histoire.</w:t>
      </w:r>
    </w:p>
    <w:p>
      <w:pPr>
        <w:pStyle w:val="Heading1"/>
      </w:pPr>
      <w:r>
        <w:t>Mais Salomon priait pour plus qu'Israël</w:t>
      </w:r>
    </w:p>
    <w:p>
      <w:r>
        <w:t>Il serait facile de lire 1 Rois 8 comme une prière entièrement consacrée à Israël.</w:t>
      </w:r>
    </w:p>
    <w:p>
      <w:r>
        <w:t>Mais Salomon élargit soudain l'horizon :</w:t>
      </w:r>
    </w:p>
    <w:p>
      <w:pPr>
        <w:pStyle w:val="Quote"/>
      </w:pPr>
      <w:r>
        <w:t>« Quant à l'étranger, qui n'est pas de ton peuple d'Israël, mais qui viendra d'un pays lointain à cause de ton nom... »</w:t>
      </w:r>
    </w:p>
    <w:p>
      <w:pPr>
        <w:pStyle w:val="Quote"/>
      </w:pPr>
      <w:r>
        <w:t>— 1 Rois 8:41</w:t>
      </w:r>
    </w:p>
    <w:p>
      <w:r>
        <w:t>Voici un étranger.</w:t>
      </w:r>
    </w:p>
    <w:p>
      <w:r>
        <w:t>Il n'est pas l'un des descendants naturels d'Israël.</w:t>
      </w:r>
    </w:p>
    <w:p>
      <w:r>
        <w:t>Pourtant, il a entendu parler du Dieu d'Israël.</w:t>
      </w:r>
    </w:p>
    <w:p>
      <w:r>
        <w:t>Salomon poursuit :</w:t>
      </w:r>
    </w:p>
    <w:p>
      <w:pPr>
        <w:pStyle w:val="Quote"/>
      </w:pPr>
      <w:r>
        <w:t>« Quand il viendra prier vers cette maison, écoute-le des cieux, du lieu de ta demeure, et accorde à cet étranger tout ce qu'il te demandera... »</w:t>
      </w:r>
    </w:p>
    <w:p>
      <w:pPr>
        <w:pStyle w:val="Quote"/>
      </w:pPr>
      <w:r>
        <w:t>— 1 Rois 8:42-43</w:t>
      </w:r>
    </w:p>
    <w:p>
      <w:r>
        <w:t>Pourquoi ?</w:t>
      </w:r>
    </w:p>
    <w:p>
      <w:r>
        <w:t>Salomon en donne la raison :</w:t>
      </w:r>
    </w:p>
    <w:p>
      <w:pPr>
        <w:pStyle w:val="Quote"/>
      </w:pPr>
      <w:r>
        <w:t>« Afin que tous les peuples de la terre connaissent ton nom, pour te craindre comme ton peuple d'Israël. »</w:t>
      </w:r>
    </w:p>
    <w:p>
      <w:r>
        <w:t>Cette phrase révèle le dessein divin beaucoup plus vaste.</w:t>
      </w:r>
    </w:p>
    <w:p>
      <w:r>
        <w:t>Israël avait été appelé dans un but, mais le dessein de Dieu était finalement mondial.</w:t>
      </w:r>
    </w:p>
    <w:p>
      <w:r>
        <w:t>Le temple de Jérusalem annonçait un temps où la connaissance de Dieu et Son culte dépasseraient les limites d'une seule nation.</w:t>
      </w:r>
    </w:p>
    <w:p>
      <w:pPr>
        <w:pStyle w:val="Heading1"/>
      </w:pPr>
      <w:r>
        <w:t>La maison de prière d'Ésaïe</w:t>
      </w:r>
    </w:p>
    <w:p>
      <w:r>
        <w:t>Le prophète Ésaïe développe ce même principe.</w:t>
      </w:r>
    </w:p>
    <w:p>
      <w:r>
        <w:t>Il parle des étrangers qui s'attachent à l'ÉTERNEL :</w:t>
      </w:r>
    </w:p>
    <w:p>
      <w:pPr>
        <w:pStyle w:val="Quote"/>
      </w:pPr>
      <w:r>
        <w:t>« Et les fils de l'étranger qui s'attacheront à l'ÉTERNEL pour le servir et pour aimer le nom de l'ÉTERNEL... je les amènerai sur ma montagne sainte, et je les réjouirai dans ma maison de prière... »</w:t>
      </w:r>
    </w:p>
    <w:p>
      <w:pPr>
        <w:pStyle w:val="Quote"/>
      </w:pPr>
      <w:r>
        <w:t>— Ésaïe 56:6-7</w:t>
      </w:r>
    </w:p>
    <w:p>
      <w:r>
        <w:t>Puis vient la célèbre déclaration :</w:t>
      </w:r>
    </w:p>
    <w:p>
      <w:pPr>
        <w:pStyle w:val="Quote"/>
      </w:pPr>
      <w:r>
        <w:t>« Car ma maison sera appelée une maison de prière pour tous les peuples. »</w:t>
      </w:r>
    </w:p>
    <w:p>
      <w:pPr>
        <w:pStyle w:val="Quote"/>
      </w:pPr>
      <w:r>
        <w:t>— Ésaïe 56:7</w:t>
      </w:r>
    </w:p>
    <w:p>
      <w:r>
        <w:t>Il ne s'agit pas simplement d'une déclaration de tolérance envers les étrangers.</w:t>
      </w:r>
    </w:p>
    <w:p>
      <w:r>
        <w:t>Elle décrit le dessein de Dieu de rassembler des gens des nations pour qu'ils L'adorent.</w:t>
      </w:r>
    </w:p>
    <w:p>
      <w:r>
        <w:t>Le Dieu d'Israël n'est pas une divinité tribale.</w:t>
      </w:r>
    </w:p>
    <w:p>
      <w:r>
        <w:t>Il est le Créateur du ciel et de la terre, et Son dessein concerne toute l'humanité.</w:t>
      </w:r>
    </w:p>
    <w:p>
      <w:r>
        <w:t>L'appel d'Israël devait finalement apporter la bénédiction aux nations.</w:t>
      </w:r>
    </w:p>
    <w:p>
      <w:r>
        <w:t>Cela nous ramène encore plus loin, à la promesse de Dieu faite à Abraham :</w:t>
      </w:r>
    </w:p>
    <w:p>
      <w:pPr>
        <w:pStyle w:val="Quote"/>
      </w:pPr>
      <w:r>
        <w:t>« Et toutes les nations de la terre seront bénies en ta postérité. »</w:t>
      </w:r>
    </w:p>
    <w:p>
      <w:pPr>
        <w:pStyle w:val="Quote"/>
      </w:pPr>
      <w:r>
        <w:t>— Genèse 22:18</w:t>
      </w:r>
    </w:p>
    <w:p>
      <w:r>
        <w:t>Le culte mondial décrit par Ésaïe fait partie de l'accomplissement de cette promesse.</w:t>
      </w:r>
    </w:p>
    <w:p>
      <w:pPr>
        <w:pStyle w:val="Heading1"/>
      </w:pPr>
      <w:r>
        <w:t>Les nations montent à Jérusalem</w:t>
      </w:r>
    </w:p>
    <w:p>
      <w:r>
        <w:t>Zacharie décrit ce dessein mondial avec des détails remarquables.</w:t>
      </w:r>
    </w:p>
    <w:p>
      <w:r>
        <w:t>Dans Zacharie 8, nous lisons qu'un temps futur viendra où les hommes s'encourageront activement les uns les autres à chercher l'ÉTERNEL :</w:t>
      </w:r>
    </w:p>
    <w:p>
      <w:pPr>
        <w:pStyle w:val="Quote"/>
      </w:pPr>
      <w:r>
        <w:t>« Les habitants d'une ville iront à l'autre, en disant : Allons, allons implorer l'ÉTERNEL et chercher l'ÉTERNEL des armées... »</w:t>
      </w:r>
    </w:p>
    <w:p>
      <w:pPr>
        <w:pStyle w:val="Quote"/>
      </w:pPr>
      <w:r>
        <w:t>— Zacharie 8:21</w:t>
      </w:r>
    </w:p>
    <w:p>
      <w:r>
        <w:t>Le prophète poursuit :</w:t>
      </w:r>
    </w:p>
    <w:p>
      <w:pPr>
        <w:pStyle w:val="Quote"/>
      </w:pPr>
      <w:r>
        <w:t>« Oui, beaucoup de peuples et de puissantes nations viendront chercher l'ÉTERNEL des armées à Jérusalem et implorer l'ÉTERNEL. »</w:t>
      </w:r>
    </w:p>
    <w:p>
      <w:pPr>
        <w:pStyle w:val="Quote"/>
      </w:pPr>
      <w:r>
        <w:t>— Zacharie 8:22</w:t>
      </w:r>
    </w:p>
    <w:p>
      <w:r>
        <w:t>L'orientation de la société humaine aura radicalement changé.</w:t>
      </w:r>
    </w:p>
    <w:p>
      <w:r>
        <w:t>Aujourd'hui, les nations se disputent des territoires, des ressources, de l'influence et des richesses.</w:t>
      </w:r>
    </w:p>
    <w:p>
      <w:r>
        <w:t>Zacharie décrit des nations qui recherchent quelque chose de bien plus grand : la connaissance de Dieu.</w:t>
      </w:r>
    </w:p>
    <w:p>
      <w:r>
        <w:t>Les hommes s'encourageront les uns les autres :</w:t>
      </w:r>
    </w:p>
    <w:p>
      <w:r/>
      <w:r>
        <w:rPr>
          <w:b/>
        </w:rPr>
        <w:t>« Allons... chercher l'ÉTERNEL. »</w:t>
      </w:r>
      <w:r/>
    </w:p>
    <w:p>
      <w:r>
        <w:t>Jérusalem deviendra le centre spirituel du monde.</w:t>
      </w:r>
    </w:p>
    <w:p>
      <w:pPr>
        <w:pStyle w:val="Heading1"/>
      </w:pPr>
      <w:r>
        <w:t>« Nous irons avec vous »</w:t>
      </w:r>
    </w:p>
    <w:p>
      <w:r>
        <w:t>Zacharie ajoute une autre image extraordinaire :</w:t>
      </w:r>
    </w:p>
    <w:p>
      <w:pPr>
        <w:pStyle w:val="Quote"/>
      </w:pPr>
      <w:r>
        <w:t>« En ces jours-là, dix hommes de toutes les langues des nations... diront : Nous irons avec vous, car nous avons appris que Dieu est avec vous. »</w:t>
      </w:r>
    </w:p>
    <w:p>
      <w:pPr>
        <w:pStyle w:val="Quote"/>
      </w:pPr>
      <w:r>
        <w:t>— Zacharie 8:23</w:t>
      </w:r>
    </w:p>
    <w:p>
      <w:r>
        <w:t>L'histoire d'Israël a connu de longues périodes de souffrance, de dispersion et d'hostilité de la part des nations.</w:t>
      </w:r>
    </w:p>
    <w:p>
      <w:r>
        <w:t>Pourtant la prophétie décrit un renversement.</w:t>
      </w:r>
    </w:p>
    <w:p>
      <w:r>
        <w:t>Les nations reconnaîtront que le dessein de Dieu est centré sur le peuple et les promesses associés à Israël.</w:t>
      </w:r>
    </w:p>
    <w:p>
      <w:r>
        <w:t>À la place de l'hostilité viendra le désir d'apprendre.</w:t>
      </w:r>
    </w:p>
    <w:p>
      <w:r>
        <w:t>« Nous irons avec vous. »</w:t>
      </w:r>
    </w:p>
    <w:p>
      <w:r>
        <w:t>Pourquoi ?</w:t>
      </w:r>
    </w:p>
    <w:p>
      <w:r>
        <w:t>« Car nous avons appris que Dieu est avec vous. »</w:t>
      </w:r>
    </w:p>
    <w:p>
      <w:pPr>
        <w:pStyle w:val="Heading1"/>
      </w:pPr>
      <w:r>
        <w:t>Le Roi à Jérusalem</w:t>
      </w:r>
    </w:p>
    <w:p>
      <w:r>
        <w:t>Zacharie 14 va encore plus loin.</w:t>
      </w:r>
    </w:p>
    <w:p>
      <w:r>
        <w:t>Le chapitre décrit l'intervention de l'ÉTERNEL dans les affaires du monde, puis déclare :</w:t>
      </w:r>
    </w:p>
    <w:p>
      <w:pPr>
        <w:pStyle w:val="Quote"/>
      </w:pPr>
      <w:r>
        <w:t>« L'ÉTERNEL sera roi de toute la terre ; en ce jour-là, l'ÉTERNEL sera un, et son nom sera un. »</w:t>
      </w:r>
    </w:p>
    <w:p>
      <w:pPr>
        <w:pStyle w:val="Quote"/>
      </w:pPr>
      <w:r>
        <w:t>— Zacharie 14:9</w:t>
      </w:r>
    </w:p>
    <w:p>
      <w:r>
        <w:t>Le Royaume de Dieu sera un véritable royaume mondial.</w:t>
      </w:r>
    </w:p>
    <w:p>
      <w:r>
        <w:t>Jésus-Christ régnera comme le Roi établi par Dieu.</w:t>
      </w:r>
    </w:p>
    <w:p>
      <w:r>
        <w:t>Les nations qui survivront aux jugements liés à l'établissement de ce Royaume devront monter à Jérusalem :</w:t>
      </w:r>
    </w:p>
    <w:p>
      <w:pPr>
        <w:pStyle w:val="Quote"/>
      </w:pPr>
      <w:r>
        <w:t>« Tous ceux qui resteront de toutes les nations... monteront chaque année pour se prosterner devant le Roi, l'ÉTERNEL des armées, et pour célébrer la fête des tabernacles. »</w:t>
      </w:r>
    </w:p>
    <w:p>
      <w:pPr>
        <w:pStyle w:val="Quote"/>
      </w:pPr>
      <w:r>
        <w:t>— Zacharie 14:16</w:t>
      </w:r>
    </w:p>
    <w:p>
      <w:r>
        <w:t>Ici, le principe qui s'est appliqué tout au long de l'histoire d'Israël devient mondial.</w:t>
      </w:r>
    </w:p>
    <w:p>
      <w:r>
        <w:t>Les nations apprendront l'obéissance à Dieu.</w:t>
      </w:r>
    </w:p>
    <w:p>
      <w:r>
        <w:t>Et Zacharie revient précisément au sujet de la pluie.</w:t>
      </w:r>
    </w:p>
    <w:p>
      <w:r>
        <w:t>Si une nation refuse de monter à Jérusalem :</w:t>
      </w:r>
    </w:p>
    <w:p>
      <w:pPr>
        <w:pStyle w:val="Quote"/>
      </w:pPr>
      <w:r>
        <w:t>« La pluie ne tombera pas sur elle. »</w:t>
      </w:r>
    </w:p>
    <w:p>
      <w:pPr>
        <w:pStyle w:val="Quote"/>
      </w:pPr>
      <w:r>
        <w:t>— Zacharie 14:17</w:t>
      </w:r>
    </w:p>
    <w:p>
      <w:r>
        <w:t>Le lien avec la prière de Salomon est frappant.</w:t>
      </w:r>
    </w:p>
    <w:p>
      <w:r>
        <w:t>Israël avait appris par la sécheresse que la bénédiction vient de Dieu et que la rébellion a des conséquences.</w:t>
      </w:r>
    </w:p>
    <w:p>
      <w:r>
        <w:t>Dans l'ère du Royaume, les nations apprendront la même leçon.</w:t>
      </w:r>
    </w:p>
    <w:p>
      <w:pPr>
        <w:pStyle w:val="Heading1"/>
      </w:pPr>
      <w:r>
        <w:t>Les nations iraient-elles volontairement ?</w:t>
      </w:r>
    </w:p>
    <w:p>
      <w:r>
        <w:t>Cela soulève une question difficile mais importante.</w:t>
      </w:r>
    </w:p>
    <w:p>
      <w:r>
        <w:t>Si aujourd'hui les hommes étaient simplement invités à abandonner leurs priorités actuelles et à se rendre à Jérusalem pour adorer le vrai Dieu, les nations le feraient-elles volontairement ?</w:t>
      </w:r>
    </w:p>
    <w:p>
      <w:r>
        <w:t>L'histoire humaine donne peu de raisons de le penser.</w:t>
      </w:r>
    </w:p>
    <w:p>
      <w:r>
        <w:t>Les hommes et les nations sont souvent poussés par la richesse, le confort, l'ambition nationale, le pouvoir politique et l'intérêt personnel.</w:t>
      </w:r>
    </w:p>
    <w:p>
      <w:r>
        <w:t>L'Écriture ne présente pas le Royaume de Dieu comme quelque chose qui s'établira simplement parce que l'humanité décidera peu à peu de devenir meilleure.</w:t>
      </w:r>
    </w:p>
    <w:p>
      <w:r>
        <w:t>Dieu intervient.</w:t>
      </w:r>
    </w:p>
    <w:p>
      <w:r>
        <w:t>Le règne de Christ établit l'autorité divine sur la terre.</w:t>
      </w:r>
    </w:p>
    <w:p>
      <w:r>
        <w:t>Le Psaume 2 décrit les nations résistant à l'Oint de Dieu, mais cette résistance ne renverse pas le dessein de Dieu :</w:t>
      </w:r>
    </w:p>
    <w:p>
      <w:pPr>
        <w:pStyle w:val="Quote"/>
      </w:pPr>
      <w:r>
        <w:t>« Et moi, j'ai établi mon roi sur Sion, ma montagne sainte. »</w:t>
      </w:r>
    </w:p>
    <w:p>
      <w:pPr>
        <w:pStyle w:val="Quote"/>
      </w:pPr>
      <w:r>
        <w:t>— Psaume 2:6</w:t>
      </w:r>
    </w:p>
    <w:p>
      <w:r>
        <w:t>Le règne de Christ instruira les nations dans la justice.</w:t>
      </w:r>
    </w:p>
    <w:p>
      <w:r>
        <w:t>Ésaïe décrit le résultat :</w:t>
      </w:r>
    </w:p>
    <w:p>
      <w:pPr>
        <w:pStyle w:val="Quote"/>
      </w:pPr>
      <w:r>
        <w:t>« Lorsque tes jugements s'exercent sur la terre, les habitants du monde apprennent la justice. »</w:t>
      </w:r>
    </w:p>
    <w:p>
      <w:pPr>
        <w:pStyle w:val="Quote"/>
      </w:pPr>
      <w:r>
        <w:t>— Ésaïe 26:9</w:t>
      </w:r>
    </w:p>
    <w:p>
      <w:r>
        <w:t>Le jugement n'est donc pas l'objectif final de Dieu.</w:t>
      </w:r>
    </w:p>
    <w:p>
      <w:r>
        <w:t>L'objectif est l'apprentissage.</w:t>
      </w:r>
    </w:p>
    <w:p>
      <w:r>
        <w:t>C'est la transformation.</w:t>
      </w:r>
    </w:p>
    <w:p>
      <w:r>
        <w:t>C'est un monde dans lequel les voies de Dieu sont comprises et suivies.</w:t>
      </w:r>
    </w:p>
    <w:p>
      <w:pPr>
        <w:pStyle w:val="Heading1"/>
      </w:pPr>
      <w:r>
        <w:t>Du jugement à la bénédiction</w:t>
      </w:r>
    </w:p>
    <w:p>
      <w:r>
        <w:t>Cela nous aide à comprendre le schéma répété qui traverse la prière de Salomon.</w:t>
      </w:r>
    </w:p>
    <w:p>
      <w:r>
        <w:t>Le jugement n'est jamais présenté comme une punition pour elle-même.</w:t>
      </w:r>
    </w:p>
    <w:p>
      <w:r>
        <w:t>La défaite devait amener Israël à revenir.</w:t>
      </w:r>
    </w:p>
    <w:p>
      <w:r>
        <w:t>La sécheresse devait amener Israël à revenir.</w:t>
      </w:r>
    </w:p>
    <w:p>
      <w:r>
        <w:t>La famine devait amener Israël à revenir.</w:t>
      </w:r>
    </w:p>
    <w:p>
      <w:r>
        <w:t>La captivité devait amener Israël à revenir.</w:t>
      </w:r>
    </w:p>
    <w:p>
      <w:r>
        <w:t>Le résultat désiré par Dieu était la repentance, le pardon et la restauration.</w:t>
      </w:r>
    </w:p>
    <w:p>
      <w:r>
        <w:t>Le même principe apparaît dans le tableau prophétique de l'avenir.</w:t>
      </w:r>
    </w:p>
    <w:p>
      <w:r>
        <w:t>Les jugements qui accompagnent l'établissement du Royaume de Dieu ont un but : les nations sont amenées à reconnaître l'autorité divine et à apprendre les voies de Dieu.</w:t>
      </w:r>
    </w:p>
    <w:p>
      <w:r>
        <w:t>Ésaïe décrit le merveilleux résultat :</w:t>
      </w:r>
    </w:p>
    <w:p>
      <w:pPr>
        <w:pStyle w:val="Quote"/>
      </w:pPr>
      <w:r>
        <w:t>« Des peuples s'y rendront en foule, et diront : Venez, et montons à la montagne de l'ÉTERNEL... il nous enseignera ses voies, et nous marcherons dans ses sentiers... »</w:t>
      </w:r>
    </w:p>
    <w:p>
      <w:pPr>
        <w:pStyle w:val="Quote"/>
      </w:pPr>
      <w:r>
        <w:t>— Ésaïe 2:3</w:t>
      </w:r>
    </w:p>
    <w:p>
      <w:r>
        <w:t>Les nations ne seront plus seulement empêchées de faire le mal.</w:t>
      </w:r>
    </w:p>
    <w:p>
      <w:r>
        <w:t>Elles apprendront la justice.</w:t>
      </w:r>
    </w:p>
    <w:p>
      <w:pPr>
        <w:pStyle w:val="Heading1"/>
      </w:pPr>
      <w:r>
        <w:t>Une maison de prière mondiale</w:t>
      </w:r>
    </w:p>
    <w:p>
      <w:r>
        <w:t>Salomon se tint devant un temple nouvellement achevé il y a environ trois mille ans et pria pour Israël.</w:t>
      </w:r>
    </w:p>
    <w:p>
      <w:r>
        <w:t>Mais dans cette prière se trouvait quelque chose de beaucoup plus grand.</w:t>
      </w:r>
    </w:p>
    <w:p>
      <w:r>
        <w:t>Il pria pour l'étranger.</w:t>
      </w:r>
    </w:p>
    <w:p>
      <w:r>
        <w:t>Il pria afin que des gens venant de pays lointains entendent parler du grand nom de Dieu.</w:t>
      </w:r>
    </w:p>
    <w:p>
      <w:r>
        <w:t>Il pria afin que Dieu les entende.</w:t>
      </w:r>
    </w:p>
    <w:p>
      <w:r>
        <w:t>Et il expliqua pourquoi :</w:t>
      </w:r>
    </w:p>
    <w:p>
      <w:pPr>
        <w:pStyle w:val="Quote"/>
      </w:pPr>
      <w:r>
        <w:t>« Afin que tous les peuples de la terre connaissent ton nom. »</w:t>
      </w:r>
    </w:p>
    <w:p>
      <w:r>
        <w:t>Ésaïe vit une maison de prière pour tous les peuples.</w:t>
      </w:r>
    </w:p>
    <w:p>
      <w:r>
        <w:t>Zacharie vit de puissantes nations venir à Jérusalem pour prier.</w:t>
      </w:r>
    </w:p>
    <w:p>
      <w:r>
        <w:t>Il vit des gens de langues différentes dire : « Nous irons avec vous. »</w:t>
      </w:r>
    </w:p>
    <w:p>
      <w:r>
        <w:t>Il vit toutes les nations monter pour adorer le Roi.</w:t>
      </w:r>
    </w:p>
    <w:p>
      <w:r>
        <w:t>Ce ne sont pas des prophéties sans rapport entre elles.</w:t>
      </w:r>
    </w:p>
    <w:p>
      <w:r>
        <w:t>Elles font partie d'un seul dessein divin.</w:t>
      </w:r>
    </w:p>
    <w:p>
      <w:r>
        <w:t>Jérusalem, si souvent associée au conflit, deviendra un centre de paix, d'enseignement et de culte.</w:t>
      </w:r>
    </w:p>
    <w:p>
      <w:r>
        <w:t>Les nations qui connaissent aujourd'hui si peu le vrai Dieu apprendront Ses voies.</w:t>
      </w:r>
    </w:p>
    <w:p>
      <w:r>
        <w:t>Le gouvernement humain cédera la place au règne juste de Christ.</w:t>
      </w:r>
    </w:p>
    <w:p>
      <w:r>
        <w:t>La promesse faite à Abraham atteindra son accomplissement mondial.</w:t>
      </w:r>
    </w:p>
    <w:p>
      <w:r>
        <w:t>Et le principe exprimé lors de la dédicace du temple de Salomon sera enfin vu dans toute sa plénitude :</w:t>
      </w:r>
    </w:p>
    <w:p>
      <w:r/>
      <w:r>
        <w:rPr>
          <w:b/>
        </w:rPr>
        <w:t>La maison de Dieu deviendra véritablement une maison de prière pour toutes les nations.</w:t>
      </w:r>
      <w:r/>
    </w:p>
    <w:p>
      <w:pPr>
        <w:pStyle w:val="Heading1"/>
      </w:pPr>
      <w:r>
        <w:t>Qu'est-ce que cela signifie pour nous ?</w:t>
      </w:r>
    </w:p>
    <w:p>
      <w:r>
        <w:t>Ces prophéties concernent l'avenir, mais leur message ne concerne pas seulement l'avenir.</w:t>
      </w:r>
    </w:p>
    <w:p>
      <w:r>
        <w:t>La prière de Salomon appelle continuellement les hommes à reconnaître leur dépendance envers Dieu.</w:t>
      </w:r>
    </w:p>
    <w:p>
      <w:r>
        <w:t>Daniel n'attendit pas que les circonstances nationales deviennent confortables avant de prier.</w:t>
      </w:r>
    </w:p>
    <w:p>
      <w:r>
        <w:t>Josaphat ne prétendit pas avoir la réponse à la crise de Juda.</w:t>
      </w:r>
    </w:p>
    <w:p>
      <w:r>
        <w:t>L'étranger fidèle ne permit pas à sa nationalité de l'empêcher de chercher le Dieu d'Israël.</w:t>
      </w:r>
    </w:p>
    <w:p>
      <w:r>
        <w:t>Chacun reconnut la même vérité fondamentale : la force humaine est insuffisante, mais Dieu entend ceux qui Le cherchent sincèrement.</w:t>
      </w:r>
    </w:p>
    <w:p>
      <w:r>
        <w:t>Nous devons donc nous poser les mêmes questions.</w:t>
      </w:r>
    </w:p>
    <w:p>
      <w:r>
        <w:t>Où plaçons-nous notre confiance ?</w:t>
      </w:r>
    </w:p>
    <w:p>
      <w:r>
        <w:t>Reconnaissons-nous « la plaie de notre propre cœur » ?</w:t>
      </w:r>
    </w:p>
    <w:p>
      <w:r>
        <w:t>Lorsque nous péchons, nous justifions-nous, ou revenons-nous à Dieu ?</w:t>
      </w:r>
    </w:p>
    <w:p>
      <w:r>
        <w:t>Attendons-nous véritablement un monde gouverné selon les normes de Dieu plutôt que celles de l'homme ?</w:t>
      </w:r>
    </w:p>
    <w:p>
      <w:r>
        <w:t>Et nous préparons-nous maintenant à ce Royaume à venir ?</w:t>
      </w:r>
    </w:p>
    <w:p>
      <w:r>
        <w:t>L'avenir décrit par les prophètes est extraordinaire.</w:t>
      </w:r>
    </w:p>
    <w:p>
      <w:r>
        <w:t>Un monde aujourd'hui divisé par la nationalité, la langue, la politique, la richesse et les conflits sera placé sous l'autorité d'un seul Roi juste.</w:t>
      </w:r>
    </w:p>
    <w:p>
      <w:r>
        <w:t>Des gens de nombreuses nations chercheront le Dieu d'Israël.</w:t>
      </w:r>
    </w:p>
    <w:p>
      <w:r>
        <w:t>Jérusalem deviendra un centre d'où l'enseignement divin se répandra sur toute la terre.</w:t>
      </w:r>
    </w:p>
    <w:p>
      <w:r>
        <w:t>Comme le déclare Ésaïe :</w:t>
      </w:r>
    </w:p>
    <w:p>
      <w:pPr>
        <w:pStyle w:val="Quote"/>
      </w:pPr>
      <w:r>
        <w:t>« Car de Sion sortira la loi, et de Jérusalem la parole de l'ÉTERNEL. »</w:t>
      </w:r>
    </w:p>
    <w:p>
      <w:pPr>
        <w:pStyle w:val="Quote"/>
      </w:pPr>
      <w:r>
        <w:t>— Ésaïe 2:3</w:t>
      </w:r>
    </w:p>
    <w:p>
      <w:r>
        <w:t>La prière de Salomon va donc bien au-delà de la dédicace d'un ancien bâtiment.</w:t>
      </w:r>
    </w:p>
    <w:p>
      <w:r>
        <w:t>Elle révèle un principe qui traverse tout le dessein de Dieu : le péché doit être reconnu, la repentance doit être sincère, le pardon vient de Dieu, et Son dessein ultime est de remplir la terre de gens qui Le connaissent et L'adorent.</w:t>
      </w:r>
    </w:p>
    <w:p>
      <w:r>
        <w:t>Le jour vient où l'invitation s'étendra au monde entier :</w:t>
      </w:r>
    </w:p>
    <w:p>
      <w:r/>
      <w:r>
        <w:rPr>
          <w:b/>
        </w:rPr>
        <w:t>« Venez, et montons à la montagne de l'ÉTERNEL. »</w:t>
      </w:r>
      <w:r/>
    </w:p>
    <w:p>
      <w:r>
        <w:t>Et Jérusalem accomplira enfin la grande vision prophétique :</w:t>
      </w:r>
    </w:p>
    <w:p>
      <w:r/>
      <w:r>
        <w:rPr>
          <w:b/>
        </w:rPr>
        <w:t>une maison de prière pour toutes les nations.</w:t>
      </w:r>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8"/>
      </w:rPr>
      <w:t>Bedford Ecclesia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2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80" w:after="120"/>
      <w:ind w:left="504" w:right="288"/>
    </w:pPr>
    <w:rPr>
      <w:rFonts w:ascii="Aptos" w:hAnsi="Aptos"/>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 maison de prière pour toutes les nations</dc:title>
  <dc:subject>Christadelphian Bible article</dc:subject>
  <dc:creator>Bedford Ecclesia</dc:creator>
  <cp:keywords/>
  <dc:description>generated by python-docx</dc:description>
  <cp:lastModifiedBy/>
  <cp:revision>1</cp:revision>
  <dcterms:created xsi:type="dcterms:W3CDTF">2013-12-23T23:15:00Z</dcterms:created>
  <dcterms:modified xsi:type="dcterms:W3CDTF">2013-12-23T23:15:00Z</dcterms:modified>
  <cp:category/>
</cp:coreProperties>
</file>