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bottom w:val="single" w:sz="6" w:space="5" w:color="808080"/>
        </w:pBdr>
      </w:pPr>
      <w:r>
        <w:rPr>
          <w:b/>
        </w:rPr>
        <w:t>Uma Casa de Oração para Todas as Nações</w:t>
      </w:r>
    </w:p>
    <w:p>
      <w:r>
        <w:t>Quando Salomão se apresentou diante do altar do SENHOR na dedicação do templo em Jerusalém, proferiu uma das orações mais notáveis registadas nas Escrituras. As suas palavras em 1 Reis 8 olham para trás, para as promessas de Deus, tratam das necessidades espirituais imediatas de Israel e também apontam para um propósito muito maior.</w:t>
      </w:r>
    </w:p>
    <w:p>
      <w:r>
        <w:t>O templo era certamente o centro da adoração nacional de Israel. Contudo, Salomão compreendia que o propósito de Deus nunca esteve limitado apenas a Israel. A sua oração incluía o estrangeiro — aquele que não era israelita — que ouviria falar do nome do SENHOR e viria a Jerusalém para O buscar.</w:t>
      </w:r>
    </w:p>
    <w:p>
      <w:r>
        <w:t>Esse princípio desenvolve-se ao longo de toda a Escritura, até que os profetas descrevem um futuro em que Jerusalém se tornará um centro de adoração para pessoas de todas as nações.</w:t>
      </w:r>
    </w:p>
    <w:p>
      <w:r>
        <w:t xml:space="preserve">O templo, portanto, devia ser muito mais do que um edifício magnífico. Devia ser </w:t>
      </w:r>
      <w:r>
        <w:rPr>
          <w:b/>
        </w:rPr>
        <w:t>uma casa de oração para todas as nações</w:t>
      </w:r>
      <w:r>
        <w:t>.</w:t>
      </w:r>
    </w:p>
    <w:p>
      <w:pPr>
        <w:pStyle w:val="Heading1"/>
      </w:pPr>
      <w:r>
        <w:t>A Grande Oração de Salomão</w:t>
      </w:r>
    </w:p>
    <w:p>
      <w:r>
        <w:t>A dedicação do templo foi um momento decisivo na história de Israel.</w:t>
      </w:r>
    </w:p>
    <w:p>
      <w:r>
        <w:t>David desejara construir uma casa para o nome do SENHOR, mas essa obra fora confiada ao seu filho Salomão. Quando o templo ficou concluído, Salomão reuniu Israel em Jerusalém, ficou diante do altar, estendeu as mãos para o céu e orou.</w:t>
      </w:r>
    </w:p>
    <w:p>
      <w:r>
        <w:t>A sua oração revela uma profunda compreensão tanto da fraqueza humana como da misericórdia divina.</w:t>
      </w:r>
    </w:p>
    <w:p>
      <w:r>
        <w:t>Salomão sabia que Israel pecaria.</w:t>
      </w:r>
    </w:p>
    <w:p>
      <w:r>
        <w:t>Ele não orou como se a presença do templo garantisse, por si só, a fidelidade da nação. Em vez disso, antecipou circunstâncias em que a desobediência de Israel traria o juízo divino.</w:t>
      </w:r>
    </w:p>
    <w:p>
      <w:r>
        <w:t>Falou de derrota diante dos inimigos, seca, fome, peste, perda das colheitas, doença e, finalmente, cativeiro.</w:t>
      </w:r>
    </w:p>
    <w:p>
      <w:r>
        <w:t>Contudo, repetidamente existe um caminho de volta.</w:t>
      </w:r>
    </w:p>
    <w:p>
      <w:r>
        <w:t>O povo deve reconhecer o seu pecado, voltar-se novamente para Deus e orar.</w:t>
      </w:r>
    </w:p>
    <w:p>
      <w:pPr>
        <w:pStyle w:val="Quote"/>
      </w:pPr>
      <w:r>
        <w:t>“Então ouve tu nos céus, e perdoa o pecado dos teus servos e do teu povo Israel...”</w:t>
      </w:r>
    </w:p>
    <w:p>
      <w:pPr>
        <w:pStyle w:val="Quote"/>
      </w:pPr>
      <w:r>
        <w:t>— 1 Reis 8:36</w:t>
      </w:r>
    </w:p>
    <w:p>
      <w:r>
        <w:t>O padrão é claro:</w:t>
      </w:r>
    </w:p>
    <w:p>
      <w:r/>
      <w:r>
        <w:rPr>
          <w:b/>
        </w:rPr>
        <w:t>pecado — juízo — reconhecimento — arrependimento — oração — perdão — restauração.</w:t>
      </w:r>
      <w:r/>
    </w:p>
    <w:p>
      <w:r>
        <w:t>Este padrão repetir-se-ia muitas vezes ao longo da história de Israel.</w:t>
      </w:r>
    </w:p>
    <w:p>
      <w:pPr>
        <w:pStyle w:val="Heading1"/>
      </w:pPr>
      <w:r>
        <w:t>Quando Israel Foi Derrotado</w:t>
      </w:r>
    </w:p>
    <w:p>
      <w:r>
        <w:t>Salomão orou:</w:t>
      </w:r>
    </w:p>
    <w:p>
      <w:pPr>
        <w:pStyle w:val="Quote"/>
      </w:pPr>
      <w:r>
        <w:t>“Quando o teu povo Israel for ferido diante do inimigo, por ter pecado contra ti, e se converter a ti, e confessar o teu nome, e orar, e te suplicar nesta casa; então ouve tu nos céus e perdoa o pecado do teu povo Israel...”</w:t>
      </w:r>
    </w:p>
    <w:p>
      <w:pPr>
        <w:pStyle w:val="Quote"/>
      </w:pPr>
      <w:r>
        <w:t>— 1 Reis 8:33-34</w:t>
      </w:r>
    </w:p>
    <w:p>
      <w:r>
        <w:t>A força militar de Israel nunca se destinou a ser a fonte última da sua segurança.</w:t>
      </w:r>
    </w:p>
    <w:p>
      <w:r>
        <w:t>A sua segurança dependia da sua relação com Deus.</w:t>
      </w:r>
    </w:p>
    <w:p>
      <w:r>
        <w:t>Quando o povo confiava em Deus e Lhe obedecia, Ele podia livrá-lo de inimigos muito mais fortes. Quando O abandonava, até circunstâncias aparentemente favoráveis podiam terminar em derrota.</w:t>
      </w:r>
    </w:p>
    <w:p>
      <w:r>
        <w:t>Um exemplo dramático ocorreu durante o reinado de Josafá.</w:t>
      </w:r>
    </w:p>
    <w:p>
      <w:r>
        <w:t>Uma grande multidão veio contra Judá. Humanamente falando, a situação parecia desesperada. Josafá reuniu o povo e buscou o SENHOR.</w:t>
      </w:r>
    </w:p>
    <w:p>
      <w:r>
        <w:t>A sua oração recordou deliberadamente os princípios associados a Salomão e ao templo:</w:t>
      </w:r>
    </w:p>
    <w:p>
      <w:pPr>
        <w:pStyle w:val="Quote"/>
      </w:pPr>
      <w:r>
        <w:t>“Se algum mal vier sobre nós, espada, juízo, peste ou fome, e nós nos apresentarmos diante desta casa e na tua presença... e clamarmos a ti na nossa angústia, então tu ouvirás e ajudarás.”</w:t>
      </w:r>
    </w:p>
    <w:p>
      <w:pPr>
        <w:pStyle w:val="Quote"/>
      </w:pPr>
      <w:r>
        <w:t>— 2 Crónicas 20:9</w:t>
      </w:r>
    </w:p>
    <w:p>
      <w:r>
        <w:t>Josafá admitiu abertamente a fraqueza de Judá:</w:t>
      </w:r>
    </w:p>
    <w:p>
      <w:pPr>
        <w:pStyle w:val="Quote"/>
      </w:pPr>
      <w:r>
        <w:t>“Porque em nós não há força perante esta grande multidão que vem contra nós, e não sabemos o que fazer; porém os nossos olhos estão postos em ti.”</w:t>
      </w:r>
    </w:p>
    <w:p>
      <w:pPr>
        <w:pStyle w:val="Quote"/>
      </w:pPr>
      <w:r>
        <w:t>— 2 Crónicas 20:12</w:t>
      </w:r>
    </w:p>
    <w:p>
      <w:r>
        <w:t>Esta é uma das grandes declarações de fé das Escrituras.</w:t>
      </w:r>
    </w:p>
    <w:p>
      <w:r>
        <w:t>Eles não tinham força militar para resolver o problema, mas sabiam para onde olhar.</w:t>
      </w:r>
    </w:p>
    <w:p>
      <w:r>
        <w:t>Deus livrou Judá.</w:t>
      </w:r>
    </w:p>
    <w:p>
      <w:r>
        <w:t>Os cantores foram à frente do exército louvando o SENHOR, e Deus fez com que os seus inimigos se destruíssem uns aos outros.</w:t>
      </w:r>
    </w:p>
    <w:p>
      <w:r>
        <w:t>A oração de Salomão não era apenas linguagem cerimonial usada na abertura de um edifício. Os seus princípios tornaram-se parte da relação viva de Israel com Deus.</w:t>
      </w:r>
    </w:p>
    <w:p>
      <w:pPr>
        <w:pStyle w:val="Heading1"/>
      </w:pPr>
      <w:r>
        <w:t>Quando os Céus se Fecharam</w:t>
      </w:r>
    </w:p>
    <w:p>
      <w:r>
        <w:t>Salomão também antecipou a seca:</w:t>
      </w:r>
    </w:p>
    <w:p>
      <w:pPr>
        <w:pStyle w:val="Quote"/>
      </w:pPr>
      <w:r>
        <w:t>“Quando o céu se fechar e não houver chuva, por terem pecado contra ti; se orarem voltados para este lugar, confessarem o teu nome e se converterem do seu pecado... então ouve tu nos céus...”</w:t>
      </w:r>
    </w:p>
    <w:p>
      <w:pPr>
        <w:pStyle w:val="Quote"/>
      </w:pPr>
      <w:r>
        <w:t>— 1 Reis 8:35-36</w:t>
      </w:r>
    </w:p>
    <w:p>
      <w:r>
        <w:t>A chuva era essencial à vida na terra.</w:t>
      </w:r>
    </w:p>
    <w:p>
      <w:r>
        <w:t>A dependência de Israel das chuvas sazonais lembrava constantemente à nação que a prosperidade vinha, em última instância, de Deus.</w:t>
      </w:r>
    </w:p>
    <w:p>
      <w:r>
        <w:t>O mesmo princípio aparece mais tarde em Malaquias.</w:t>
      </w:r>
    </w:p>
    <w:p>
      <w:r>
        <w:t>O povo tornara-se espiritualmente descuidado. Entre outras coisas, tinha falhado nas suas responsabilidades relativas aos dízimos e às ofertas. Deus desafiou-o a regressar fielmente a Ele:</w:t>
      </w:r>
    </w:p>
    <w:p>
      <w:pPr>
        <w:pStyle w:val="Quote"/>
      </w:pPr>
      <w:r>
        <w:t>“Trazei todos os dízimos à casa do tesouro... e depois fazei prova de mim nisto, diz o SENHOR dos Exércitos, se eu não vos abrir as janelas do céu...”</w:t>
      </w:r>
    </w:p>
    <w:p>
      <w:pPr>
        <w:pStyle w:val="Quote"/>
      </w:pPr>
      <w:r>
        <w:t>— Malaquias 3:10</w:t>
      </w:r>
    </w:p>
    <w:p>
      <w:r>
        <w:t>A bênção material nunca poderia substituir a fidelidade espiritual. Antes, a provisão de Deus destinava-se a ensinar Israel a depender Dele.</w:t>
      </w:r>
    </w:p>
    <w:p>
      <w:r>
        <w:t>A chuva, a colheita e a prosperidade não eram meramente questões económicas. Estavam ligadas à relação de aliança da nação com Deus.</w:t>
      </w:r>
    </w:p>
    <w:p>
      <w:r>
        <w:t>Esta lição torna-se importante quando nos voltamos para os profetas e descobrimos que princípios semelhantes funcionarão entre as nações no futuro Reino de Deus.</w:t>
      </w:r>
    </w:p>
    <w:p>
      <w:pPr>
        <w:pStyle w:val="Heading1"/>
      </w:pPr>
      <w:r>
        <w:t>Fome, Peste e Aflição Nacional</w:t>
      </w:r>
    </w:p>
    <w:p>
      <w:r>
        <w:t>Salomão continuou:</w:t>
      </w:r>
    </w:p>
    <w:p>
      <w:pPr>
        <w:pStyle w:val="Quote"/>
      </w:pPr>
      <w:r>
        <w:t>“Quando houver na terra fome, quando houver peste, queimadura, ferrugem, gafanhotos... quando o inimigo os cercar... qualquer praga, qualquer doença que houver...”</w:t>
      </w:r>
    </w:p>
    <w:p>
      <w:pPr>
        <w:pStyle w:val="Quote"/>
      </w:pPr>
      <w:r>
        <w:t>— 1 Reis 8:37</w:t>
      </w:r>
    </w:p>
    <w:p>
      <w:r>
        <w:t>A lista é impressionante.</w:t>
      </w:r>
    </w:p>
    <w:p>
      <w:r>
        <w:t>Salomão reconhecia que uma calamidade nacional podia assumir muitas formas. Contudo, qualquer que fosse a aflição, a questão essencial permanecia a mesma: o povo compreenderia a lição espiritual e voltaria para Deus?</w:t>
      </w:r>
    </w:p>
    <w:p>
      <w:r>
        <w:t>Ele orou para que, quando alguém reconhecesse “a praga do seu próprio coração” e estendesse as mãos para o templo, Deus ouvisse.</w:t>
      </w:r>
    </w:p>
    <w:p>
      <w:r>
        <w:t>Esta expressão leva-nos para além das circunstâncias nacionais.</w:t>
      </w:r>
    </w:p>
    <w:p>
      <w:r>
        <w:t>O problema mais profundo não era a fome.</w:t>
      </w:r>
    </w:p>
    <w:p>
      <w:r>
        <w:t>Não era o exército invasor.</w:t>
      </w:r>
    </w:p>
    <w:p>
      <w:r>
        <w:t>Nem sequer era a doença.</w:t>
      </w:r>
    </w:p>
    <w:p>
      <w:r>
        <w:t>O problema mais profundo era o coração humano.</w:t>
      </w:r>
    </w:p>
    <w:p>
      <w:r>
        <w:t>Os juízos externos destinavam-se a despertar as pessoas para um problema muito mais sério: o afastamento de Deus.</w:t>
      </w:r>
    </w:p>
    <w:p>
      <w:r>
        <w:t>Este continua a ser um princípio bíblico importante.</w:t>
      </w:r>
    </w:p>
    <w:p>
      <w:r>
        <w:t>O verdadeiro arrependimento não é simplesmente pedir a Deus que remova consequências desagradáveis. Significa reconhecer o que está errado dentro de nós e voltar para Ele.</w:t>
      </w:r>
    </w:p>
    <w:p>
      <w:pPr>
        <w:pStyle w:val="Heading1"/>
      </w:pPr>
      <w:r>
        <w:t>Oração a Partir do Cativeiro</w:t>
      </w:r>
    </w:p>
    <w:p>
      <w:r>
        <w:t>A oração de Salomão chega finalmente à maior calamidade nacional de Israel: o cativeiro.</w:t>
      </w:r>
    </w:p>
    <w:p>
      <w:r>
        <w:t>Ele sabia que a rebelião persistente podia levar à remoção do povo da sua terra:</w:t>
      </w:r>
    </w:p>
    <w:p>
      <w:pPr>
        <w:pStyle w:val="Quote"/>
      </w:pPr>
      <w:r>
        <w:t>“Quando pecarem contra ti, pois não há homem que não peque, e tu te indignares contra eles e os entregares ao inimigo...”</w:t>
      </w:r>
    </w:p>
    <w:p>
      <w:pPr>
        <w:pStyle w:val="Quote"/>
      </w:pPr>
      <w:r>
        <w:t>— 1 Reis 8:46</w:t>
      </w:r>
    </w:p>
    <w:p>
      <w:r>
        <w:t>Contudo, nem mesmo o cativeiro os colocaria fora do alcance da misericórdia de Deus.</w:t>
      </w:r>
    </w:p>
    <w:p>
      <w:r>
        <w:t>Se reconsiderassem os seus caminhos, se arrependessem, confessassem o seu pecado e orassem em direção a Jerusalém, Salomão pedia a Deus que os ouvisse.</w:t>
      </w:r>
    </w:p>
    <w:p>
      <w:r>
        <w:t>Séculos depois, Daniel fez exatamente isso.</w:t>
      </w:r>
    </w:p>
    <w:p>
      <w:r>
        <w:t>Daniel vivia na Babilónia, longe de Jerusalém. Apesar disso:</w:t>
      </w:r>
    </w:p>
    <w:p>
      <w:pPr>
        <w:pStyle w:val="Quote"/>
      </w:pPr>
      <w:r>
        <w:t>“Três vezes no dia se punha de joelhos, e orava, e dava graças diante do seu Deus...”</w:t>
      </w:r>
    </w:p>
    <w:p>
      <w:pPr>
        <w:pStyle w:val="Quote"/>
      </w:pPr>
      <w:r>
        <w:t>— Daniel 6:10</w:t>
      </w:r>
    </w:p>
    <w:p>
      <w:r>
        <w:t xml:space="preserve">Significativamente, as suas janelas estavam abertas </w:t>
      </w:r>
      <w:r>
        <w:rPr>
          <w:b/>
        </w:rPr>
        <w:t>na direção de Jerusalém</w:t>
      </w:r>
      <w:r>
        <w:t>.</w:t>
      </w:r>
    </w:p>
    <w:p>
      <w:r>
        <w:t>Daniel compreendia a oração de Salomão.</w:t>
      </w:r>
    </w:p>
    <w:p>
      <w:r>
        <w:t>Mais tarde, em Daniel 9, tendo compreendido pela profecia de Jeremias que os setenta anos ligados à desolação de Jerusalém se aproximavam do seu cumprimento, Daniel fez uma das grandes orações de confissão da Bíblia.</w:t>
      </w:r>
    </w:p>
    <w:p>
      <w:r>
        <w:t>Ele não se separou do seu povo para falar apenas das falhas *deles*.</w:t>
      </w:r>
    </w:p>
    <w:p>
      <w:r>
        <w:t>Disse:</w:t>
      </w:r>
    </w:p>
    <w:p>
      <w:pPr>
        <w:pStyle w:val="Quote"/>
      </w:pPr>
      <w:r>
        <w:t>“Pecámos, e cometemos iniquidade, e procedemos impiamente, e fomos rebeldes...”</w:t>
      </w:r>
    </w:p>
    <w:p>
      <w:pPr>
        <w:pStyle w:val="Quote"/>
      </w:pPr>
      <w:r>
        <w:t>— Daniel 9:5</w:t>
      </w:r>
    </w:p>
    <w:p>
      <w:r>
        <w:t>Daniel apelou não à justiça de Israel, mas à misericórdia de Deus.</w:t>
      </w:r>
    </w:p>
    <w:p>
      <w:r>
        <w:t>E Deus restaurou o Seu povo.</w:t>
      </w:r>
    </w:p>
    <w:p>
      <w:r>
        <w:t>A Babilónia caiu. Ciro da Pérsia publicou um decreto permitindo que os judeus regressassem, e Jerusalém e o templo foram reconstruídos.</w:t>
      </w:r>
    </w:p>
    <w:p>
      <w:r>
        <w:t>Mais uma vez, os princípios da oração de Salomão foram demonstrados na história.</w:t>
      </w:r>
    </w:p>
    <w:p>
      <w:pPr>
        <w:pStyle w:val="Heading1"/>
      </w:pPr>
      <w:r>
        <w:t>Mas Salomão Orou por Mais do que Israel</w:t>
      </w:r>
    </w:p>
    <w:p>
      <w:r>
        <w:t>Seria fácil ler 1 Reis 8 inteiramente como uma oração acerca de Israel.</w:t>
      </w:r>
    </w:p>
    <w:p>
      <w:r>
        <w:t>Mas Salomão alarga de repente o horizonte:</w:t>
      </w:r>
    </w:p>
    <w:p>
      <w:pPr>
        <w:pStyle w:val="Quote"/>
      </w:pPr>
      <w:r>
        <w:t>“Também ao estrangeiro, que não for do teu povo Israel, porém vier de terras remotas por amor do teu nome...”</w:t>
      </w:r>
    </w:p>
    <w:p>
      <w:pPr>
        <w:pStyle w:val="Quote"/>
      </w:pPr>
      <w:r>
        <w:t>— 1 Reis 8:41</w:t>
      </w:r>
    </w:p>
    <w:p>
      <w:r>
        <w:t>Aqui está um estrangeiro.</w:t>
      </w:r>
    </w:p>
    <w:p>
      <w:r>
        <w:t>Ele não é um dos descendentes naturais de Israel.</w:t>
      </w:r>
    </w:p>
    <w:p>
      <w:r>
        <w:t>Contudo, ouviu falar do Deus de Israel.</w:t>
      </w:r>
    </w:p>
    <w:p>
      <w:r>
        <w:t>Salomão continua:</w:t>
      </w:r>
    </w:p>
    <w:p>
      <w:pPr>
        <w:pStyle w:val="Quote"/>
      </w:pPr>
      <w:r>
        <w:t>“Quando vier e orar voltado para esta casa, ouve tu nos céus, lugar da tua habitação, e faze conforme tudo quanto o estrangeiro te pedir...”</w:t>
      </w:r>
    </w:p>
    <w:p>
      <w:pPr>
        <w:pStyle w:val="Quote"/>
      </w:pPr>
      <w:r>
        <w:t>— 1 Reis 8:42-43</w:t>
      </w:r>
    </w:p>
    <w:p>
      <w:r>
        <w:t>Porquê?</w:t>
      </w:r>
    </w:p>
    <w:p>
      <w:r>
        <w:t>Salomão dá a razão:</w:t>
      </w:r>
    </w:p>
    <w:p>
      <w:pPr>
        <w:pStyle w:val="Quote"/>
      </w:pPr>
      <w:r>
        <w:t>“Para que todos os povos da terra conheçam o teu nome, para te temerem como o teu povo Israel.”</w:t>
      </w:r>
    </w:p>
    <w:p>
      <w:r>
        <w:t>Esta frase revela um propósito divino muito maior.</w:t>
      </w:r>
    </w:p>
    <w:p>
      <w:r>
        <w:t>Israel fora chamado para um propósito, mas o propósito de Deus era, em última análise, mundial.</w:t>
      </w:r>
    </w:p>
    <w:p>
      <w:r>
        <w:t>O templo em Jerusalém apontava para um tempo em que o conhecimento e a adoração de Deus se estenderiam para além de uma só nação.</w:t>
      </w:r>
    </w:p>
    <w:p>
      <w:pPr>
        <w:pStyle w:val="Heading1"/>
      </w:pPr>
      <w:r>
        <w:t>A Casa de Oração de Isaías</w:t>
      </w:r>
    </w:p>
    <w:p>
      <w:r>
        <w:t>O profeta Isaías desenvolve o mesmo princípio.</w:t>
      </w:r>
    </w:p>
    <w:p>
      <w:r>
        <w:t>Ele fala dos estrangeiros que se unem ao SENHOR:</w:t>
      </w:r>
    </w:p>
    <w:p>
      <w:pPr>
        <w:pStyle w:val="Quote"/>
      </w:pPr>
      <w:r>
        <w:t>“E aos filhos dos estrangeiros que se chegarem ao SENHOR, para o servirem e para amarem o nome do SENHOR... também os levarei ao meu santo monte e os alegrarei na minha casa de oração...”</w:t>
      </w:r>
    </w:p>
    <w:p>
      <w:pPr>
        <w:pStyle w:val="Quote"/>
      </w:pPr>
      <w:r>
        <w:t>— Isaías 56:6-7</w:t>
      </w:r>
    </w:p>
    <w:p>
      <w:r>
        <w:t>Depois vem a famosa declaração:</w:t>
      </w:r>
    </w:p>
    <w:p>
      <w:pPr>
        <w:pStyle w:val="Quote"/>
      </w:pPr>
      <w:r>
        <w:t>“Porque a minha casa será chamada casa de oração para todos os povos.”</w:t>
      </w:r>
    </w:p>
    <w:p>
      <w:pPr>
        <w:pStyle w:val="Quote"/>
      </w:pPr>
      <w:r>
        <w:t>— Isaías 56:7</w:t>
      </w:r>
    </w:p>
    <w:p>
      <w:r>
        <w:t>Isto não é apenas uma declaração de tolerância para com os estrangeiros.</w:t>
      </w:r>
    </w:p>
    <w:p>
      <w:r>
        <w:t>Descreve o propósito de Deus de reunir pessoas das nações para O adorarem.</w:t>
      </w:r>
    </w:p>
    <w:p>
      <w:r>
        <w:t>O Deus de Israel não é uma divindade tribal.</w:t>
      </w:r>
    </w:p>
    <w:p>
      <w:r>
        <w:t>Ele é o Criador do céu e da terra, e o Seu propósito diz respeito a toda a humanidade.</w:t>
      </w:r>
    </w:p>
    <w:p>
      <w:r>
        <w:t>A chamada de Israel destinava-se finalmente a trazer bênção às nações.</w:t>
      </w:r>
    </w:p>
    <w:p>
      <w:r>
        <w:t>Isto leva-nos ainda mais atrás, à promessa de Deus a Abraão:</w:t>
      </w:r>
    </w:p>
    <w:p>
      <w:pPr>
        <w:pStyle w:val="Quote"/>
      </w:pPr>
      <w:r>
        <w:t>“E em tua semente serão benditas todas as nações da terra.”</w:t>
      </w:r>
    </w:p>
    <w:p>
      <w:pPr>
        <w:pStyle w:val="Quote"/>
      </w:pPr>
      <w:r>
        <w:t>— Génesis 22:18</w:t>
      </w:r>
    </w:p>
    <w:p>
      <w:r>
        <w:t>A adoração mundial apresentada por Isaías faz parte do cumprimento dessa promessa.</w:t>
      </w:r>
    </w:p>
    <w:p>
      <w:pPr>
        <w:pStyle w:val="Heading1"/>
      </w:pPr>
      <w:r>
        <w:t>As Nações Sobem a Jerusalém</w:t>
      </w:r>
    </w:p>
    <w:p>
      <w:r>
        <w:t>Zacarias descreve esse propósito mundial com detalhes notáveis.</w:t>
      </w:r>
    </w:p>
    <w:p>
      <w:r>
        <w:t>Em Zacarias 8 lemos sobre um tempo futuro em que as pessoas se encorajarão ativamente umas às outras a buscar o SENHOR:</w:t>
      </w:r>
    </w:p>
    <w:p>
      <w:pPr>
        <w:pStyle w:val="Quote"/>
      </w:pPr>
      <w:r>
        <w:t>“E os habitantes de uma cidade irão à outra, dizendo: Vamos depressa suplicar o favor do SENHOR e buscar o SENHOR dos Exércitos...”</w:t>
      </w:r>
    </w:p>
    <w:p>
      <w:pPr>
        <w:pStyle w:val="Quote"/>
      </w:pPr>
      <w:r>
        <w:t>— Zacarias 8:21</w:t>
      </w:r>
    </w:p>
    <w:p>
      <w:r>
        <w:t>O profeta continua:</w:t>
      </w:r>
    </w:p>
    <w:p>
      <w:pPr>
        <w:pStyle w:val="Quote"/>
      </w:pPr>
      <w:r>
        <w:t>“Assim virão muitos povos e poderosas nações buscar em Jerusalém o SENHOR dos Exércitos e suplicar o favor do SENHOR.”</w:t>
      </w:r>
    </w:p>
    <w:p>
      <w:pPr>
        <w:pStyle w:val="Quote"/>
      </w:pPr>
      <w:r>
        <w:t>— Zacarias 8:22</w:t>
      </w:r>
    </w:p>
    <w:p>
      <w:r>
        <w:t>A direção da sociedade humana terá mudado dramaticamente.</w:t>
      </w:r>
    </w:p>
    <w:p>
      <w:r>
        <w:t>Hoje as nações competem por território, recursos, influência e riqueza.</w:t>
      </w:r>
    </w:p>
    <w:p>
      <w:r>
        <w:t>Zacarias descreve nações procurando algo muito maior: o conhecimento de Deus.</w:t>
      </w:r>
    </w:p>
    <w:p>
      <w:r>
        <w:t>As pessoas encorajar-se-ão umas às outras:</w:t>
      </w:r>
    </w:p>
    <w:p>
      <w:r/>
      <w:r>
        <w:rPr>
          <w:b/>
        </w:rPr>
        <w:t>“Vamos... buscar o SENHOR.”</w:t>
      </w:r>
      <w:r/>
    </w:p>
    <w:p>
      <w:r>
        <w:t>Jerusalém tornar-se-á o centro espiritual do mundo.</w:t>
      </w:r>
    </w:p>
    <w:p>
      <w:pPr>
        <w:pStyle w:val="Heading1"/>
      </w:pPr>
      <w:r>
        <w:t>“Iremos Convosco”</w:t>
      </w:r>
    </w:p>
    <w:p>
      <w:r>
        <w:t>Zacarias acrescenta outra imagem extraordinária:</w:t>
      </w:r>
    </w:p>
    <w:p>
      <w:pPr>
        <w:pStyle w:val="Quote"/>
      </w:pPr>
      <w:r>
        <w:t>“Naqueles dias sucederá que dez homens, de todas as línguas das nações... dirão: Iremos convosco, porque temos ouvido que Deus está convosco.”</w:t>
      </w:r>
    </w:p>
    <w:p>
      <w:pPr>
        <w:pStyle w:val="Quote"/>
      </w:pPr>
      <w:r>
        <w:t>— Zacarias 8:23</w:t>
      </w:r>
    </w:p>
    <w:p>
      <w:r>
        <w:t>A história de Israel contém longos períodos de sofrimento, dispersão e hostilidade por parte das nações.</w:t>
      </w:r>
    </w:p>
    <w:p>
      <w:r>
        <w:t>Contudo, a profecia descreve uma inversão.</w:t>
      </w:r>
    </w:p>
    <w:p>
      <w:r>
        <w:t>As nações reconhecerão que o propósito de Deus está centrado no povo e nas promessas ligados a Israel.</w:t>
      </w:r>
    </w:p>
    <w:p>
      <w:r>
        <w:t>Em vez de hostilidade haverá desejo de aprender.</w:t>
      </w:r>
    </w:p>
    <w:p>
      <w:r>
        <w:t>“Iremos convosco.”</w:t>
      </w:r>
    </w:p>
    <w:p>
      <w:r>
        <w:t>Porquê?</w:t>
      </w:r>
    </w:p>
    <w:p>
      <w:r>
        <w:t>“Porque temos ouvido que Deus está convosco.”</w:t>
      </w:r>
    </w:p>
    <w:p>
      <w:pPr>
        <w:pStyle w:val="Heading1"/>
      </w:pPr>
      <w:r>
        <w:t>O Rei em Jerusalém</w:t>
      </w:r>
    </w:p>
    <w:p>
      <w:r>
        <w:t>Zacarias 14 leva o quadro mais longe.</w:t>
      </w:r>
    </w:p>
    <w:p>
      <w:r>
        <w:t>O capítulo descreve a intervenção do SENHOR nos assuntos do mundo e depois declara:</w:t>
      </w:r>
    </w:p>
    <w:p>
      <w:pPr>
        <w:pStyle w:val="Quote"/>
      </w:pPr>
      <w:r>
        <w:t>“E o SENHOR será rei sobre toda a terra; naquele dia um será o SENHOR, e um será o seu nome.”</w:t>
      </w:r>
    </w:p>
    <w:p>
      <w:pPr>
        <w:pStyle w:val="Quote"/>
      </w:pPr>
      <w:r>
        <w:t>— Zacarias 14:9</w:t>
      </w:r>
    </w:p>
    <w:p>
      <w:r>
        <w:t>O Reino de Deus será um verdadeiro reino mundial.</w:t>
      </w:r>
    </w:p>
    <w:p>
      <w:r>
        <w:t>Jesus Cristo reinará como o Rei designado por Deus.</w:t>
      </w:r>
    </w:p>
    <w:p>
      <w:r>
        <w:t>As nações que sobreviverem aos juízos associados ao estabelecimento desse Reino serão obrigadas a subir a Jerusalém:</w:t>
      </w:r>
    </w:p>
    <w:p>
      <w:pPr>
        <w:pStyle w:val="Quote"/>
      </w:pPr>
      <w:r>
        <w:t>“E acontecerá que todos os que restarem de todas as nações... subirão de ano em ano para adorar o Rei, o SENHOR dos Exércitos, e para celebrar a festa dos tabernáculos.”</w:t>
      </w:r>
    </w:p>
    <w:p>
      <w:pPr>
        <w:pStyle w:val="Quote"/>
      </w:pPr>
      <w:r>
        <w:t>— Zacarias 14:16</w:t>
      </w:r>
    </w:p>
    <w:p>
      <w:r>
        <w:t>Aqui, o princípio que funcionou ao longo da história de Israel torna-se mundial.</w:t>
      </w:r>
    </w:p>
    <w:p>
      <w:r>
        <w:t>As nações aprenderão a obedecer a Deus.</w:t>
      </w:r>
    </w:p>
    <w:p>
      <w:r>
        <w:t>E Zacarias volta especificamente ao assunto da chuva.</w:t>
      </w:r>
    </w:p>
    <w:p>
      <w:r>
        <w:t>Se uma nação recusar subir a Jerusalém:</w:t>
      </w:r>
    </w:p>
    <w:p>
      <w:pPr>
        <w:pStyle w:val="Quote"/>
      </w:pPr>
      <w:r>
        <w:t>“Sobre ela não virá chuva.”</w:t>
      </w:r>
    </w:p>
    <w:p>
      <w:pPr>
        <w:pStyle w:val="Quote"/>
      </w:pPr>
      <w:r>
        <w:t>— Zacarias 14:17</w:t>
      </w:r>
    </w:p>
    <w:p>
      <w:r>
        <w:t>A ligação com a oração de Salomão é impressionante.</w:t>
      </w:r>
    </w:p>
    <w:p>
      <w:r>
        <w:t>Israel tinha aprendido através da seca que a bênção vem de Deus e que a rebelião tem consequências.</w:t>
      </w:r>
    </w:p>
    <w:p>
      <w:r>
        <w:t>Na era do Reino, as nações aprenderão a mesma lição.</w:t>
      </w:r>
    </w:p>
    <w:p>
      <w:pPr>
        <w:pStyle w:val="Heading1"/>
      </w:pPr>
      <w:r>
        <w:t>As Nações Iriam Voluntariamente?</w:t>
      </w:r>
    </w:p>
    <w:p>
      <w:r>
        <w:t>Isto levanta uma questão desconfortável, mas importante.</w:t>
      </w:r>
    </w:p>
    <w:p>
      <w:r>
        <w:t>Se hoje as pessoas fossem simplesmente convidadas a abandonar as suas prioridades atuais e a viajar para Jerusalém para adorar o verdadeiro Deus, será que as nações o fariam de boa vontade?</w:t>
      </w:r>
    </w:p>
    <w:p>
      <w:r>
        <w:t>A história humana dá poucas razões para pensar assim.</w:t>
      </w:r>
    </w:p>
    <w:p>
      <w:r>
        <w:t>Pessoas e nações são frequentemente movidas pela riqueza, conforto, ambição nacional, poder político e interesse próprio.</w:t>
      </w:r>
    </w:p>
    <w:p>
      <w:r>
        <w:t>As Escrituras não apresentam o Reino de Deus como algo estabelecido simplesmente porque a humanidade decide gradualmente tornar-se melhor.</w:t>
      </w:r>
    </w:p>
    <w:p>
      <w:r>
        <w:t>Deus intervém.</w:t>
      </w:r>
    </w:p>
    <w:p>
      <w:r>
        <w:t>O reinado de Cristo estabelece a autoridade divina na terra.</w:t>
      </w:r>
    </w:p>
    <w:p>
      <w:r>
        <w:t>O Salmo 2 descreve as nações resistindo ao Ungido de Deus, mas essa resistência não anula o propósito de Deus:</w:t>
      </w:r>
    </w:p>
    <w:p>
      <w:pPr>
        <w:pStyle w:val="Quote"/>
      </w:pPr>
      <w:r>
        <w:t>“Eu, porém, ungi o meu Rei sobre o meu santo monte de Sião.”</w:t>
      </w:r>
    </w:p>
    <w:p>
      <w:pPr>
        <w:pStyle w:val="Quote"/>
      </w:pPr>
      <w:r>
        <w:t>— Salmo 2:6</w:t>
      </w:r>
    </w:p>
    <w:p>
      <w:r>
        <w:t>O reinado de Cristo educará as nações na justiça.</w:t>
      </w:r>
    </w:p>
    <w:p>
      <w:r>
        <w:t>Isaías descreve o resultado:</w:t>
      </w:r>
    </w:p>
    <w:p>
      <w:pPr>
        <w:pStyle w:val="Quote"/>
      </w:pPr>
      <w:r>
        <w:t>“Porque, havendo os teus juízos na terra, os moradores do mundo aprendem justiça.”</w:t>
      </w:r>
    </w:p>
    <w:p>
      <w:pPr>
        <w:pStyle w:val="Quote"/>
      </w:pPr>
      <w:r>
        <w:t>— Isaías 26:9</w:t>
      </w:r>
    </w:p>
    <w:p>
      <w:r>
        <w:t>Portanto, o juízo não é o objetivo final de Deus.</w:t>
      </w:r>
    </w:p>
    <w:p>
      <w:r>
        <w:t>O objetivo é aprender.</w:t>
      </w:r>
    </w:p>
    <w:p>
      <w:r>
        <w:t>É transformação.</w:t>
      </w:r>
    </w:p>
    <w:p>
      <w:r>
        <w:t>É um mundo em que os caminhos de Deus são compreendidos e seguidos.</w:t>
      </w:r>
    </w:p>
    <w:p>
      <w:pPr>
        <w:pStyle w:val="Heading1"/>
      </w:pPr>
      <w:r>
        <w:t>Do Juízo à Bênção</w:t>
      </w:r>
    </w:p>
    <w:p>
      <w:r>
        <w:t>Isto ajuda-nos a compreender o padrão repetido na oração de Salomão.</w:t>
      </w:r>
    </w:p>
    <w:p>
      <w:r>
        <w:t>O juízo nunca foi apresentado apenas como castigo por si mesmo.</w:t>
      </w:r>
    </w:p>
    <w:p>
      <w:r>
        <w:t>A derrota destinava-se a fazer Israel voltar.</w:t>
      </w:r>
    </w:p>
    <w:p>
      <w:r>
        <w:t>A seca destinava-se a fazer Israel voltar.</w:t>
      </w:r>
    </w:p>
    <w:p>
      <w:r>
        <w:t>A fome destinava-se a fazer Israel voltar.</w:t>
      </w:r>
    </w:p>
    <w:p>
      <w:r>
        <w:t>O cativeiro destinava-se a fazer Israel voltar.</w:t>
      </w:r>
    </w:p>
    <w:p>
      <w:r>
        <w:t>O resultado desejado por Deus era arrependimento, perdão e restauração.</w:t>
      </w:r>
    </w:p>
    <w:p>
      <w:r>
        <w:t>O mesmo princípio aparece no quadro profético do futuro.</w:t>
      </w:r>
    </w:p>
    <w:p>
      <w:r>
        <w:t>Os juízos que acompanham o estabelecimento do Reino de Deus têm um propósito: as nações são levadas a reconhecer a autoridade divina e a aprender os caminhos de Deus.</w:t>
      </w:r>
    </w:p>
    <w:p>
      <w:r>
        <w:t>Isaías descreve o maravilhoso resultado:</w:t>
      </w:r>
    </w:p>
    <w:p>
      <w:pPr>
        <w:pStyle w:val="Quote"/>
      </w:pPr>
      <w:r>
        <w:t>“E irão muitos povos e dirão: Vinde, subamos ao monte do SENHOR... e ele nos ensinará os seus caminhos, e andaremos nas suas veredas...”</w:t>
      </w:r>
    </w:p>
    <w:p>
      <w:pPr>
        <w:pStyle w:val="Quote"/>
      </w:pPr>
      <w:r>
        <w:t>— Isaías 2:3</w:t>
      </w:r>
    </w:p>
    <w:p>
      <w:r>
        <w:t>As nações já não serão apenas impedidas de praticar o mal.</w:t>
      </w:r>
    </w:p>
    <w:p>
      <w:r>
        <w:t>Ser-lhes-á ensinada a justiça.</w:t>
      </w:r>
    </w:p>
    <w:p>
      <w:pPr>
        <w:pStyle w:val="Heading1"/>
      </w:pPr>
      <w:r>
        <w:t>Uma Casa de Oração Mundial</w:t>
      </w:r>
    </w:p>
    <w:p>
      <w:r>
        <w:t>Salomão ficou diante de um templo recém-concluído há cerca de três mil anos e orou por Israel.</w:t>
      </w:r>
    </w:p>
    <w:p>
      <w:r>
        <w:t>Mas dentro daquela oração havia algo muito maior.</w:t>
      </w:r>
    </w:p>
    <w:p>
      <w:r>
        <w:t>Ele orou pelo estrangeiro.</w:t>
      </w:r>
    </w:p>
    <w:p>
      <w:r>
        <w:t>Orou para que pessoas de terras distantes ouvissem falar do grande nome de Deus.</w:t>
      </w:r>
    </w:p>
    <w:p>
      <w:r>
        <w:t>Orou para que Deus as ouvisse.</w:t>
      </w:r>
    </w:p>
    <w:p>
      <w:r>
        <w:t>E explicou porquê:</w:t>
      </w:r>
    </w:p>
    <w:p>
      <w:pPr>
        <w:pStyle w:val="Quote"/>
      </w:pPr>
      <w:r>
        <w:t>“Para que todos os povos da terra conheçam o teu nome.”</w:t>
      </w:r>
    </w:p>
    <w:p>
      <w:r>
        <w:t>Isaías viu uma casa de oração para todos os povos.</w:t>
      </w:r>
    </w:p>
    <w:p>
      <w:r>
        <w:t>Zacarias viu nações poderosas vindo a Jerusalém para orar.</w:t>
      </w:r>
    </w:p>
    <w:p>
      <w:r>
        <w:t>Viu pessoas de diferentes línguas dizendo: “Iremos convosco.”</w:t>
      </w:r>
    </w:p>
    <w:p>
      <w:r>
        <w:t>Viu todas as nações subindo para adorar o Rei.</w:t>
      </w:r>
    </w:p>
    <w:p>
      <w:r>
        <w:t>Estas não são profecias desligadas umas das outras.</w:t>
      </w:r>
    </w:p>
    <w:p>
      <w:r>
        <w:t>São partes de um único propósito divino.</w:t>
      </w:r>
    </w:p>
    <w:p>
      <w:r>
        <w:t>Jerusalém, tantas vezes associada ao conflito, tornar-se-á um centro de paz, instrução e adoração.</w:t>
      </w:r>
    </w:p>
    <w:p>
      <w:r>
        <w:t>As nações que atualmente sabem tão pouco do verdadeiro Deus aprenderão os Seus caminhos.</w:t>
      </w:r>
    </w:p>
    <w:p>
      <w:r>
        <w:t>O governo humano dará lugar ao justo reinado de Cristo.</w:t>
      </w:r>
    </w:p>
    <w:p>
      <w:r>
        <w:t>A promessa feita a Abraão alcançará o seu cumprimento mundial.</w:t>
      </w:r>
    </w:p>
    <w:p>
      <w:r>
        <w:t>E o princípio declarado na dedicação do templo de Salomão será finalmente visto em toda a sua plenitude:</w:t>
      </w:r>
    </w:p>
    <w:p>
      <w:r/>
      <w:r>
        <w:rPr>
          <w:b/>
        </w:rPr>
        <w:t>A casa de Deus tornar-se-á verdadeiramente uma casa de oração para todas as nações.</w:t>
      </w:r>
      <w:r/>
    </w:p>
    <w:p>
      <w:pPr>
        <w:pStyle w:val="Heading1"/>
      </w:pPr>
      <w:r>
        <w:t>O Que Significa Isto para Nós?</w:t>
      </w:r>
    </w:p>
    <w:p>
      <w:r>
        <w:t>Estas profecias dizem respeito ao futuro, mas a sua mensagem não é apenas sobre o futuro.</w:t>
      </w:r>
    </w:p>
    <w:p>
      <w:r>
        <w:t>A oração de Salomão chama continuamente as pessoas a reconhecer a sua dependência de Deus.</w:t>
      </w:r>
    </w:p>
    <w:p>
      <w:r>
        <w:t>Daniel não esperou que as circunstâncias nacionais se tornassem confortáveis antes de orar.</w:t>
      </w:r>
    </w:p>
    <w:p>
      <w:r>
        <w:t>Josafá não fingiu possuir a resposta para a crise de Judá.</w:t>
      </w:r>
    </w:p>
    <w:p>
      <w:r>
        <w:t>O estrangeiro fiel não permitiu que a nacionalidade o impedisse de buscar o Deus de Israel.</w:t>
      </w:r>
    </w:p>
    <w:p>
      <w:r>
        <w:t>Cada um reconheceu a mesma verdade fundamental: a força humana é insuficiente, mas Deus ouve aqueles que O buscam sinceramente.</w:t>
      </w:r>
    </w:p>
    <w:p>
      <w:r>
        <w:t>Por isso, precisamos de fazer a nós mesmos as mesmas perguntas.</w:t>
      </w:r>
    </w:p>
    <w:p>
      <w:r>
        <w:t>Onde colocamos a nossa confiança?</w:t>
      </w:r>
    </w:p>
    <w:p>
      <w:r>
        <w:t>Reconhecemos “a praga do nosso próprio coração”?</w:t>
      </w:r>
    </w:p>
    <w:p>
      <w:r>
        <w:t>Quando pecamos, justificamo-nos, ou voltamos novamente para Deus?</w:t>
      </w:r>
    </w:p>
    <w:p>
      <w:r>
        <w:t>Desejamos verdadeiramente um mundo governado pelos padrões de Deus em vez dos padrões humanos?</w:t>
      </w:r>
    </w:p>
    <w:p>
      <w:r>
        <w:t>E estamos a preparar-nos agora para esse Reino vindouro?</w:t>
      </w:r>
    </w:p>
    <w:p>
      <w:r>
        <w:t>O futuro descrito pelos profetas é extraordinário.</w:t>
      </w:r>
    </w:p>
    <w:p>
      <w:r>
        <w:t>Um mundo atualmente dividido por nacionalidade, língua, política, riqueza e conflito será colocado sob um único Rei justo.</w:t>
      </w:r>
    </w:p>
    <w:p>
      <w:r>
        <w:t>Pessoas de muitas nações buscarão o Deus de Israel.</w:t>
      </w:r>
    </w:p>
    <w:p>
      <w:r>
        <w:t>Jerusalém tornar-se-á um centro de onde o ensino divino sairá para toda a terra.</w:t>
      </w:r>
    </w:p>
    <w:p>
      <w:r>
        <w:t>Como declara Isaías:</w:t>
      </w:r>
    </w:p>
    <w:p>
      <w:pPr>
        <w:pStyle w:val="Quote"/>
      </w:pPr>
      <w:r>
        <w:t>“Porque de Sião sairá a lei, e de Jerusalém a palavra do SENHOR.”</w:t>
      </w:r>
    </w:p>
    <w:p>
      <w:pPr>
        <w:pStyle w:val="Quote"/>
      </w:pPr>
      <w:r>
        <w:t>— Isaías 2:3</w:t>
      </w:r>
    </w:p>
    <w:p>
      <w:r>
        <w:t>A oração de Salomão, portanto, alcança muito além da dedicação de um antigo edifício.</w:t>
      </w:r>
    </w:p>
    <w:p>
      <w:r>
        <w:t>Ela revela um princípio que percorre todo o propósito de Deus: o pecado deve ser reconhecido, o arrependimento deve ser genuíno, o perdão vem de Deus, e o Seu propósito final é encher a terra de pessoas que O conhecem e O adoram.</w:t>
      </w:r>
    </w:p>
    <w:p>
      <w:r>
        <w:t>Vem o dia em que o convite se estenderá por todo o mundo:</w:t>
      </w:r>
    </w:p>
    <w:p>
      <w:r/>
      <w:r>
        <w:rPr>
          <w:b/>
        </w:rPr>
        <w:t>“Vinde, subamos ao monte do SENHOR.”</w:t>
      </w:r>
      <w:r/>
    </w:p>
    <w:p>
      <w:r>
        <w:t>E Jerusalém finalmente cumprirá a grande visão profética:</w:t>
      </w:r>
    </w:p>
    <w:p>
      <w:r/>
      <w:r>
        <w:rPr>
          <w:b/>
        </w:rPr>
        <w:t>uma casa de oração para todas as nações.</w:t>
      </w:r>
      <w:r/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8"/>
      </w:rPr>
      <w:t>Bedford Ecclesia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80" w:after="120"/>
      <w:ind w:left="504" w:right="288"/>
    </w:pPr>
    <w:rPr>
      <w:rFonts w:ascii="Aptos" w:hAnsi="Aptos"/>
      <w:i/>
      <w:iCs/>
      <w:color w:val="000000" w:themeColor="text1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Uma Casa de Oração para Todas as Nações</dc:title>
  <dc:subject>Christadelphian Bible article</dc:subject>
  <dc:creator>Bedford Ecclesia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