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075</w:t>
      </w:r>
    </w:p>
    <w:p>
      <w:pPr>
        <w:spacing w:after="80"/>
        <w:jc w:val="center"/>
      </w:pPr>
      <w:r>
        <w:rPr>
          <w:rFonts w:ascii="Aptos Display" w:hAnsi="Aptos Display"/>
          <w:b/>
          <w:color w:val="17365D"/>
          <w:sz w:val="37"/>
        </w:rPr>
        <w:t>MASIHI ANAZALIWA</w:t>
      </w:r>
    </w:p>
    <w:p>
      <w:pPr>
        <w:spacing w:after="100"/>
        <w:jc w:val="center"/>
        <w:pBdr>
          <w:bottom w:val="single" w:sz="5" w:space="4" w:color="D9EAF7"/>
        </w:pBdr>
      </w:pPr>
      <w:r>
        <w:rPr>
          <w:i/>
          <w:sz w:val="19"/>
        </w:rPr>
        <w:t>“Huyo atakuwa mkuu, ataitwa Mwana wa Aliye Juu.” — Luka 1:32</w:t>
      </w:r>
    </w:p>
    <w:p>
      <w:pPr>
        <w:spacing w:after="20"/>
      </w:pPr>
      <w:r>
        <w:rPr>
          <w:b/>
          <w:color w:val="17365D"/>
        </w:rPr>
        <w:t xml:space="preserve">SHABAHA  </w:t>
      </w:r>
      <w:r>
        <w:t>Kuonyesha jinsi Mungu alivyotimiza ahadi zake kwa kumleta Yesu, Mwana wake na Masihi aliyeahidiwa, katika ukoo wa Daudi.</w:t>
      </w:r>
    </w:p>
    <w:p>
      <w:pPr>
        <w:spacing w:after="40"/>
      </w:pPr>
      <w:r>
        <w:rPr>
          <w:b/>
          <w:color w:val="17365D"/>
        </w:rPr>
        <w:t xml:space="preserve">MUHTASARI  </w:t>
      </w:r>
      <w:r>
        <w:t>Gabrieli alimwambia Mariamu kwamba angezaa Yesu kwa nguvu ya Roho Mtakatifu. Yesu angeitwa Mwana wa Mungu na angepewa kiti cha enzi cha Daudi. Alizaliwa Bethlehemu na akalazwa horini. Wachungaji waliambiwa habari njema na malaika. Baadaye Simeoni na Ana walimtambua kwa imani, na watu wenye hekima kutoka mashariki wakaja kumheshimu. Herode alijaribu kumwua, lakini Mungu akamlinda mtoto.</w:t>
      </w:r>
    </w:p>
    <w:p>
      <w:pPr>
        <w:pStyle w:val="Heading1"/>
        <w:keepNext/>
      </w:pPr>
      <w:r>
        <w:t>GABRIELI ANAMTOKEA MARIAMU: LUKA 1:26–38</w:t>
      </w:r>
    </w:p>
    <w:p>
      <w:pPr>
        <w:keepLines w:val="0"/>
      </w:pPr>
      <w:r>
        <w:t>Mariamu alikuwa bikira aliyeposwa na Yusufu na alikuwa wa ukoo wa Daudi. Gabrieli akamwambia, “Usiogope, Mariamu; kwa maana umepata neema kwa Mungu.” Angezaa mwana na kumwita Yesu.</w:t>
      </w:r>
    </w:p>
    <w:p>
      <w:pPr>
        <w:keepLines w:val="0"/>
      </w:pPr>
      <w:r>
        <w:t>Malaika alisema Yesu angekuwa mkuu, angeitwa Mwana wa Aliye Juu, na Mungu angempa kiti cha enzi cha Daudi baba yake. Mariamu alipouliza jinsi hilo lingetokea, Gabrieli akaeleza kwamba Roho Mtakatifu—nguvu ya Mungu—ingemfunika. Kwa hiyo mtoto angeitwa Mwana wa Mungu (Luka 1:35). Yesu hakuelezwi hapa kuwa Mungu mwenyewe, bali Mwana wa Mungu aliyezaliwa kwa tendo la Mungu.</w:t>
      </w:r>
    </w:p>
    <w:p>
      <w:pPr>
        <w:pStyle w:val="Heading1"/>
        <w:keepNext/>
      </w:pPr>
      <w:r>
        <w:t>YESU ANAZALIWA BETHLEHEMU: LUKA 2:1–7</w:t>
      </w:r>
    </w:p>
    <w:p>
      <w:pPr>
        <w:keepLines w:val="0"/>
      </w:pPr>
      <w:r>
        <w:t>Kwa sababu ya kuandikishwa, Yusufu na Mariamu walikwenda kutoka Nazareti hadi Bethlehemu, mji wa Daudi. Huko Yesu akazaliwa, akavikwa nguo za kitoto na akalazwa horini kwa sababu hapakuwa na nafasi katika mahali pa wageni.</w:t>
      </w:r>
    </w:p>
    <w:p>
      <w:pPr>
        <w:keepLines w:val="0"/>
      </w:pPr>
      <w:r>
        <w:t>Luka anataja hori lakini haelezi kwa undani aina ya jengo walimokuwa. Kwa hiyo hatupaswi kuongeza maelezo ya jadi kana kwamba ni sehemu ya maandiko. Kuzaliwa Bethlehemu kulipatana na Mika 5:2.</w:t>
      </w:r>
    </w:p>
    <w:p>
      <w:pPr>
        <w:pStyle w:val="Heading1"/>
        <w:keepNext/>
      </w:pPr>
      <w:r>
        <w:t>WACHUNGAJI WANAAMBIWA HABARI NJEMA: LUKA 2:8–20</w:t>
      </w:r>
    </w:p>
    <w:p>
      <w:pPr>
        <w:keepLines w:val="0"/>
      </w:pPr>
      <w:r>
        <w:t>Wachungaji waliokuwa mashambani usiku waliogopa utukufu wa Bwana ulipowaangazia. Malaika akawaambia wasiwe na hofu: katika mji wa Daudi amezaliwa Mwokozi, Kristo Bwana. Ishara ilikuwa mtoto amefungwa nguo za kitoto na amelala horini.</w:t>
      </w:r>
    </w:p>
    <w:p>
      <w:pPr>
        <w:keepLines w:val="0"/>
      </w:pPr>
      <w:r>
        <w:t>Kisha jeshi la mbinguni likamsifu Mungu. Wachungaji wakaenda Bethlehemu, wakakuta Mariamu, Yusufu na mtoto, na wakatangaza yale waliyoambiwa. Mariamu akayaweka maneno hayo moyoni.</w:t>
      </w:r>
    </w:p>
    <w:p>
      <w:pPr>
        <w:pStyle w:val="Heading1"/>
        <w:keepNext/>
      </w:pPr>
      <w:r>
        <w:t>SIMEONI, ANA NA WATU WENYE HEKIMA</w:t>
      </w:r>
    </w:p>
    <w:p>
      <w:pPr>
        <w:keepLines w:val="0"/>
      </w:pPr>
      <w:r>
        <w:t>Yesu alipotahiriwa siku ya nane aliitwa jina alilopewa na malaika. Baadaye Mariamu na Yusufu walimpeleka Yerusalemu kulingana na sheria. Simeoni, aliyekuwa anangojea faraja ya Israeli, akamtambua mtoto kama wokovu uliotayarishwa na Mungu. Nabii mke Ana naye akamshukuru Mungu na kusema habari zake kwa waliokuwa wakingojea ukombozi.</w:t>
      </w:r>
    </w:p>
    <w:p>
      <w:pPr>
        <w:keepLines w:val="0"/>
      </w:pPr>
      <w:r>
        <w:t>Mathayo 2 inaeleza watu wenye hekima kutoka mashariki waliokuja baadaye. Biblia haisemi walikuwa watatu wala haiwaiti wafalme. Walimkuta mtoto katika nyumba, wakampa dhahabu, uvumba na manemane. Herode alipotaka kumwua mtoto, Mungu akamwonya Yusufu katika ndoto na familia ikaenda Misri kwa muda.</w:t>
      </w:r>
    </w:p>
    <w:p>
      <w:pPr>
        <w:pStyle w:val="Heading1"/>
        <w:keepNext/>
      </w:pPr>
      <w:r>
        <w:t>FUNDISHO KWETU</w:t>
      </w:r>
    </w:p>
    <w:p>
      <w:pPr>
        <w:keepLines w:val="0"/>
      </w:pPr>
      <w:r>
        <w:t>Kuzaliwa kwa Yesu kunaunganisha ahadi za Mungu kwa Daudi na tumaini la Ufalme. Yesu ni Mwana wa Mungu na mfalme aliyeahidiwa; Luka 1:32–33 inaelekeza kwenye utawala wake wa baadaye katika kiti cha Daudi.</w:t>
      </w:r>
    </w:p>
    <w:p>
      <w:pPr>
        <w:keepLines w:val="0"/>
      </w:pPr>
      <w:r>
        <w:t>Watu waliokuwa wakisoma na kutarajia ahadi za Mungu—kama Simeoni na Ana—walitambua umuhimu wa matukio hayo. Nasi tunahitaji kusoma Maandiko kwa makini huku tukingojea kurudi kwa Kristo.</w:t>
      </w:r>
    </w:p>
    <w:p>
      <w:pPr>
        <w:pStyle w:val="Heading1"/>
        <w:keepNext/>
      </w:pPr>
      <w:r>
        <w:t>MASWALI</w:t>
      </w:r>
    </w:p>
    <w:p>
      <w:pPr>
        <w:spacing w:after="20"/>
      </w:pPr>
      <w:r>
        <w:rPr>
          <w:b/>
          <w:color w:val="17365D"/>
        </w:rPr>
        <w:t>Majibu mafupi</w:t>
      </w:r>
    </w:p>
    <w:p>
      <w:pPr>
        <w:spacing w:after="6"/>
      </w:pPr>
      <w:r>
        <w:rPr>
          <w:sz w:val="18"/>
        </w:rPr>
        <w:t>1. Malaika aliyemtokea Mariamu alikuwa nani?</w:t>
      </w:r>
    </w:p>
    <w:p>
      <w:pPr>
        <w:spacing w:after="6"/>
      </w:pPr>
      <w:r>
        <w:rPr>
          <w:sz w:val="18"/>
        </w:rPr>
        <w:t>2. Mtoto angeitwa nani?</w:t>
      </w:r>
    </w:p>
    <w:p>
      <w:pPr>
        <w:spacing w:after="6"/>
      </w:pPr>
      <w:r>
        <w:rPr>
          <w:sz w:val="18"/>
        </w:rPr>
        <w:t>3. Baba wa Yesu ni nani?</w:t>
      </w:r>
    </w:p>
    <w:p>
      <w:pPr>
        <w:spacing w:after="6"/>
      </w:pPr>
      <w:r>
        <w:rPr>
          <w:sz w:val="18"/>
        </w:rPr>
        <w:t>4. Yesu angepewa kiti cha enzi cha nani?</w:t>
      </w:r>
    </w:p>
    <w:p>
      <w:pPr>
        <w:spacing w:after="6"/>
      </w:pPr>
      <w:r>
        <w:rPr>
          <w:sz w:val="18"/>
        </w:rPr>
        <w:t>5. Yesu alizaliwa wapi?</w:t>
      </w:r>
    </w:p>
    <w:p>
      <w:pPr>
        <w:spacing w:after="6"/>
      </w:pPr>
      <w:r>
        <w:rPr>
          <w:sz w:val="18"/>
        </w:rPr>
        <w:t>6. Aliwekwa wapi baada ya kuzaliwa?</w:t>
      </w:r>
    </w:p>
    <w:p>
      <w:pPr>
        <w:spacing w:after="6"/>
      </w:pPr>
      <w:r>
        <w:rPr>
          <w:sz w:val="18"/>
        </w:rPr>
        <w:t>7. Ni nani waliopokea habari kutoka kwa malaika usiku huo?</w:t>
      </w:r>
    </w:p>
    <w:p>
      <w:pPr>
        <w:spacing w:after="6"/>
      </w:pPr>
      <w:r>
        <w:rPr>
          <w:sz w:val="18"/>
        </w:rPr>
        <w:t>8. Simeoni alikuwa anangojea nini?</w:t>
      </w:r>
    </w:p>
    <w:p>
      <w:pPr>
        <w:spacing w:after="6"/>
      </w:pPr>
      <w:r>
        <w:rPr>
          <w:sz w:val="18"/>
        </w:rPr>
        <w:t>9. Ana alifanya nini baada ya kumwona Yesu?</w:t>
      </w:r>
    </w:p>
    <w:p>
      <w:pPr>
        <w:spacing w:after="6"/>
      </w:pPr>
      <w:r>
        <w:rPr>
          <w:sz w:val="18"/>
        </w:rPr>
        <w:t>10. Watu wenye hekima walitoka wapi?</w:t>
      </w:r>
    </w:p>
    <w:p>
      <w:pPr>
        <w:spacing w:after="6"/>
      </w:pPr>
      <w:r>
        <w:rPr>
          <w:sz w:val="18"/>
        </w:rPr>
        <w:t>11. Biblia inasema walikuwa wangapi?</w:t>
      </w:r>
    </w:p>
    <w:p>
      <w:pPr>
        <w:spacing w:after="6"/>
      </w:pPr>
      <w:r>
        <w:rPr>
          <w:sz w:val="18"/>
        </w:rPr>
        <w:t>12. Herode alitaka kufanya nini?</w:t>
      </w:r>
    </w:p>
    <w:p>
      <w:pPr>
        <w:spacing w:after="20"/>
      </w:pPr>
      <w:r>
        <w:rPr>
          <w:b/>
          <w:color w:val="17365D"/>
        </w:rPr>
        <w:t>Majibu ya kina</w:t>
      </w:r>
    </w:p>
    <w:p>
      <w:pPr>
        <w:spacing w:after="6"/>
      </w:pPr>
      <w:r>
        <w:rPr>
          <w:sz w:val="18"/>
        </w:rPr>
        <w:t>13. Eleza ujumbe wa Gabrieli kwa Mariamu na jinsi Luka 1:35 inavyomweleza Yesu.</w:t>
      </w:r>
    </w:p>
    <w:p>
      <w:pPr>
        <w:spacing w:after="6"/>
      </w:pPr>
      <w:r>
        <w:rPr>
          <w:sz w:val="18"/>
        </w:rPr>
        <w:t>14. Eleza habari ya wachungaji na ujumbe walioupokea.</w:t>
      </w:r>
    </w:p>
    <w:p>
      <w:pPr>
        <w:spacing w:after="6"/>
      </w:pPr>
      <w:r>
        <w:rPr>
          <w:sz w:val="18"/>
        </w:rPr>
        <w:t>15. Eleza kwa nini watu wenye hekima hawapaswi kuitwa “wafalme watatu” kama jambo la hakika la Biblia.</w:t>
      </w:r>
    </w:p>
    <w:p>
      <w:pPr>
        <w:spacing w:after="20"/>
      </w:pPr>
      <w:r>
        <w:rPr>
          <w:b/>
          <w:color w:val="17365D"/>
        </w:rPr>
        <w:t>Majibu ya nyongeza</w:t>
      </w:r>
    </w:p>
    <w:p>
      <w:pPr>
        <w:spacing w:after="6"/>
      </w:pPr>
      <w:r>
        <w:rPr>
          <w:sz w:val="18"/>
        </w:rPr>
        <w:t>16. Kuzaliwa kwa Yesu kunahusianaje na ahadi ya kiti cha enzi cha Daudi?</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075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