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9"/>
        </w:rPr>
        <w:t>SOMO 092 • KUFUFULIWA KWA LAZARO</w:t>
      </w:r>
    </w:p>
    <w:p>
      <w:pPr>
        <w:keepNext/>
        <w:spacing w:after="60"/>
      </w:pPr>
      <w:r>
        <w:rPr>
          <w:rFonts w:ascii="Aptos" w:hAnsi="Aptos"/>
          <w:i/>
          <w:sz w:val="20"/>
        </w:rPr>
        <w:t>“Mimi ndimi ufufuo na uzima.” — Yohana 11:25</w:t>
      </w:r>
    </w:p>
    <w:p>
      <w:pPr>
        <w:keepNext/>
        <w:spacing w:after="60"/>
      </w:pPr>
      <w:r>
        <w:rPr>
          <w:rFonts w:ascii="Aptos" w:hAnsi="Aptos"/>
          <w:sz w:val="20"/>
        </w:rPr>
        <w:t>Yohana 11:1–46; 1 Wakorintho 15:20–23; Waebrania 11:17–19</w:t>
      </w:r>
    </w:p>
    <w:p>
      <w:pPr>
        <w:keepNext/>
        <w:spacing w:before="60" w:after="0"/>
      </w:pPr>
      <w:r>
        <w:rPr>
          <w:rFonts w:ascii="Aptos" w:hAnsi="Aptos"/>
          <w:b/>
          <w:color w:val="1F4E79"/>
          <w:sz w:val="25"/>
        </w:rPr>
        <w:t>SHABAHA</w:t>
      </w:r>
    </w:p>
    <w:p>
      <w:pPr>
        <w:widowControl/>
        <w:spacing w:after="20"/>
        <w:ind w:firstLine="259"/>
      </w:pPr>
      <w:r>
        <w:rPr>
          <w:rFonts w:ascii="Aptos" w:hAnsi="Aptos"/>
          <w:sz w:val="20"/>
        </w:rPr>
        <w:t>Kuonyesha kwamba Mungu alimpa Yesu nguvu ya kumrudisha Lazaro katika uhai, na kwamba tumaini la Biblia ni ufufuo wa wafu katika uhusiano na kurudi kwa Kristo.</w:t>
      </w:r>
    </w:p>
    <w:p>
      <w:pPr>
        <w:keepNext/>
        <w:spacing w:before="60" w:after="0"/>
      </w:pPr>
      <w:r>
        <w:rPr>
          <w:rFonts w:ascii="Aptos" w:hAnsi="Aptos"/>
          <w:b/>
          <w:color w:val="1F4E79"/>
          <w:sz w:val="25"/>
        </w:rPr>
        <w:t>UJUMBE KUTOKA BETHANIA</w:t>
      </w:r>
    </w:p>
    <w:p>
      <w:pPr>
        <w:widowControl/>
        <w:spacing w:after="20"/>
        <w:ind w:firstLine="259"/>
      </w:pPr>
      <w:r>
        <w:rPr>
          <w:rFonts w:ascii="Aptos" w:hAnsi="Aptos"/>
          <w:sz w:val="20"/>
        </w:rPr>
        <w:t>Martha, Mariamu na ndugu yao Lazaro waliishi Bethania karibu na Yerusalemu na walikuwa marafiki wa Yesu. Lazaro alipougua, dada zake wakatuma ujumbe: “Bwana, tazama, yeye umpendaye hawezi.” Yesu alisema ugonjwa huo ungetoa nafasi ya utukufu wa Mungu kuonekana na Mwana wa Mungu kutukuzwa kwa kazi ambayo Mungu angefanya kupitia kwake.</w:t>
      </w:r>
    </w:p>
    <w:p>
      <w:pPr>
        <w:widowControl/>
        <w:spacing w:after="20"/>
        <w:ind w:firstLine="259"/>
      </w:pPr>
      <w:r>
        <w:rPr>
          <w:rFonts w:ascii="Aptos" w:hAnsi="Aptos"/>
          <w:sz w:val="20"/>
        </w:rPr>
        <w:t>Yesu hakwenda mara moja Bethania. Alibaki siku mbili mahali alipokuwa. Wakati huo Lazaro akafa. Baadaye Yesu akawaambia wanafunzi wake warudi Yudea. Walikuwa na wasiwasi kwa sababu viongozi walikuwa wametaka kumpiga kwa mawe, lakini Yesu akaenda.</w:t>
      </w:r>
    </w:p>
    <w:p>
      <w:pPr>
        <w:keepNext/>
        <w:spacing w:before="60" w:after="0"/>
      </w:pPr>
      <w:r>
        <w:rPr>
          <w:rFonts w:ascii="Aptos" w:hAnsi="Aptos"/>
          <w:b/>
          <w:color w:val="1F4E79"/>
          <w:sz w:val="25"/>
        </w:rPr>
        <w:t>LAZARO AMEKUFA</w:t>
      </w:r>
    </w:p>
    <w:p>
      <w:pPr>
        <w:widowControl/>
        <w:spacing w:after="20"/>
        <w:ind w:firstLine="259"/>
      </w:pPr>
      <w:r>
        <w:rPr>
          <w:rFonts w:ascii="Aptos" w:hAnsi="Aptos"/>
          <w:sz w:val="20"/>
        </w:rPr>
        <w:t>Yesu akawaambia, “Rafiki yetu Lazaro amelala; lakini ninakwenda nipate kumwamsha.” Wanafunzi walidhani anamaanisha usingizi wa kawaida, ndipo Yesu akasema waziwazi: “Lazaro amekufa” (mistari 11–14). Biblia mara nyingi hutumia usingizi kama mfano wa kifo kwa sababu aliyekufa hajui kinachoendelea na Mungu anaweza kumwamsha katika ufufuo.</w:t>
      </w:r>
    </w:p>
    <w:p>
      <w:pPr>
        <w:widowControl/>
        <w:spacing w:after="20"/>
        <w:ind w:firstLine="259"/>
      </w:pPr>
      <w:r>
        <w:rPr>
          <w:rFonts w:ascii="Aptos" w:hAnsi="Aptos"/>
          <w:sz w:val="20"/>
        </w:rPr>
        <w:t>Lazaro hakuwa ameenda kuishi mbinguni kisha kurudishwa duniani. Alikuwa amekufa. Muujiza uliokuwa karibu kutokea ulikuwa kumrudisha katika maisha ya kawaida ya kufa.</w:t>
      </w:r>
    </w:p>
    <w:p>
      <w:pPr>
        <w:keepNext/>
        <w:spacing w:before="60" w:after="0"/>
      </w:pPr>
      <w:r>
        <w:rPr>
          <w:rFonts w:ascii="Aptos" w:hAnsi="Aptos"/>
          <w:b/>
          <w:color w:val="1F4E79"/>
          <w:sz w:val="25"/>
        </w:rPr>
        <w:t>IMANI YA MARTHA</w:t>
      </w:r>
    </w:p>
    <w:p>
      <w:pPr>
        <w:widowControl/>
        <w:spacing w:after="20"/>
        <w:ind w:firstLine="259"/>
      </w:pPr>
      <w:r>
        <w:rPr>
          <w:rFonts w:ascii="Aptos" w:hAnsi="Aptos"/>
          <w:sz w:val="20"/>
        </w:rPr>
        <w:t>Yesu alipofika Bethania, Lazaro alikuwa kaburini siku nne. Martha akatoka kumlaki na kusema: “Bwana, kama ungalikuwapo hapa, ndugu yangu hangalikufa.” Yesu akamwambia: “Ndugu yako atafufuka.” Martha akajibu: “Najua ya kuwa atafufuka katika ufufuo siku ya mwisho.”</w:t>
      </w:r>
    </w:p>
    <w:p>
      <w:pPr>
        <w:widowControl/>
        <w:spacing w:after="20"/>
        <w:ind w:firstLine="259"/>
      </w:pPr>
      <w:r>
        <w:rPr>
          <w:rFonts w:ascii="Aptos" w:hAnsi="Aptos"/>
          <w:sz w:val="20"/>
        </w:rPr>
        <w:t>Jibu la Martha linaonyesha tumaini la kweli la Biblia. Yesu akasema: “Mimi ndimi ufufuo na uzima.” Uzima wa milele unapatikana kupitia yeye kwa sababu Mungu alimfufua na amempa mamlaka ya kuwafufua wafu. Waaminifu watafufuliwa na, baada ya hukumu, wale wanaokubaliwa watapewa kutokufa.</w:t>
      </w:r>
    </w:p>
    <w:p>
      <w:pPr>
        <w:keepNext/>
        <w:spacing w:before="60" w:after="0"/>
      </w:pPr>
      <w:r>
        <w:rPr>
          <w:rFonts w:ascii="Aptos" w:hAnsi="Aptos"/>
          <w:b/>
          <w:color w:val="1F4E79"/>
          <w:sz w:val="25"/>
        </w:rPr>
        <w:t>YESU ANALIA NA KUSALI</w:t>
      </w:r>
    </w:p>
    <w:p>
      <w:pPr>
        <w:widowControl/>
        <w:spacing w:after="20"/>
        <w:ind w:firstLine="259"/>
      </w:pPr>
      <w:r>
        <w:rPr>
          <w:rFonts w:ascii="Aptos" w:hAnsi="Aptos"/>
          <w:sz w:val="20"/>
        </w:rPr>
        <w:t>Mariamu naye akamjia Yesu akiwa na huzuni. Alipomwona akilia pamoja na waliokuwa naye, Yesu aliguswa sana na “Yesu akalia” (mstari 35). Hii inaonyesha huruma yake ya kweli.</w:t>
      </w:r>
    </w:p>
    <w:p>
      <w:pPr>
        <w:widowControl/>
        <w:spacing w:after="20"/>
        <w:ind w:firstLine="259"/>
      </w:pPr>
      <w:r>
        <w:rPr>
          <w:rFonts w:ascii="Aptos" w:hAnsi="Aptos"/>
          <w:sz w:val="20"/>
        </w:rPr>
        <w:t>Walipofika kaburini Yesu akaamuru jiwe liondolewe. Martha alikumbusha kwamba ilikuwa siku ya nne. Yesu akamwambia kwamba akiamini angeuona utukufu wa Mungu. Kisha Yesu akainua macho na kumshukuru Baba yake kwa kumsikia. Hili linaonyesha wazi kwamba nguvu ya muujiza ilitoka kwa Mungu, Baba yake.</w:t>
      </w:r>
    </w:p>
    <w:p>
      <w:pPr>
        <w:keepNext/>
        <w:spacing w:before="60" w:after="0"/>
      </w:pPr>
      <w:r>
        <w:rPr>
          <w:rFonts w:ascii="Aptos" w:hAnsi="Aptos"/>
          <w:b/>
          <w:color w:val="1F4E79"/>
          <w:sz w:val="25"/>
        </w:rPr>
        <w:t>LAZARO ANATOKA KABURINI</w:t>
      </w:r>
    </w:p>
    <w:p>
      <w:pPr>
        <w:widowControl/>
        <w:spacing w:after="20"/>
        <w:ind w:firstLine="259"/>
      </w:pPr>
      <w:r>
        <w:rPr>
          <w:rFonts w:ascii="Aptos" w:hAnsi="Aptos"/>
          <w:sz w:val="20"/>
        </w:rPr>
        <w:t>Yesu akaita kwa sauti kuu: “Lazaro, njoo huku nje.” Yule aliyekuwa amekufa akatoka, akiwa amefungwa sanda. Yesu akaagiza wafungue sanda na wamwache aende.</w:t>
      </w:r>
    </w:p>
    <w:p>
      <w:pPr>
        <w:widowControl/>
        <w:spacing w:after="20"/>
        <w:ind w:firstLine="259"/>
      </w:pPr>
      <w:r>
        <w:rPr>
          <w:rFonts w:ascii="Aptos" w:hAnsi="Aptos"/>
          <w:sz w:val="20"/>
        </w:rPr>
        <w:t>Watu wengi walipoona walimwamini Yesu. Wengine wakaenda kuwaeleza viongozi. Baadaye baraza la viongozi likajadili jinsi ya kumzuia Yesu kwa sababu ishara zake zilikuwa zinavuta watu wengi. Hatupaswi kuhamisha lawama hiyo kwa Wayahudi wote; Yohana anaeleza hasa kuhusu viongozi waliompinga, wakati Wayahudi wengi walimwamini Yesu.</w:t>
      </w:r>
    </w:p>
    <w:p>
      <w:pPr>
        <w:keepNext/>
        <w:spacing w:before="60" w:after="0"/>
      </w:pPr>
      <w:r>
        <w:rPr>
          <w:rFonts w:ascii="Aptos" w:hAnsi="Aptos"/>
          <w:b/>
          <w:color w:val="1F4E79"/>
          <w:sz w:val="25"/>
        </w:rPr>
        <w:t>FUNDISHO KWETU</w:t>
      </w:r>
    </w:p>
    <w:p>
      <w:pPr>
        <w:widowControl/>
        <w:spacing w:after="20"/>
        <w:ind w:firstLine="259"/>
      </w:pPr>
      <w:r>
        <w:rPr>
          <w:rFonts w:ascii="Aptos" w:hAnsi="Aptos"/>
          <w:sz w:val="20"/>
        </w:rPr>
        <w:t>Martha na Mariamu hawakupata jibu kwa wakati walioutarajia, lakini Yesu hakuwasahau. Hili linatufundisha kutumaini hekima ya Mungu hata tunaposhindwa kuelewa muda wa mambo. Maombi hayamlazimishi Mungu afanye tulichopanga; tunamwomba kwa imani na tunategemea mapenzi yake.</w:t>
      </w:r>
    </w:p>
    <w:p>
      <w:pPr>
        <w:widowControl/>
        <w:spacing w:after="20"/>
        <w:ind w:firstLine="259"/>
      </w:pPr>
      <w:r>
        <w:rPr>
          <w:rFonts w:ascii="Aptos" w:hAnsi="Aptos"/>
          <w:sz w:val="20"/>
        </w:rPr>
        <w:t>Lazaro alirudishwa katika maisha ya kufa na baadaye alikufa tena. Tumaini kubwa zaidi ni ufufuo wakati Kristo atakaporudi. Paulo anasema Kristo ni “malimbuko yao waliolala”, kisha “walio wake Kristo, atakapokuja” (1 Wakorintho 15:20, 23).</w:t>
      </w:r>
    </w:p>
    <w:p>
      <w:pPr>
        <w:keepNext/>
        <w:spacing w:before="60" w:after="0"/>
      </w:pPr>
      <w:r>
        <w:rPr>
          <w:rFonts w:ascii="Aptos" w:hAnsi="Aptos"/>
          <w:b/>
          <w:color w:val="1F4E79"/>
          <w:sz w:val="25"/>
        </w:rPr>
        <w:t>MAELEZO YA NYONGEZA</w:t>
      </w:r>
    </w:p>
    <w:p>
      <w:pPr>
        <w:widowControl/>
        <w:spacing w:after="20"/>
        <w:ind w:firstLine="259"/>
      </w:pPr>
      <w:r>
        <w:rPr>
          <w:rFonts w:ascii="Aptos" w:hAnsi="Aptos"/>
          <w:sz w:val="20"/>
        </w:rPr>
        <w:t>Ibrahimu alionyesha imani katika ufufuo wakati alipokuwa tayari kumtoa Isaka, akihesabu kwamba Mungu aweza kumfufua hata kutoka kwa wafu (Waebrania 11:17–19). Daudi pia alizungumzia ufufuo wa Masihi (Matendo 2:29–31). Ahadi kwa Ibrahimu na Daudi zinahitaji ufufuo ili watumishi wa Mungu waweze kushiriki utimilifu wake katika Ufalme wa Mungu duniani.</w:t>
      </w:r>
    </w:p>
    <w:p>
      <w:pPr>
        <w:keepNext/>
        <w:spacing w:before="60" w:after="0"/>
      </w:pPr>
      <w:r>
        <w:rPr>
          <w:rFonts w:ascii="Aptos" w:hAnsi="Aptos"/>
          <w:b/>
          <w:color w:val="1F4E79"/>
          <w:sz w:val="25"/>
        </w:rPr>
        <w:t>MASWALI</w:t>
      </w:r>
    </w:p>
    <w:p>
      <w:pPr>
        <w:keepNext/>
        <w:spacing w:before="20" w:after="0"/>
      </w:pPr>
      <w:r>
        <w:rPr>
          <w:rFonts w:ascii="Aptos" w:hAnsi="Aptos"/>
          <w:b/>
          <w:sz w:val="19"/>
        </w:rPr>
        <w:t>Majibu Mafupi</w:t>
      </w:r>
    </w:p>
    <w:p>
      <w:pPr>
        <w:keepLines/>
        <w:spacing w:after="0"/>
      </w:pPr>
      <w:r>
        <w:rPr>
          <w:rFonts w:ascii="Aptos" w:hAnsi="Aptos"/>
          <w:sz w:val="19"/>
        </w:rPr>
        <w:t>1. Ni nani waliokuwa marafiki wa Yesu huko Bethania?</w:t>
      </w:r>
    </w:p>
    <w:p>
      <w:pPr>
        <w:keepLines/>
        <w:spacing w:after="0"/>
      </w:pPr>
      <w:r>
        <w:rPr>
          <w:rFonts w:ascii="Aptos" w:hAnsi="Aptos"/>
          <w:sz w:val="19"/>
        </w:rPr>
        <w:t>2. Dada za Lazaro walimtumia Yesu ujumbe gani?</w:t>
      </w:r>
    </w:p>
    <w:p>
      <w:pPr>
        <w:keepLines/>
        <w:spacing w:after="0"/>
      </w:pPr>
      <w:r>
        <w:rPr>
          <w:rFonts w:ascii="Aptos" w:hAnsi="Aptos"/>
          <w:sz w:val="19"/>
        </w:rPr>
        <w:t>3. Yesu alikaa siku ngapi zaidi kabla ya kwenda?</w:t>
      </w:r>
    </w:p>
    <w:p>
      <w:pPr>
        <w:keepLines/>
        <w:spacing w:after="0"/>
      </w:pPr>
      <w:r>
        <w:rPr>
          <w:rFonts w:ascii="Aptos" w:hAnsi="Aptos"/>
          <w:sz w:val="19"/>
        </w:rPr>
        <w:t>4. Yesu alitumia neno gani la mfano kuhusu kifo cha Lazaro?</w:t>
      </w:r>
    </w:p>
    <w:p>
      <w:pPr>
        <w:keepLines/>
        <w:spacing w:after="0"/>
      </w:pPr>
      <w:r>
        <w:rPr>
          <w:rFonts w:ascii="Aptos" w:hAnsi="Aptos"/>
          <w:sz w:val="19"/>
        </w:rPr>
        <w:t>5. Martha alisema ufufuo ungefanyika lini?</w:t>
      </w:r>
    </w:p>
    <w:p>
      <w:pPr>
        <w:keepLines/>
        <w:spacing w:after="0"/>
      </w:pPr>
      <w:r>
        <w:rPr>
          <w:rFonts w:ascii="Aptos" w:hAnsi="Aptos"/>
          <w:sz w:val="19"/>
        </w:rPr>
        <w:t>6. Yesu alisema yeye ni nani?</w:t>
      </w:r>
    </w:p>
    <w:p>
      <w:pPr>
        <w:keepLines/>
        <w:spacing w:after="0"/>
      </w:pPr>
      <w:r>
        <w:rPr>
          <w:rFonts w:ascii="Aptos" w:hAnsi="Aptos"/>
          <w:sz w:val="19"/>
        </w:rPr>
        <w:t>7. Yesu alifanya nini alipoona huzuni ya Mariamu na wengine?</w:t>
      </w:r>
    </w:p>
    <w:p>
      <w:pPr>
        <w:keepLines/>
        <w:spacing w:after="0"/>
      </w:pPr>
      <w:r>
        <w:rPr>
          <w:rFonts w:ascii="Aptos" w:hAnsi="Aptos"/>
          <w:sz w:val="19"/>
        </w:rPr>
        <w:t>8. Yesu alifanya nini kabla ya kumwita Lazaro?</w:t>
      </w:r>
    </w:p>
    <w:p>
      <w:pPr>
        <w:keepLines/>
        <w:spacing w:after="0"/>
      </w:pPr>
      <w:r>
        <w:rPr>
          <w:rFonts w:ascii="Aptos" w:hAnsi="Aptos"/>
          <w:sz w:val="19"/>
        </w:rPr>
        <w:t>9. Yesu alisema nini kwa sauti kuu?</w:t>
      </w:r>
    </w:p>
    <w:p>
      <w:pPr>
        <w:keepLines/>
        <w:spacing w:after="0"/>
      </w:pPr>
      <w:r>
        <w:rPr>
          <w:rFonts w:ascii="Aptos" w:hAnsi="Aptos"/>
          <w:sz w:val="19"/>
        </w:rPr>
        <w:t>10. Ni nini kilichotokea baada ya Lazaro kutoka kaburini?</w:t>
      </w:r>
    </w:p>
    <w:p>
      <w:pPr>
        <w:keepNext/>
        <w:spacing w:before="20" w:after="0"/>
      </w:pPr>
      <w:r>
        <w:rPr>
          <w:rFonts w:ascii="Aptos" w:hAnsi="Aptos"/>
          <w:b/>
          <w:sz w:val="19"/>
        </w:rPr>
        <w:t>Majibu ya Kina</w:t>
      </w:r>
    </w:p>
    <w:p>
      <w:pPr>
        <w:keepLines/>
        <w:spacing w:after="0"/>
      </w:pPr>
      <w:r>
        <w:rPr>
          <w:rFonts w:ascii="Aptos" w:hAnsi="Aptos"/>
          <w:sz w:val="19"/>
        </w:rPr>
        <w:t>11. Eleza mazungumzo kati ya Yesu na Martha kuhusu ufufuo.</w:t>
      </w:r>
    </w:p>
    <w:p>
      <w:pPr>
        <w:keepLines/>
        <w:spacing w:after="0"/>
      </w:pPr>
      <w:r>
        <w:rPr>
          <w:rFonts w:ascii="Aptos" w:hAnsi="Aptos"/>
          <w:sz w:val="19"/>
        </w:rPr>
        <w:t>12. Eleza yaliyotokea kaburini hadi Lazaro akatoka.</w:t>
      </w:r>
    </w:p>
    <w:p>
      <w:pPr>
        <w:keepLines/>
        <w:spacing w:after="0"/>
      </w:pPr>
      <w:r>
        <w:rPr>
          <w:rFonts w:ascii="Aptos" w:hAnsi="Aptos"/>
          <w:sz w:val="19"/>
        </w:rPr>
        <w:t>13. Kwa nini muujiza huu unatofautiana na ufufuo wa mwisho kwenda kwenye kutokufa?</w:t>
      </w:r>
    </w:p>
    <w:p>
      <w:pPr>
        <w:keepNext/>
        <w:spacing w:before="20" w:after="0"/>
      </w:pPr>
      <w:r>
        <w:rPr>
          <w:rFonts w:ascii="Aptos" w:hAnsi="Aptos"/>
          <w:b/>
          <w:sz w:val="19"/>
        </w:rPr>
        <w:t>Majibu ya Nyongeza</w:t>
      </w:r>
    </w:p>
    <w:p>
      <w:pPr>
        <w:keepLines/>
        <w:spacing w:after="0"/>
      </w:pPr>
      <w:r>
        <w:rPr>
          <w:rFonts w:ascii="Aptos" w:hAnsi="Aptos"/>
          <w:sz w:val="19"/>
        </w:rPr>
        <w:t>14. Ibrahimu alionyeshaje imani katika ufufuo?</w:t>
      </w:r>
    </w:p>
    <w:p>
      <w:pPr>
        <w:keepLines/>
        <w:spacing w:after="0"/>
      </w:pPr>
      <w:r>
        <w:rPr>
          <w:rFonts w:ascii="Aptos" w:hAnsi="Aptos"/>
          <w:sz w:val="19"/>
        </w:rPr>
        <w:t>15. Kwa nini Yohana 11 haifundishi kwamba Lazaro alikuwa hai mbinguni wakati mwili wake ulikuwa kaburini?</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092 • Ukurasa </w:t>
    </w:r>
    <w:r>
      <w:rPr>
        <w:rFonts w:ascii="Aptos" w:hAnsi="Aptos"/>
        <w:color w:val="1F4E79"/>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