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after="60"/>
      </w:pPr>
      <w:r>
        <w:rPr>
          <w:rFonts w:ascii="Aptos Display" w:hAnsi="Aptos Display"/>
          <w:b/>
          <w:color w:val="1F4E79"/>
          <w:sz w:val="39"/>
        </w:rPr>
        <w:t>SOMO 101 • KUITWA KWA MTUME MWINGINE</w:t>
      </w:r>
    </w:p>
    <w:p>
      <w:pPr>
        <w:keepNext/>
        <w:spacing w:after="60"/>
      </w:pPr>
      <w:r>
        <w:rPr>
          <w:rFonts w:ascii="Aptos" w:hAnsi="Aptos"/>
          <w:i/>
          <w:sz w:val="20"/>
        </w:rPr>
        <w:t>“Imempasa mmoja wao ... awe shahidi pamoja nasi wa kufufuka kwake.” — Matendo 1:22</w:t>
      </w:r>
    </w:p>
    <w:p>
      <w:pPr>
        <w:keepNext/>
        <w:spacing w:after="60"/>
      </w:pPr>
      <w:r>
        <w:rPr>
          <w:rFonts w:ascii="Aptos" w:hAnsi="Aptos"/>
          <w:sz w:val="20"/>
        </w:rPr>
        <w:t>Matendo ya Mitume 1:1–26; Mathayo 19:28; Zaburi 69:25; 109:8</w:t>
      </w:r>
    </w:p>
    <w:p>
      <w:pPr>
        <w:keepNext/>
        <w:spacing w:before="60" w:after="0"/>
      </w:pPr>
      <w:r>
        <w:rPr>
          <w:rFonts w:ascii="Aptos" w:hAnsi="Aptos"/>
          <w:b/>
          <w:color w:val="1F4E79"/>
          <w:sz w:val="25"/>
        </w:rPr>
        <w:t>SHABAHA</w:t>
      </w:r>
    </w:p>
    <w:p>
      <w:pPr>
        <w:widowControl/>
        <w:spacing w:after="20"/>
        <w:ind w:firstLine="259"/>
      </w:pPr>
      <w:r>
        <w:rPr>
          <w:rFonts w:ascii="Aptos" w:hAnsi="Aptos"/>
          <w:sz w:val="20"/>
        </w:rPr>
        <w:t>Kuonyesha kwamba Yesu alipaa kwenda mbinguni baada ya kufufuka, ameahidiwa kurudi, na kwamba Mathia alichaguliwa kuchukua nafasi ya Yuda Iskariote miongoni mwa mitume kumi na wawili.</w:t>
      </w:r>
    </w:p>
    <w:p>
      <w:pPr>
        <w:keepNext/>
        <w:spacing w:before="60" w:after="0"/>
      </w:pPr>
      <w:r>
        <w:rPr>
          <w:rFonts w:ascii="Aptos" w:hAnsi="Aptos"/>
          <w:b/>
          <w:color w:val="1F4E79"/>
          <w:sz w:val="25"/>
        </w:rPr>
        <w:t>MANENO YA MWISHO YA YESU KWA MITUME</w:t>
      </w:r>
    </w:p>
    <w:p>
      <w:pPr>
        <w:widowControl/>
        <w:spacing w:after="20"/>
        <w:ind w:firstLine="259"/>
      </w:pPr>
      <w:r>
        <w:rPr>
          <w:rFonts w:ascii="Aptos" w:hAnsi="Aptos"/>
          <w:sz w:val="20"/>
        </w:rPr>
        <w:t>Baada ya kufufuka, Yesu alijionyesha kwa wanafunzi kwa siku arobaini, akiwapa uthibitisho kwamba alikuwa hai na kuzungumza nao kuhusu Ufalme wa Mungu. Walimwuliza kama wakati huo angerudisha ufalme kwa Israeli. Yesu hakusema tumaini lao la Ufalme lilikuwa kosa; alisema nyakati na majira yako katika mamlaka ya Baba.</w:t>
      </w:r>
    </w:p>
    <w:p>
      <w:pPr>
        <w:widowControl/>
        <w:spacing w:after="20"/>
        <w:ind w:firstLine="259"/>
      </w:pPr>
      <w:r>
        <w:rPr>
          <w:rFonts w:ascii="Aptos" w:hAnsi="Aptos"/>
          <w:sz w:val="20"/>
        </w:rPr>
        <w:t>Mitume walikuwa na kazi kubwa: kuwa mashahidi wa Yesu kuanzia Yerusalemu, Yudea na Samaria hadi sehemu za mbali. Wangepokea nguvu ya Roho Mtakatifu ili kuwasaidia. Neno “mtume” lina maana ya mtu aliyetumwa. Ujumbe wao ulikuwa Injili—habari njema kuhusu Ufalme wa Mungu na jina la Yesu Kristo.</w:t>
      </w:r>
    </w:p>
    <w:p>
      <w:pPr>
        <w:keepNext/>
        <w:spacing w:before="60" w:after="0"/>
      </w:pPr>
      <w:r>
        <w:rPr>
          <w:rFonts w:ascii="Aptos" w:hAnsi="Aptos"/>
          <w:b/>
          <w:color w:val="1F4E79"/>
          <w:sz w:val="25"/>
        </w:rPr>
        <w:t>YESU ANAPAA MBINGUNI</w:t>
      </w:r>
    </w:p>
    <w:p>
      <w:pPr>
        <w:widowControl/>
        <w:spacing w:after="20"/>
        <w:ind w:firstLine="259"/>
      </w:pPr>
      <w:r>
        <w:rPr>
          <w:rFonts w:ascii="Aptos" w:hAnsi="Aptos"/>
          <w:sz w:val="20"/>
        </w:rPr>
        <w:t>Yesu alipomaliza kusema, akainuliwa mbele ya macho yao na wingu likampokea. Malaika wawili wakasema: “Huyu Yesu ... atakuja jinsi iyo hiyo mlivyomwona akienda zake mbinguni” (Matendo 1:11).</w:t>
      </w:r>
    </w:p>
    <w:p>
      <w:pPr>
        <w:widowControl/>
        <w:spacing w:after="20"/>
        <w:ind w:firstLine="259"/>
      </w:pPr>
      <w:r>
        <w:rPr>
          <w:rFonts w:ascii="Aptos" w:hAnsi="Aptos"/>
          <w:sz w:val="20"/>
        </w:rPr>
        <w:t>Yesu yuko sasa mkono wa kuume wa Mungu. Yeye si Mungu Baba, bali Mwana wa Mungu aliyefufuliwa na kutukuzwa. Ahadi ya malaika inatupa tumaini la kurudi kwake duniani na kuanzishwa kwa Ufalme wa Mungu.</w:t>
      </w:r>
    </w:p>
    <w:p>
      <w:pPr>
        <w:keepNext/>
        <w:spacing w:before="60" w:after="0"/>
      </w:pPr>
      <w:r>
        <w:rPr>
          <w:rFonts w:ascii="Aptos" w:hAnsi="Aptos"/>
          <w:b/>
          <w:color w:val="1F4E79"/>
          <w:sz w:val="25"/>
        </w:rPr>
        <w:t>WANAFUNZI WANASUBIRI YERUSALEMU</w:t>
      </w:r>
    </w:p>
    <w:p>
      <w:pPr>
        <w:widowControl/>
        <w:spacing w:after="20"/>
        <w:ind w:firstLine="259"/>
      </w:pPr>
      <w:r>
        <w:rPr>
          <w:rFonts w:ascii="Aptos" w:hAnsi="Aptos"/>
          <w:sz w:val="20"/>
        </w:rPr>
        <w:t>Mitume kumi na mmoja wakarudi Yerusalemu kutoka Mlima wa Mizeituni. Walikusanyika pamoja na wanawake, Mariamu mama yake Yesu, ndugu zake Yesu na wanafunzi wengine. Jumla yao ilikuwa karibu watu mia moja na ishirini.</w:t>
      </w:r>
    </w:p>
    <w:p>
      <w:pPr>
        <w:widowControl/>
        <w:spacing w:after="20"/>
        <w:ind w:firstLine="259"/>
      </w:pPr>
      <w:r>
        <w:rPr>
          <w:rFonts w:ascii="Aptos" w:hAnsi="Aptos"/>
          <w:sz w:val="20"/>
        </w:rPr>
        <w:t>Walidumu kwa moyo mmoja katika sala, wakisubiri ahadi ya nguvu kutoka kwa Mungu kama Yesu alivyowaagiza.</w:t>
      </w:r>
    </w:p>
    <w:p>
      <w:pPr>
        <w:keepNext/>
        <w:spacing w:before="60" w:after="0"/>
      </w:pPr>
      <w:r>
        <w:rPr>
          <w:rFonts w:ascii="Aptos" w:hAnsi="Aptos"/>
          <w:b/>
          <w:color w:val="1F4E79"/>
          <w:sz w:val="25"/>
        </w:rPr>
        <w:t>NAFASI YA YUDA IJAZWE</w:t>
      </w:r>
    </w:p>
    <w:p>
      <w:pPr>
        <w:widowControl/>
        <w:spacing w:after="20"/>
        <w:ind w:firstLine="259"/>
      </w:pPr>
      <w:r>
        <w:rPr>
          <w:rFonts w:ascii="Aptos" w:hAnsi="Aptos"/>
          <w:sz w:val="20"/>
        </w:rPr>
        <w:t>Petro akaeleza kwamba nafasi ya Yuda Iskariote ilihitaji kujazwa. Yuda alikuwa mmoja wa wale kumi na wawili lakini alimsaliti Yesu na akafa. Petro akatumia Zaburi 69:25 na 109:8 kuonyesha kwamba mwingine achukue nafasi yake.</w:t>
      </w:r>
    </w:p>
    <w:p>
      <w:pPr>
        <w:widowControl/>
        <w:spacing w:after="20"/>
        <w:ind w:firstLine="259"/>
      </w:pPr>
      <w:r>
        <w:rPr>
          <w:rFonts w:ascii="Aptos" w:hAnsi="Aptos"/>
          <w:sz w:val="20"/>
        </w:rPr>
        <w:t>Yesu alikuwa ameahidi kwamba wale kumi na wawili wangekuwa na sehemu maalumu katika Ufalme, wakihusishwa na makabila kumi na mawili ya Israeli (Mathayo 19:28). Kwa hiyo idadi ya wale kumi na wawili ilihitaji kutimizwa.</w:t>
      </w:r>
    </w:p>
    <w:p>
      <w:pPr>
        <w:keepNext/>
        <w:spacing w:before="60" w:after="0"/>
      </w:pPr>
      <w:r>
        <w:rPr>
          <w:rFonts w:ascii="Aptos" w:hAnsi="Aptos"/>
          <w:b/>
          <w:color w:val="1F4E79"/>
          <w:sz w:val="25"/>
        </w:rPr>
        <w:t>MATHIA ANACHAGULIWA</w:t>
      </w:r>
    </w:p>
    <w:p>
      <w:pPr>
        <w:widowControl/>
        <w:spacing w:after="20"/>
        <w:ind w:firstLine="259"/>
      </w:pPr>
      <w:r>
        <w:rPr>
          <w:rFonts w:ascii="Aptos" w:hAnsi="Aptos"/>
          <w:sz w:val="20"/>
        </w:rPr>
        <w:t>Mtu wa kuchaguliwa alipaswa kuwa amefuatana na wanafunzi tangu huduma ya Yohana Mbatizaji hadi Yesu alipopaa, na awe shahidi wa ufufuo wake. Yusufu aitwaye Barsaba, ambaye pia aliitwa Yusto, na Mathia walipendekezwa.</w:t>
      </w:r>
    </w:p>
    <w:p>
      <w:pPr>
        <w:widowControl/>
        <w:spacing w:after="20"/>
        <w:ind w:firstLine="259"/>
      </w:pPr>
      <w:r>
        <w:rPr>
          <w:rFonts w:ascii="Aptos" w:hAnsi="Aptos"/>
          <w:sz w:val="20"/>
        </w:rPr>
        <w:t>Wanafunzi wakaomba, wakikiri kwamba Mungu anajua mioyo ya watu wote. Wakapiga kura, na kura ikamwangukia Mathia; akahesabiwa pamoja na mitume kumi na mmoja.</w:t>
      </w:r>
    </w:p>
    <w:p>
      <w:pPr>
        <w:keepNext/>
        <w:spacing w:before="60" w:after="0"/>
      </w:pPr>
      <w:r>
        <w:rPr>
          <w:rFonts w:ascii="Aptos" w:hAnsi="Aptos"/>
          <w:b/>
          <w:color w:val="1F4E79"/>
          <w:sz w:val="25"/>
        </w:rPr>
        <w:t>FUNDISHO KWETU</w:t>
      </w:r>
    </w:p>
    <w:p>
      <w:pPr>
        <w:widowControl/>
        <w:spacing w:after="20"/>
        <w:ind w:firstLine="259"/>
      </w:pPr>
      <w:r>
        <w:rPr>
          <w:rFonts w:ascii="Aptos" w:hAnsi="Aptos"/>
          <w:sz w:val="20"/>
        </w:rPr>
        <w:t>Tunasubiri Yesu huyo huyo arudi kutoka mbinguni. Hatupaswi kutengeneza tarehe ya kurudi kwake; Baba ameweka nyakati katika mamlaka yake. Tunapaswa badala yake kuishi kwa uaminifu na kushuhudia tumaini la Injili.</w:t>
      </w:r>
    </w:p>
    <w:p>
      <w:pPr>
        <w:widowControl/>
        <w:spacing w:after="20"/>
        <w:ind w:firstLine="259"/>
      </w:pPr>
      <w:r>
        <w:rPr>
          <w:rFonts w:ascii="Aptos" w:hAnsi="Aptos"/>
          <w:sz w:val="20"/>
        </w:rPr>
        <w:t>Mathia alichaguliwa kwa kazi maalumu ya kitume. Sisi hatuhitaji kuwa mitume ili kumpendeza Mungu; tunahitaji kuamini Neno lake, kutubu, kubatizwa na kuendelea katika utii.</w:t>
      </w:r>
    </w:p>
    <w:p>
      <w:pPr>
        <w:keepNext/>
        <w:spacing w:before="60" w:after="0"/>
      </w:pPr>
      <w:r>
        <w:rPr>
          <w:rFonts w:ascii="Aptos" w:hAnsi="Aptos"/>
          <w:b/>
          <w:color w:val="1F4E79"/>
          <w:sz w:val="25"/>
        </w:rPr>
        <w:t>MAELEZO YA NYONGEZA</w:t>
      </w:r>
    </w:p>
    <w:p>
      <w:pPr>
        <w:widowControl/>
        <w:spacing w:after="20"/>
        <w:ind w:firstLine="259"/>
      </w:pPr>
      <w:r>
        <w:rPr>
          <w:rFonts w:ascii="Aptos" w:hAnsi="Aptos"/>
          <w:sz w:val="20"/>
        </w:rPr>
        <w:t>Paulo baadaye aliitwa na Kristo kuwa mtume kwa Mataifa. Hilo halibadilishi ukweli kwamba Matendo 1 inaeleza kujazwa kwa nafasi ya Yuda miongoni mwa wale kumi na wawili.</w:t>
      </w:r>
    </w:p>
    <w:p>
      <w:pPr>
        <w:keepNext/>
        <w:spacing w:before="60" w:after="0"/>
      </w:pPr>
      <w:r>
        <w:rPr>
          <w:rFonts w:ascii="Aptos" w:hAnsi="Aptos"/>
          <w:b/>
          <w:color w:val="1F4E79"/>
          <w:sz w:val="25"/>
        </w:rPr>
        <w:t>MASWALI</w:t>
      </w:r>
    </w:p>
    <w:p>
      <w:pPr>
        <w:keepNext/>
        <w:spacing w:before="20" w:after="0"/>
      </w:pPr>
      <w:r>
        <w:rPr>
          <w:rFonts w:ascii="Aptos" w:hAnsi="Aptos"/>
          <w:b/>
          <w:sz w:val="19"/>
        </w:rPr>
        <w:t>Majibu Mafupi</w:t>
      </w:r>
    </w:p>
    <w:p>
      <w:pPr>
        <w:keepLines/>
        <w:spacing w:after="0"/>
      </w:pPr>
      <w:r>
        <w:rPr>
          <w:rFonts w:ascii="Aptos" w:hAnsi="Aptos"/>
          <w:sz w:val="18"/>
        </w:rPr>
        <w:t>1. Yesu alionekana kwa wanafunzi kwa siku ngapi baada ya kufufuka?</w:t>
      </w:r>
    </w:p>
    <w:p>
      <w:pPr>
        <w:keepLines/>
        <w:spacing w:after="0"/>
      </w:pPr>
      <w:r>
        <w:rPr>
          <w:rFonts w:ascii="Aptos" w:hAnsi="Aptos"/>
          <w:sz w:val="18"/>
        </w:rPr>
        <w:t>2. Aliwafundisha kuhusu nini?</w:t>
      </w:r>
    </w:p>
    <w:p>
      <w:pPr>
        <w:keepLines/>
        <w:spacing w:after="0"/>
      </w:pPr>
      <w:r>
        <w:rPr>
          <w:rFonts w:ascii="Aptos" w:hAnsi="Aptos"/>
          <w:sz w:val="18"/>
        </w:rPr>
        <w:t>3. Yesu alisema nyakati na majira yako katika mamlaka ya nani?</w:t>
      </w:r>
    </w:p>
    <w:p>
      <w:pPr>
        <w:keepLines/>
        <w:spacing w:after="0"/>
      </w:pPr>
      <w:r>
        <w:rPr>
          <w:rFonts w:ascii="Aptos" w:hAnsi="Aptos"/>
          <w:sz w:val="18"/>
        </w:rPr>
        <w:t>4. “Mtume” maana yake nini?</w:t>
      </w:r>
    </w:p>
    <w:p>
      <w:pPr>
        <w:keepLines/>
        <w:spacing w:after="0"/>
      </w:pPr>
      <w:r>
        <w:rPr>
          <w:rFonts w:ascii="Aptos" w:hAnsi="Aptos"/>
          <w:sz w:val="18"/>
        </w:rPr>
        <w:t>5. Injili ni habari njema kuhusu mambo gani?</w:t>
      </w:r>
    </w:p>
    <w:p>
      <w:pPr>
        <w:keepLines/>
        <w:spacing w:after="0"/>
      </w:pPr>
      <w:r>
        <w:rPr>
          <w:rFonts w:ascii="Aptos" w:hAnsi="Aptos"/>
          <w:sz w:val="18"/>
        </w:rPr>
        <w:t>6. Yesu alipaa kutoka eneo gani?</w:t>
      </w:r>
    </w:p>
    <w:p>
      <w:pPr>
        <w:keepLines/>
        <w:spacing w:after="0"/>
      </w:pPr>
      <w:r>
        <w:rPr>
          <w:rFonts w:ascii="Aptos" w:hAnsi="Aptos"/>
          <w:sz w:val="18"/>
        </w:rPr>
        <w:t>7. Malaika waliahidi nini?</w:t>
      </w:r>
    </w:p>
    <w:p>
      <w:pPr>
        <w:keepLines/>
        <w:spacing w:after="0"/>
      </w:pPr>
      <w:r>
        <w:rPr>
          <w:rFonts w:ascii="Aptos" w:hAnsi="Aptos"/>
          <w:sz w:val="18"/>
        </w:rPr>
        <w:t>8. Karibu wanafunzi wangapi walikusanyika Yerusalemu?</w:t>
      </w:r>
    </w:p>
    <w:p>
      <w:pPr>
        <w:keepLines/>
        <w:spacing w:after="0"/>
      </w:pPr>
      <w:r>
        <w:rPr>
          <w:rFonts w:ascii="Aptos" w:hAnsi="Aptos"/>
          <w:sz w:val="18"/>
        </w:rPr>
        <w:t>9. Ni watu gani wawili waliopendekezwa?</w:t>
      </w:r>
    </w:p>
    <w:p>
      <w:pPr>
        <w:keepLines/>
        <w:spacing w:after="0"/>
      </w:pPr>
      <w:r>
        <w:rPr>
          <w:rFonts w:ascii="Aptos" w:hAnsi="Aptos"/>
          <w:sz w:val="18"/>
        </w:rPr>
        <w:t>10. Ni nani aliyechaguliwa?</w:t>
      </w:r>
    </w:p>
    <w:p>
      <w:pPr>
        <w:keepNext/>
        <w:spacing w:before="20" w:after="0"/>
      </w:pPr>
      <w:r>
        <w:rPr>
          <w:rFonts w:ascii="Aptos" w:hAnsi="Aptos"/>
          <w:b/>
          <w:sz w:val="19"/>
        </w:rPr>
        <w:t>Majibu ya Kina</w:t>
      </w:r>
    </w:p>
    <w:p>
      <w:pPr>
        <w:keepLines/>
        <w:spacing w:after="0"/>
      </w:pPr>
      <w:r>
        <w:rPr>
          <w:rFonts w:ascii="Aptos" w:hAnsi="Aptos"/>
          <w:sz w:val="18"/>
        </w:rPr>
        <w:t>11. Eleza sifa za mtu aliyepaswa kuchukua nafasi ya Yuda.</w:t>
      </w:r>
    </w:p>
    <w:p>
      <w:pPr>
        <w:keepLines/>
        <w:spacing w:after="0"/>
      </w:pPr>
      <w:r>
        <w:rPr>
          <w:rFonts w:ascii="Aptos" w:hAnsi="Aptos"/>
          <w:sz w:val="18"/>
        </w:rPr>
        <w:t>12. Eleza jinsi Mathia alivyoteuliwa.</w:t>
      </w:r>
    </w:p>
    <w:p>
      <w:pPr>
        <w:keepLines/>
        <w:spacing w:after="0"/>
      </w:pPr>
      <w:r>
        <w:rPr>
          <w:rFonts w:ascii="Aptos" w:hAnsi="Aptos"/>
          <w:sz w:val="18"/>
        </w:rPr>
        <w:t>13. Kwa nini ufufuo wa Yesu ulikuwa muhimu sana kwa ushahidi wa mitume?</w:t>
      </w:r>
    </w:p>
    <w:p>
      <w:pPr>
        <w:keepNext/>
        <w:spacing w:before="20" w:after="0"/>
      </w:pPr>
      <w:r>
        <w:rPr>
          <w:rFonts w:ascii="Aptos" w:hAnsi="Aptos"/>
          <w:b/>
          <w:sz w:val="19"/>
        </w:rPr>
        <w:t>Majibu ya Nyongeza</w:t>
      </w:r>
    </w:p>
    <w:p>
      <w:pPr>
        <w:keepLines/>
        <w:spacing w:after="0"/>
      </w:pPr>
      <w:r>
        <w:rPr>
          <w:rFonts w:ascii="Aptos" w:hAnsi="Aptos"/>
          <w:sz w:val="18"/>
        </w:rPr>
        <w:t>14. Mathayo 19:28 inahusianaje na mitume kumi na wawili?</w:t>
      </w:r>
    </w:p>
    <w:p>
      <w:pPr>
        <w:keepLines/>
        <w:spacing w:after="0"/>
      </w:pPr>
      <w:r>
        <w:rPr>
          <w:rFonts w:ascii="Aptos" w:hAnsi="Aptos"/>
          <w:sz w:val="18"/>
        </w:rPr>
        <w:t>15. Tunapaswa kufanya nini tunapongojea kurudi kwa Kristo?</w:t>
      </w:r>
    </w:p>
    <w:sectPr w:rsidR="00FC693F" w:rsidRPr="0006063C" w:rsidSect="00034616">
      <w:headerReference w:type="default" r:id="rId9"/>
      <w:footerReference w:type="default" r:id="rId10"/>
      <w:pgSz w:w="11909" w:h="16834"/>
      <w:pgMar w:top="936" w:right="1123" w:bottom="936" w:left="1123"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1F4E79"/>
        <w:sz w:val="16"/>
      </w:rPr>
      <w:t xml:space="preserve">Somo 101 • Ukurasa </w:t>
    </w:r>
    <w:fldSimple w:instr="PAGE">
      <w:r>
        <w:rPr>
          <w:color w:val="1F4E79"/>
          <w:sz w:val="16"/>
        </w:rP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ptos" w:hAnsi="Aptos"/>
        <w:b/>
        <w:color w:val="1F4E79"/>
        <w:sz w:val="16"/>
      </w:rPr>
      <w:t>MAZIWA YA AKILI • NGAZI YA KWANZA • KISWAHILI</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 w:line="240" w:lineRule="auto"/>
    </w:pPr>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