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60"/>
      </w:pPr>
      <w:r>
        <w:rPr>
          <w:rFonts w:ascii="Aptos Display" w:hAnsi="Aptos Display"/>
          <w:b/>
          <w:color w:val="1F4E79"/>
          <w:sz w:val="39"/>
        </w:rPr>
        <w:t>SOMO 105 • STEFANO - MWAMINIFU HADI KUFA</w:t>
      </w:r>
    </w:p>
    <w:p>
      <w:pPr>
        <w:keepNext/>
        <w:spacing w:after="60"/>
      </w:pPr>
      <w:r>
        <w:rPr>
          <w:rFonts w:ascii="Aptos" w:hAnsi="Aptos"/>
          <w:i/>
          <w:sz w:val="20"/>
        </w:rPr>
        <w:t>“Tazama, naona mbingu zimefunguka, na Mwana wa Adamu amesimama mkono wa kuume wa Mungu.” — Matendo 7:56</w:t>
      </w:r>
    </w:p>
    <w:p>
      <w:pPr>
        <w:keepNext/>
        <w:spacing w:after="60"/>
      </w:pPr>
      <w:r>
        <w:rPr>
          <w:rFonts w:ascii="Aptos" w:hAnsi="Aptos"/>
          <w:sz w:val="20"/>
        </w:rPr>
        <w:t>Matendo ya Mitume 6:1–15; 7:1–60; Isaya 66:1–2</w:t>
      </w:r>
    </w:p>
    <w:p>
      <w:pPr>
        <w:keepNext/>
        <w:spacing w:before="60" w:after="0"/>
      </w:pPr>
      <w:r>
        <w:rPr>
          <w:rFonts w:ascii="Aptos" w:hAnsi="Aptos"/>
          <w:b/>
          <w:color w:val="1F4E79"/>
          <w:sz w:val="25"/>
        </w:rPr>
        <w:t>SHABAHA</w:t>
      </w:r>
    </w:p>
    <w:p>
      <w:pPr>
        <w:widowControl/>
        <w:spacing w:after="20"/>
        <w:ind w:firstLine="259"/>
      </w:pPr>
      <w:r>
        <w:rPr>
          <w:rFonts w:ascii="Aptos" w:hAnsi="Aptos"/>
          <w:sz w:val="20"/>
        </w:rPr>
        <w:t>Kuonyesha uaminifu wa Stefano katika huduma na ushuhuda, jinsi alivyotumia historia ya Israeli kujibu mashitaka, na jinsi alivyobaki mwaminifu hata alipouawa kwa mawe.</w:t>
      </w:r>
    </w:p>
    <w:p>
      <w:pPr>
        <w:keepNext/>
        <w:spacing w:before="60" w:after="0"/>
      </w:pPr>
      <w:r>
        <w:rPr>
          <w:rFonts w:ascii="Aptos" w:hAnsi="Aptos"/>
          <w:b/>
          <w:color w:val="1F4E79"/>
          <w:sz w:val="25"/>
        </w:rPr>
        <w:t>NDUGU SABA WANACHAGULIWA</w:t>
      </w:r>
    </w:p>
    <w:p>
      <w:pPr>
        <w:widowControl/>
        <w:spacing w:after="20"/>
        <w:ind w:firstLine="259"/>
      </w:pPr>
      <w:r>
        <w:rPr>
          <w:rFonts w:ascii="Aptos" w:hAnsi="Aptos"/>
          <w:sz w:val="20"/>
        </w:rPr>
        <w:t>Eklesia ya Yerusalemu ilipokua, malalamiko yakatokea kwamba baadhi ya wajane walikuwa wakisahauliwa katika huduma ya kila siku. Mitume wakasema si vema waache Neno la Mungu ili washughulikie kila jambo la mezani.</w:t>
      </w:r>
    </w:p>
    <w:p>
      <w:pPr>
        <w:widowControl/>
        <w:spacing w:after="20"/>
        <w:ind w:firstLine="259"/>
      </w:pPr>
      <w:r>
        <w:rPr>
          <w:rFonts w:ascii="Aptos" w:hAnsi="Aptos"/>
          <w:sz w:val="20"/>
        </w:rPr>
        <w:t>Eklesia ikachagua wanaume saba wenye sifa njema, waliojaa Roho na hekima. Mitume wakaomba na kuwawekea mikono. Miongoni mwa wale saba alikuwa Stefano.</w:t>
      </w:r>
    </w:p>
    <w:p>
      <w:pPr>
        <w:keepNext/>
        <w:spacing w:before="60" w:after="0"/>
      </w:pPr>
      <w:r>
        <w:rPr>
          <w:rFonts w:ascii="Aptos" w:hAnsi="Aptos"/>
          <w:b/>
          <w:color w:val="1F4E79"/>
          <w:sz w:val="25"/>
        </w:rPr>
        <w:t>STEFANO ANAHUBIRI</w:t>
      </w:r>
    </w:p>
    <w:p>
      <w:pPr>
        <w:widowControl/>
        <w:spacing w:after="20"/>
        <w:ind w:firstLine="259"/>
      </w:pPr>
      <w:r>
        <w:rPr>
          <w:rFonts w:ascii="Aptos" w:hAnsi="Aptos"/>
          <w:sz w:val="20"/>
        </w:rPr>
        <w:t>Stefano alikuwa mtu wa imani na, kwa nguvu ya Mungu, alifanya ishara. Baadhi ya watu walibishana naye lakini hawakuweza kuipinga hekima aliyopewa.</w:t>
      </w:r>
    </w:p>
    <w:p>
      <w:pPr>
        <w:widowControl/>
        <w:spacing w:after="20"/>
        <w:ind w:firstLine="259"/>
      </w:pPr>
      <w:r>
        <w:rPr>
          <w:rFonts w:ascii="Aptos" w:hAnsi="Aptos"/>
          <w:sz w:val="20"/>
        </w:rPr>
        <w:t>Kisha watu wakashawishi mashahidi wa uongo kusema Stefano amesema maneno dhidi ya Musa, Mungu, hekalu na sheria. Akaletwa mbele ya Sanhedrini. Mashtaka yalidai pia kwamba Yesu angeharibu mahali pale na kubadili desturi za Musa.</w:t>
      </w:r>
    </w:p>
    <w:p>
      <w:pPr>
        <w:keepNext/>
        <w:spacing w:before="60" w:after="0"/>
      </w:pPr>
      <w:r>
        <w:rPr>
          <w:rFonts w:ascii="Aptos" w:hAnsi="Aptos"/>
          <w:b/>
          <w:color w:val="1F4E79"/>
          <w:sz w:val="25"/>
        </w:rPr>
        <w:t>STEFANO ANAJIBU KWA MAANDIKO</w:t>
      </w:r>
    </w:p>
    <w:p>
      <w:pPr>
        <w:widowControl/>
        <w:spacing w:after="20"/>
        <w:ind w:firstLine="259"/>
      </w:pPr>
      <w:r>
        <w:rPr>
          <w:rFonts w:ascii="Aptos" w:hAnsi="Aptos"/>
          <w:sz w:val="20"/>
        </w:rPr>
        <w:t>Stefano hakujibu kwa hasira. Alipitia historia ya Ibrahimu, Yusufu, Musa na taifa la Israeli. Alionyesha kwamba Mungu alikuwa pamoja na watumishi wake katika maeneo mengi hata kabla hekalu la Yerusalemu halijajengwa.</w:t>
      </w:r>
    </w:p>
    <w:p>
      <w:pPr>
        <w:widowControl/>
        <w:spacing w:after="20"/>
        <w:ind w:firstLine="259"/>
      </w:pPr>
      <w:r>
        <w:rPr>
          <w:rFonts w:ascii="Aptos" w:hAnsi="Aptos"/>
          <w:sz w:val="20"/>
        </w:rPr>
        <w:t>Akakumbusha kwamba “Aliye juu hakai katika nyumba zilizofanywa kwa mikono” (Matendo 7:48), akitumia lugha ya manabii. Hekalu lilikuwa sehemu muhimu ya historia ya Israeli, lakini Mungu mwenyewe hafungwi ndani ya jengo.</w:t>
      </w:r>
    </w:p>
    <w:p>
      <w:pPr>
        <w:keepNext/>
        <w:spacing w:before="60" w:after="0"/>
      </w:pPr>
      <w:r>
        <w:rPr>
          <w:rFonts w:ascii="Aptos" w:hAnsi="Aptos"/>
          <w:b/>
          <w:color w:val="1F4E79"/>
          <w:sz w:val="25"/>
        </w:rPr>
        <w:t>ONYO KWA VIONGOZI</w:t>
      </w:r>
    </w:p>
    <w:p>
      <w:pPr>
        <w:widowControl/>
        <w:spacing w:after="20"/>
        <w:ind w:firstLine="259"/>
      </w:pPr>
      <w:r>
        <w:rPr>
          <w:rFonts w:ascii="Aptos" w:hAnsi="Aptos"/>
          <w:sz w:val="20"/>
        </w:rPr>
        <w:t>Stefano aliwaonya viongozi waliokuwa mbele yake kwamba walikuwa wakirudia tabia ya wale wa zamani waliowakataa wajumbe wa Mungu. Aliwakumbusha kwamba manabii waliteswa na kwamba wao walikuwa wamehusika katika kukataliwa na kuuawa kwa Yesu.</w:t>
      </w:r>
    </w:p>
    <w:p>
      <w:pPr>
        <w:widowControl/>
        <w:spacing w:after="20"/>
        <w:ind w:firstLine="259"/>
      </w:pPr>
      <w:r>
        <w:rPr>
          <w:rFonts w:ascii="Aptos" w:hAnsi="Aptos"/>
          <w:sz w:val="20"/>
        </w:rPr>
        <w:t>Hili ni shtaka kwa wale wasikilizaji waliokuwa mbele yake, si hukumu ya pamoja dhidi ya Wayahudi wote. Stefano, Yesu, mitume na maelfu ya waamini wa kwanza wenyewe walikuwa Wayahudi.</w:t>
      </w:r>
    </w:p>
    <w:p>
      <w:pPr>
        <w:keepNext/>
        <w:spacing w:before="60" w:after="0"/>
      </w:pPr>
      <w:r>
        <w:rPr>
          <w:rFonts w:ascii="Aptos" w:hAnsi="Aptos"/>
          <w:b/>
          <w:color w:val="1F4E79"/>
          <w:sz w:val="25"/>
        </w:rPr>
        <w:t>MWANA WA ADAMU MKONO WA KUUME WA MUNGU</w:t>
      </w:r>
    </w:p>
    <w:p>
      <w:pPr>
        <w:widowControl/>
        <w:spacing w:after="20"/>
        <w:ind w:firstLine="259"/>
      </w:pPr>
      <w:r>
        <w:rPr>
          <w:rFonts w:ascii="Aptos" w:hAnsi="Aptos"/>
          <w:sz w:val="20"/>
        </w:rPr>
        <w:t>Wale waliokuwa barazani walikasirika sana. Stefano, akiwa amejazwa Roho Mtakatifu, akatazama mbinguni na kuona utukufu wa Mungu na Yesu amesimama mkono wa kuume wa Mungu.</w:t>
      </w:r>
    </w:p>
    <w:p>
      <w:pPr>
        <w:widowControl/>
        <w:spacing w:after="20"/>
        <w:ind w:firstLine="259"/>
      </w:pPr>
      <w:r>
        <w:rPr>
          <w:rFonts w:ascii="Aptos" w:hAnsi="Aptos"/>
          <w:sz w:val="20"/>
        </w:rPr>
        <w:t>Maono hayo yanatofautisha wazi Mungu na Yesu. Yesu si Mungu Baba; yeye ndiye Mwana wa Adamu na Mwana wa Mungu aliyefufuliwa na kutukuzwa, akiwa mkono wa kuume wa Baba.</w:t>
      </w:r>
    </w:p>
    <w:p>
      <w:pPr>
        <w:keepNext/>
        <w:spacing w:before="60" w:after="0"/>
      </w:pPr>
      <w:r>
        <w:rPr>
          <w:rFonts w:ascii="Aptos" w:hAnsi="Aptos"/>
          <w:b/>
          <w:color w:val="1F4E79"/>
          <w:sz w:val="25"/>
        </w:rPr>
        <w:t>STEFANO ANAUAWA</w:t>
      </w:r>
    </w:p>
    <w:p>
      <w:pPr>
        <w:widowControl/>
        <w:spacing w:after="20"/>
        <w:ind w:firstLine="259"/>
      </w:pPr>
      <w:r>
        <w:rPr>
          <w:rFonts w:ascii="Aptos" w:hAnsi="Aptos"/>
          <w:sz w:val="20"/>
        </w:rPr>
        <w:t>Wakamtoa Stefano nje ya mji na kumpiga kwa mawe. Mashahidi wakaweka mavazi yao miguuni pa kijana aliyeitwa Sauli. Stefano akamwita Bwana Yesu na kusema: “Bwana Yesu, pokea roho yangu.” Kisha akapiga magoti na kuomba: “Bwana, usiwahesabie dhambi hii.”</w:t>
      </w:r>
    </w:p>
    <w:p>
      <w:pPr>
        <w:widowControl/>
        <w:spacing w:after="20"/>
        <w:ind w:firstLine="259"/>
      </w:pPr>
      <w:r>
        <w:rPr>
          <w:rFonts w:ascii="Aptos" w:hAnsi="Aptos"/>
          <w:sz w:val="20"/>
        </w:rPr>
        <w:t>Baada ya kusema hayo “akalala” (Matendo 7:60). Hii ni lugha ya Biblia kwa kifo kinachosubiri ufufuo. Maneno ya Stefano ya kukabidhi roho yake hayafundishi nafsi yenye fahamu kwenda mbinguni; aliweka maisha yake na tumaini lake mikononi mwa Bwana aliyefufuliwa.</w:t>
      </w:r>
    </w:p>
    <w:p>
      <w:pPr>
        <w:keepNext/>
        <w:spacing w:before="60" w:after="0"/>
      </w:pPr>
      <w:r>
        <w:rPr>
          <w:rFonts w:ascii="Aptos" w:hAnsi="Aptos"/>
          <w:b/>
          <w:color w:val="1F4E79"/>
          <w:sz w:val="25"/>
        </w:rPr>
        <w:t>FUNDISHO KWETU</w:t>
      </w:r>
    </w:p>
    <w:p>
      <w:pPr>
        <w:widowControl/>
        <w:spacing w:after="20"/>
        <w:ind w:firstLine="259"/>
      </w:pPr>
      <w:r>
        <w:rPr>
          <w:rFonts w:ascii="Aptos" w:hAnsi="Aptos"/>
          <w:sz w:val="20"/>
        </w:rPr>
        <w:t>Stefano alifuata mfano wa Yesu kwa kuwaombea waliokuwa wanamuua. Uaminifu wake haukuwa chuki; ulikuwa ujasiri pamoja na rehema.</w:t>
      </w:r>
    </w:p>
    <w:p>
      <w:pPr>
        <w:widowControl/>
        <w:spacing w:after="20"/>
        <w:ind w:firstLine="259"/>
      </w:pPr>
      <w:r>
        <w:rPr>
          <w:rFonts w:ascii="Aptos" w:hAnsi="Aptos"/>
          <w:sz w:val="20"/>
        </w:rPr>
        <w:t>Huenda tusiulizwe kufa kama Stefano, lakini bado tunaitwa kuwa waaminifu tunapochekwa, kupingwa au kupoteza faida kwa sababu ya kweli. Tunapaswa kujibu kwa upole, kutumia Maandiko na kuwaombea wanaotupinga.</w:t>
      </w:r>
    </w:p>
    <w:p>
      <w:pPr>
        <w:keepNext/>
        <w:spacing w:before="60" w:after="0"/>
      </w:pPr>
      <w:r>
        <w:rPr>
          <w:rFonts w:ascii="Aptos" w:hAnsi="Aptos"/>
          <w:b/>
          <w:color w:val="1F4E79"/>
          <w:sz w:val="25"/>
        </w:rPr>
        <w:t>MAELEZO YA NYONGEZA</w:t>
      </w:r>
    </w:p>
    <w:p>
      <w:pPr>
        <w:widowControl/>
        <w:spacing w:after="20"/>
        <w:ind w:firstLine="259"/>
      </w:pPr>
      <w:r>
        <w:rPr>
          <w:rFonts w:ascii="Aptos" w:hAnsi="Aptos"/>
          <w:sz w:val="20"/>
        </w:rPr>
        <w:t>Baadaye, mwaka AD 70, majeshi ya Rumi yaliharibu Yerusalemu na hekalu. Hilo ni tukio la kihistoria linalolingana na onyo la Yesu kuhusu kuharibiwa kwa hekalu; hatupaswi kulifanya kuwa madai kwamba kila jambo katika hotuba ya Stefano lilikuwa unabii wa moja kwa moja wa AD 70.</w:t>
      </w:r>
    </w:p>
    <w:p>
      <w:pPr>
        <w:widowControl/>
        <w:spacing w:after="20"/>
        <w:ind w:firstLine="259"/>
      </w:pPr>
      <w:r>
        <w:rPr>
          <w:rFonts w:ascii="Aptos" w:hAnsi="Aptos"/>
          <w:sz w:val="20"/>
        </w:rPr>
        <w:t>Sauli, ambaye alikubali kuuawa kwa Stefano, baadaye aliitwa na Yesu na akawa mtume Paulo. Hili linaonyesha nguvu ya toba na rehema ya Mungu.</w:t>
      </w:r>
    </w:p>
    <w:p>
      <w:pPr>
        <w:keepNext/>
        <w:spacing w:before="60" w:after="0"/>
      </w:pPr>
      <w:r>
        <w:rPr>
          <w:rFonts w:ascii="Aptos" w:hAnsi="Aptos"/>
          <w:b/>
          <w:color w:val="1F4E79"/>
          <w:sz w:val="25"/>
        </w:rPr>
        <w:t>MASWALI</w:t>
      </w:r>
    </w:p>
    <w:p>
      <w:pPr>
        <w:keepNext/>
        <w:spacing w:before="20" w:after="0"/>
      </w:pPr>
      <w:r>
        <w:rPr>
          <w:rFonts w:ascii="Aptos" w:hAnsi="Aptos"/>
          <w:b/>
          <w:sz w:val="19"/>
        </w:rPr>
        <w:t>Majibu Mafupi</w:t>
      </w:r>
    </w:p>
    <w:p>
      <w:pPr>
        <w:keepLines/>
        <w:spacing w:after="0"/>
      </w:pPr>
      <w:r>
        <w:rPr>
          <w:rFonts w:ascii="Aptos" w:hAnsi="Aptos"/>
          <w:sz w:val="18"/>
        </w:rPr>
        <w:t>1. Kwa nini eklesia ilichagua wanaume saba?</w:t>
      </w:r>
    </w:p>
    <w:p>
      <w:pPr>
        <w:keepLines/>
        <w:spacing w:after="0"/>
      </w:pPr>
      <w:r>
        <w:rPr>
          <w:rFonts w:ascii="Aptos" w:hAnsi="Aptos"/>
          <w:sz w:val="18"/>
        </w:rPr>
        <w:t>2. Stefano alikuwa mtu wa aina gani?</w:t>
      </w:r>
    </w:p>
    <w:p>
      <w:pPr>
        <w:keepLines/>
        <w:spacing w:after="0"/>
      </w:pPr>
      <w:r>
        <w:rPr>
          <w:rFonts w:ascii="Aptos" w:hAnsi="Aptos"/>
          <w:sz w:val="18"/>
        </w:rPr>
        <w:t>3. Wapinzani wake walifanya nini waliposhindwa kujibu hekima yake?</w:t>
      </w:r>
    </w:p>
    <w:p>
      <w:pPr>
        <w:keepLines/>
        <w:spacing w:after="0"/>
      </w:pPr>
      <w:r>
        <w:rPr>
          <w:rFonts w:ascii="Aptos" w:hAnsi="Aptos"/>
          <w:sz w:val="18"/>
        </w:rPr>
        <w:t>4. Stefano alizungumzia watu gani wa historia ya Israeli?</w:t>
      </w:r>
    </w:p>
    <w:p>
      <w:pPr>
        <w:keepLines/>
        <w:spacing w:after="0"/>
      </w:pPr>
      <w:r>
        <w:rPr>
          <w:rFonts w:ascii="Aptos" w:hAnsi="Aptos"/>
          <w:sz w:val="18"/>
        </w:rPr>
        <w:t>5. Alisema Mungu hakai wapi?</w:t>
      </w:r>
    </w:p>
    <w:p>
      <w:pPr>
        <w:keepLines/>
        <w:spacing w:after="0"/>
      </w:pPr>
      <w:r>
        <w:rPr>
          <w:rFonts w:ascii="Aptos" w:hAnsi="Aptos"/>
          <w:sz w:val="18"/>
        </w:rPr>
        <w:t>6. Stefano aliona nani mbinguni?</w:t>
      </w:r>
    </w:p>
    <w:p>
      <w:pPr>
        <w:keepLines/>
        <w:spacing w:after="0"/>
      </w:pPr>
      <w:r>
        <w:rPr>
          <w:rFonts w:ascii="Aptos" w:hAnsi="Aptos"/>
          <w:sz w:val="18"/>
        </w:rPr>
        <w:t>7. Yesu alikuwa upande gani wa Mungu?</w:t>
      </w:r>
    </w:p>
    <w:p>
      <w:pPr>
        <w:keepLines/>
        <w:spacing w:after="0"/>
      </w:pPr>
      <w:r>
        <w:rPr>
          <w:rFonts w:ascii="Aptos" w:hAnsi="Aptos"/>
          <w:sz w:val="18"/>
        </w:rPr>
        <w:t>8. Ni kijana gani aliyetajwa wakati Stefano alipigwa mawe?</w:t>
      </w:r>
    </w:p>
    <w:p>
      <w:pPr>
        <w:keepLines/>
        <w:spacing w:after="0"/>
      </w:pPr>
      <w:r>
        <w:rPr>
          <w:rFonts w:ascii="Aptos" w:hAnsi="Aptos"/>
          <w:sz w:val="18"/>
        </w:rPr>
        <w:t>9. Stefano aliwaombeaje waliokuwa wanamuua?</w:t>
      </w:r>
    </w:p>
    <w:p>
      <w:pPr>
        <w:keepLines/>
        <w:spacing w:after="0"/>
      </w:pPr>
      <w:r>
        <w:rPr>
          <w:rFonts w:ascii="Aptos" w:hAnsi="Aptos"/>
          <w:sz w:val="18"/>
        </w:rPr>
        <w:t>10. Matendo 7:60 inasema Stefano alifanya nini alipokufa?</w:t>
      </w:r>
    </w:p>
    <w:p>
      <w:pPr>
        <w:keepNext/>
        <w:spacing w:before="20" w:after="0"/>
      </w:pPr>
      <w:r>
        <w:rPr>
          <w:rFonts w:ascii="Aptos" w:hAnsi="Aptos"/>
          <w:b/>
          <w:sz w:val="19"/>
        </w:rPr>
        <w:t>Majibu ya Kina</w:t>
      </w:r>
    </w:p>
    <w:p>
      <w:pPr>
        <w:keepLines/>
        <w:spacing w:after="0"/>
      </w:pPr>
      <w:r>
        <w:rPr>
          <w:rFonts w:ascii="Aptos" w:hAnsi="Aptos"/>
          <w:sz w:val="18"/>
        </w:rPr>
        <w:t>11. Eleza kwa nini wale saba walichaguliwa na kazi yao ilikuwa nini.</w:t>
      </w:r>
    </w:p>
    <w:p>
      <w:pPr>
        <w:keepLines/>
        <w:spacing w:after="0"/>
      </w:pPr>
      <w:r>
        <w:rPr>
          <w:rFonts w:ascii="Aptos" w:hAnsi="Aptos"/>
          <w:sz w:val="18"/>
        </w:rPr>
        <w:t>12. Fupisha jibu la Stefano kuhusu Mungu, hekalu na historia ya Israeli.</w:t>
      </w:r>
    </w:p>
    <w:p>
      <w:pPr>
        <w:keepLines/>
        <w:spacing w:after="0"/>
      </w:pPr>
      <w:r>
        <w:rPr>
          <w:rFonts w:ascii="Aptos" w:hAnsi="Aptos"/>
          <w:sz w:val="18"/>
        </w:rPr>
        <w:t>13. Eleza kifo cha Stefano na jinsi alivyoonyesha tabia ya Kristo.</w:t>
      </w:r>
    </w:p>
    <w:p>
      <w:pPr>
        <w:keepNext/>
        <w:spacing w:before="20" w:after="0"/>
      </w:pPr>
      <w:r>
        <w:rPr>
          <w:rFonts w:ascii="Aptos" w:hAnsi="Aptos"/>
          <w:b/>
          <w:sz w:val="19"/>
        </w:rPr>
        <w:t>Majibu ya Nyongeza</w:t>
      </w:r>
    </w:p>
    <w:p>
      <w:pPr>
        <w:keepLines/>
        <w:spacing w:after="0"/>
      </w:pPr>
      <w:r>
        <w:rPr>
          <w:rFonts w:ascii="Aptos" w:hAnsi="Aptos"/>
          <w:sz w:val="18"/>
        </w:rPr>
        <w:t>14. Maono ya Stefano yanaonyeshaje tofauti kati ya Mungu na Yesu?</w:t>
      </w:r>
    </w:p>
    <w:p>
      <w:pPr>
        <w:keepLines/>
        <w:spacing w:after="0"/>
      </w:pPr>
      <w:r>
        <w:rPr>
          <w:rFonts w:ascii="Aptos" w:hAnsi="Aptos"/>
          <w:sz w:val="18"/>
        </w:rPr>
        <w:t>15. Kwa nini simulizi hili halipaswi kutumiwa kulaumu Wayahudi wote?</w:t>
      </w:r>
    </w:p>
    <w:p>
      <w:pPr>
        <w:keepLines/>
        <w:spacing w:after="0"/>
      </w:pPr>
      <w:r>
        <w:rPr>
          <w:rFonts w:ascii="Aptos" w:hAnsi="Aptos"/>
          <w:sz w:val="18"/>
        </w:rPr>
        <w:t>16. Neno “akalala” linafundisha nini kuhusu hali ya wafu?</w:t>
      </w:r>
    </w:p>
    <w:sectPr w:rsidR="00FC693F" w:rsidRPr="0006063C" w:rsidSect="00034616">
      <w:headerReference w:type="default" r:id="rId9"/>
      <w:footerReference w:type="default" r:id="rId10"/>
      <w:pgSz w:w="11909" w:h="16834"/>
      <w:pgMar w:top="936" w:right="1123" w:bottom="936" w:left="1123"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1F4E79"/>
        <w:sz w:val="16"/>
      </w:rPr>
      <w:t xml:space="preserve">Somo 105 • Ukurasa </w:t>
    </w:r>
    <w:fldSimple w:instr="PAGE">
      <w:r>
        <w:rPr>
          <w:color w:val="1F4E79"/>
          <w:sz w:val="16"/>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1F4E79"/>
        <w:sz w:val="16"/>
      </w:rPr>
      <w:t>MAZIWA YA AKILI • NGAZI YA KWANZA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line="240"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