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pPr>
      <w:r>
        <w:rPr>
          <w:b/>
        </w:rPr>
        <w:t>Nyumba ya Sala kwa Mataifa Yote</w:t>
      </w:r>
    </w:p>
    <w:p>
      <w:r>
        <w:t>Wakati Solomoni alipokuwa amesimama mbele ya madhabahu ya BWANA wakati wa kuwekwa wakfu kwa hekalu huko Yerusalemu, alitoa mojawapo ya sala za ajabu zaidi zilizorekodiwa katika Maandiko. Maneno yake katika 1 Wafalme 8 yanatazama nyuma kwenye ahadi za Mungu, yanashughulikia mahitaji ya kiroho ya Israeli, na pia yanaelekeza mbele kwenye kusudi kubwa zaidi.</w:t>
      </w:r>
    </w:p>
    <w:p>
      <w:r>
        <w:t>Kwa hakika hekalu lilikuwa katikati ya ibada ya kitaifa ya Israeli. Lakini Solomoni alielewa kwamba kusudi la Mungu halikuwa limewekewa mipaka kwa Israeli pekee. Sala yake ilimjumuisha pia mgeni — mtu ambaye hakuwa Mwisraeli — ambaye angesikia kuhusu jina la BWANA na kuja Yerusalemu kumtafuta.</w:t>
      </w:r>
    </w:p>
    <w:p>
      <w:r>
        <w:t>Kanuni hii inaendelea katika Maandiko yote hadi manabii wanapoelezea wakati ujao ambapo Yerusalemu itakuwa kituo cha ibada kwa watu kutoka kila taifa.</w:t>
      </w:r>
    </w:p>
    <w:p>
      <w:r>
        <w:t xml:space="preserve">Kwa hiyo hekalu lilipaswa kuwa zaidi sana kuliko jengo la kifahari. Lilipaswa kuwa </w:t>
      </w:r>
      <w:r>
        <w:rPr>
          <w:b/>
        </w:rPr>
        <w:t>nyumba ya sala kwa mataifa yote</w:t>
      </w:r>
      <w:r>
        <w:t>.</w:t>
      </w:r>
    </w:p>
    <w:p>
      <w:pPr>
        <w:pStyle w:val="Heading1"/>
      </w:pPr>
      <w:r>
        <w:t>Sala Kuu ya Solomoni</w:t>
      </w:r>
    </w:p>
    <w:p>
      <w:r>
        <w:t>Kuwekwa wakfu kwa hekalu kulikuwa mojawapo ya matukio muhimu sana katika historia ya Israeli.</w:t>
      </w:r>
    </w:p>
    <w:p>
      <w:r>
        <w:t>Daudi alikuwa ametamani kujenga nyumba kwa ajili ya jina la BWANA, lakini kazi hiyo ilikuwa imekabidhiwa kwa mwanawe Solomoni. Hekalu lilipokamilika, Solomoni aliwakusanya Israeli huko Yerusalemu, akasimama mbele ya madhabahu, akanyosha mikono yake kuelekea mbinguni na kuomba.</w:t>
      </w:r>
    </w:p>
    <w:p>
      <w:r>
        <w:t>Sala yake inaonyesha ufahamu wa kina kuhusu udhaifu wa mwanadamu na rehema za Mungu.</w:t>
      </w:r>
    </w:p>
    <w:p>
      <w:r>
        <w:t>Solomoni alijua kwamba Israeli ingetenda dhambi.</w:t>
      </w:r>
    </w:p>
    <w:p>
      <w:r>
        <w:t>Hakuomba kana kwamba uwepo wa hekalu ungekuwa dhamana kwamba taifa hilo lingeendelea kuwa waaminifu. Badala yake, alitarajia hali ambazo kutokutii kwa Israeli kungeleta hukumu ya Mungu.</w:t>
      </w:r>
    </w:p>
    <w:p>
      <w:r>
        <w:t>Alizungumza kuhusu kushindwa na maadui, ukame, njaa, tauni, kuharibika kwa mazao, magonjwa na hatimaye utumwa.</w:t>
      </w:r>
    </w:p>
    <w:p>
      <w:r>
        <w:t>Lakini mara kwa mara kulikuwa na njia ya kurudi.</w:t>
      </w:r>
    </w:p>
    <w:p>
      <w:r>
        <w:t>Watu walipaswa kutambua dhambi yao, wamrudie Mungu na kuomba.</w:t>
      </w:r>
    </w:p>
    <w:p>
      <w:pPr>
        <w:pStyle w:val="Quote"/>
      </w:pPr>
      <w:r>
        <w:t>“Ndipo usikie huko mbinguni, ukasamehe dhambi ya watumishi wako, na ya watu wako Israeli...”</w:t>
      </w:r>
    </w:p>
    <w:p>
      <w:pPr>
        <w:pStyle w:val="Quote"/>
      </w:pPr>
      <w:r>
        <w:t>— 1 Wafalme 8:36</w:t>
      </w:r>
    </w:p>
    <w:p>
      <w:r>
        <w:t>Mfuatano huo uko wazi:</w:t>
      </w:r>
    </w:p>
    <w:p>
      <w:r/>
      <w:r>
        <w:rPr>
          <w:b/>
        </w:rPr>
        <w:t>dhambi — hukumu — kutambua — toba — sala — msamaha — kurejeshwa.</w:t>
      </w:r>
      <w:r/>
    </w:p>
    <w:p>
      <w:r>
        <w:t>Mfumo huu ungejirudia tena na tena katika historia yote ya Israeli.</w:t>
      </w:r>
    </w:p>
    <w:p>
      <w:pPr>
        <w:pStyle w:val="Heading1"/>
      </w:pPr>
      <w:r>
        <w:t>Wakati Israeli Iliposhindwa</w:t>
      </w:r>
    </w:p>
    <w:p>
      <w:r>
        <w:t>Solomoni aliomba:</w:t>
      </w:r>
    </w:p>
    <w:p>
      <w:pPr>
        <w:pStyle w:val="Quote"/>
      </w:pPr>
      <w:r>
        <w:t>“Watu wako Israeli watakapopigwa mbele ya adui, kwa sababu wamekutenda dhambi, wakikurudia, na kulikiri jina lako, na kuomba, na kukusihi katika nyumba hii; basi usikie huko mbinguni, ukasamehe dhambi ya watu wako Israeli...”</w:t>
      </w:r>
    </w:p>
    <w:p>
      <w:pPr>
        <w:pStyle w:val="Quote"/>
      </w:pPr>
      <w:r>
        <w:t>— 1 Wafalme 8:33-34</w:t>
      </w:r>
    </w:p>
    <w:p>
      <w:r>
        <w:t>Nguvu za kijeshi za Israeli hazikukusudiwa kamwe kuwa chanzo cha mwisho cha usalama wao.</w:t>
      </w:r>
    </w:p>
    <w:p>
      <w:r>
        <w:t>Usalama wao ulitegemea uhusiano wao na Mungu.</w:t>
      </w:r>
    </w:p>
    <w:p>
      <w:r>
        <w:t>Wakati watu walipomtumaini Mungu na kumtii, angeweza kuwaokoa kutoka kwa maadui waliokuwa na nguvu zaidi sana kuliko wao. Walipomwacha, hata hali zilizoonekana kuwa nzuri zingeweza kuishia kwa kushindwa.</w:t>
      </w:r>
    </w:p>
    <w:p>
      <w:r>
        <w:t>Mfano mkubwa ulitokea wakati wa utawala wa Yehoshafati.</w:t>
      </w:r>
    </w:p>
    <w:p>
      <w:r>
        <w:t>Jeshi kubwa lilikuja kupigana na Yuda. Kwa mtazamo wa kibinadamu, hali ilionekana kutokuwa na tumaini. Yehoshafati aliwakusanya watu na kumtafuta BWANA.</w:t>
      </w:r>
    </w:p>
    <w:p>
      <w:r>
        <w:t>Sala yake ilikumbusha waziwazi kanuni zilizohusiana na Solomoni na hekalu:</w:t>
      </w:r>
    </w:p>
    <w:p>
      <w:pPr>
        <w:pStyle w:val="Quote"/>
      </w:pPr>
      <w:r>
        <w:t>“Maovu yatakapotujia, kama upanga, hukumu, au tauni, au njaa, tukisimama mbele ya nyumba hii, na mbele zako... na kukulilia katika mateso yetu, ndipo utasikia na kutuokoa.”</w:t>
      </w:r>
    </w:p>
    <w:p>
      <w:pPr>
        <w:pStyle w:val="Quote"/>
      </w:pPr>
      <w:r>
        <w:t>— 2 Mambo ya Nyakati 20:9</w:t>
      </w:r>
    </w:p>
    <w:p>
      <w:r>
        <w:t>Yehoshafati alikiri wazi udhaifu wa Yuda:</w:t>
      </w:r>
    </w:p>
    <w:p>
      <w:pPr>
        <w:pStyle w:val="Quote"/>
      </w:pPr>
      <w:r>
        <w:t>“Kwa maana hatuna uwezo mbele ya jeshi hili kubwa linalokuja juu yetu; wala hatujui la kufanya; lakini macho yetu yanakutazama wewe.”</w:t>
      </w:r>
    </w:p>
    <w:p>
      <w:pPr>
        <w:pStyle w:val="Quote"/>
      </w:pPr>
      <w:r>
        <w:t>— 2 Mambo ya Nyakati 20:12</w:t>
      </w:r>
    </w:p>
    <w:p>
      <w:r>
        <w:t>Hilo ni mojawapo ya maneno makubwa ya imani katika Maandiko.</w:t>
      </w:r>
    </w:p>
    <w:p>
      <w:r>
        <w:t>Hawakuwa na nguvu za kijeshi za kutatua tatizo lao, lakini walijua pa kutazama.</w:t>
      </w:r>
    </w:p>
    <w:p>
      <w:r>
        <w:t>Mungu akaokoa Yuda.</w:t>
      </w:r>
    </w:p>
    <w:p>
      <w:r>
        <w:t>Waimbaji walitangulia mbele ya jeshi wakimsifu BWANA, na Mungu akafanya maadui wao waangamiane wenyewe.</w:t>
      </w:r>
    </w:p>
    <w:p>
      <w:r>
        <w:t>Sala ya Solomoni haikuwa tu maneno ya sherehe yaliyotamkwa wakati wa kufungua jengo. Kanuni zake zikawa sehemu ya uhusiano hai kati ya Israeli na Mungu.</w:t>
      </w:r>
    </w:p>
    <w:p>
      <w:pPr>
        <w:pStyle w:val="Heading1"/>
      </w:pPr>
      <w:r>
        <w:t>Wakati Mbingu Zilifungwa</w:t>
      </w:r>
    </w:p>
    <w:p>
      <w:r>
        <w:t>Solomoni pia alitarajia ukame:</w:t>
      </w:r>
    </w:p>
    <w:p>
      <w:pPr>
        <w:pStyle w:val="Quote"/>
      </w:pPr>
      <w:r>
        <w:t>“Mbingu zitakapofungwa, pasiwe na mvua, kwa sababu wamekutenda dhambi; kama wakiomba kuelekea mahali hapa, na kulikiri jina lako, na kuiacha dhambi yao... basi usikie huko mbinguni...”</w:t>
      </w:r>
    </w:p>
    <w:p>
      <w:pPr>
        <w:pStyle w:val="Quote"/>
      </w:pPr>
      <w:r>
        <w:t>— 1 Wafalme 8:35-36</w:t>
      </w:r>
    </w:p>
    <w:p>
      <w:r>
        <w:t>Mvua ilikuwa muhimu kwa maisha katika nchi.</w:t>
      </w:r>
    </w:p>
    <w:p>
      <w:r>
        <w:t>Kutegemea kwa Israeli mvua za majira kuliwakumbusha daima kwamba ustawi wao hatimaye ulitoka kwa Mungu.</w:t>
      </w:r>
    </w:p>
    <w:p>
      <w:r>
        <w:t>Kanuni hiyo hiyo inaonekana baadaye katika Malaki.</w:t>
      </w:r>
    </w:p>
    <w:p>
      <w:r>
        <w:t>Watu walikuwa wamekuwa wazembe kiroho. Pamoja na mambo mengine, walikuwa wameshindwa kutimiza wajibu wao kuhusu zaka na sadaka. Mungu aliwaita wamrudie kwa uaminifu:</w:t>
      </w:r>
    </w:p>
    <w:p>
      <w:pPr>
        <w:pStyle w:val="Quote"/>
      </w:pPr>
      <w:r>
        <w:t>“Leteni zaka zote ghalani... mkanijaribu kwa hayo, asema BWANA wa majeshi, kama sitawafungulia madirisha ya mbinguni...”</w:t>
      </w:r>
    </w:p>
    <w:p>
      <w:pPr>
        <w:pStyle w:val="Quote"/>
      </w:pPr>
      <w:r>
        <w:t>— Malaki 3:10</w:t>
      </w:r>
    </w:p>
    <w:p>
      <w:r>
        <w:t>Baraka za kimwili hazingeweza kamwe kuchukua nafasi ya uaminifu wa kiroho. Badala yake, riziki ya Mungu ilikusudiwa kuwafundisha Israeli kumtegemea.</w:t>
      </w:r>
    </w:p>
    <w:p>
      <w:r>
        <w:t>Mvua, mavuno na ustawi havikuwa masuala ya kiuchumi tu. Vilihusiana na uhusiano wa agano kati ya taifa na Mungu.</w:t>
      </w:r>
    </w:p>
    <w:p>
      <w:r>
        <w:t>Fundisho hilo linakuwa muhimu tunapowageukia manabii na kugundua kwamba kanuni hizo hizo zitafanya kazi kati ya mataifa katika Ufalme wa Mungu ujao.</w:t>
      </w:r>
    </w:p>
    <w:p>
      <w:pPr>
        <w:pStyle w:val="Heading1"/>
      </w:pPr>
      <w:r>
        <w:t>Njaa, Tauni na Mateso ya Taifa</w:t>
      </w:r>
    </w:p>
    <w:p>
      <w:r>
        <w:t>Solomoni aliendelea:</w:t>
      </w:r>
    </w:p>
    <w:p>
      <w:pPr>
        <w:pStyle w:val="Quote"/>
      </w:pPr>
      <w:r>
        <w:t>“Kama kutakuwa na njaa katika nchi, kama kutakuwa na tauni, ukungu, koga, nzige... kama adui wao atawazingira... pigo lo lote, ugonjwa wo wote utakaokuwapo...”</w:t>
      </w:r>
    </w:p>
    <w:p>
      <w:pPr>
        <w:pStyle w:val="Quote"/>
      </w:pPr>
      <w:r>
        <w:t>— 1 Wafalme 8:37</w:t>
      </w:r>
    </w:p>
    <w:p>
      <w:r>
        <w:t>Orodha hiyo inavutia.</w:t>
      </w:r>
    </w:p>
    <w:p>
      <w:r>
        <w:t>Solomoni alitambua kwamba maafa ya kitaifa yanaweza kuchukua namna nyingi. Lakini bila kujali aina ya mateso, swali la msingi lilibaki lile lile: je, watu wangeelewa fundisho la kiroho na kumrudia Mungu?</w:t>
      </w:r>
    </w:p>
    <w:p>
      <w:r>
        <w:t>Aliomba kwamba mtu yeyote anapotambua “pigo la moyo wake mwenyewe” na kunyoosha mikono yake kuelekea hekalu, Mungu angesikia.</w:t>
      </w:r>
    </w:p>
    <w:p>
      <w:r>
        <w:t>Maneno hayo yanatupeleka zaidi ya hali za kitaifa.</w:t>
      </w:r>
    </w:p>
    <w:p>
      <w:r>
        <w:t>Tatizo kubwa zaidi halikuwa njaa.</w:t>
      </w:r>
    </w:p>
    <w:p>
      <w:r>
        <w:t>Halikuwa jeshi la uvamizi.</w:t>
      </w:r>
    </w:p>
    <w:p>
      <w:r>
        <w:t>Wala halikuwa hata ugonjwa.</w:t>
      </w:r>
    </w:p>
    <w:p>
      <w:r>
        <w:t>Tatizo kubwa zaidi lilikuwa moyo wa mwanadamu.</w:t>
      </w:r>
    </w:p>
    <w:p>
      <w:r>
        <w:t>Hukumu za nje zilikusudiwa kuwaamsha watu watambue tatizo kubwa zaidi la kutengwa na Mungu.</w:t>
      </w:r>
    </w:p>
    <w:p>
      <w:r>
        <w:t>Hiyo bado ni kanuni muhimu ya Biblia.</w:t>
      </w:r>
    </w:p>
    <w:p>
      <w:r>
        <w:t>Toba ya kweli si kumwomba Mungu aondoe tu matokeo yasiyopendeza. Ni kutambua kile kilicho kibaya ndani yetu na kumrudia.</w:t>
      </w:r>
    </w:p>
    <w:p>
      <w:pPr>
        <w:pStyle w:val="Heading1"/>
      </w:pPr>
      <w:r>
        <w:t>Sala Kutoka Utumwani</w:t>
      </w:r>
    </w:p>
    <w:p>
      <w:r>
        <w:t>Hatimaye sala ya Solomoni inafika kwenye janga kubwa zaidi la taifa la Israeli: utumwa.</w:t>
      </w:r>
    </w:p>
    <w:p>
      <w:r>
        <w:t>Alijua kwamba uasi wa kudumu ungeweza kusababisha watu kuondolewa katika nchi yao:</w:t>
      </w:r>
    </w:p>
    <w:p>
      <w:pPr>
        <w:pStyle w:val="Quote"/>
      </w:pPr>
      <w:r>
        <w:t>“Wakikutenda dhambi, (maana hakuna mtu asiyetenda dhambi,) nawe ukawakasirikia, ukawatia mikononi mwa adui...”</w:t>
      </w:r>
    </w:p>
    <w:p>
      <w:pPr>
        <w:pStyle w:val="Quote"/>
      </w:pPr>
      <w:r>
        <w:t>— 1 Wafalme 8:46</w:t>
      </w:r>
    </w:p>
    <w:p>
      <w:r>
        <w:t>Lakini hata utumwa haungewaweka nje ya rehema za Mungu.</w:t>
      </w:r>
    </w:p>
    <w:p>
      <w:r>
        <w:t>Kama wangeyafikiria upya maisha yao, wakatubu, wakakiri dhambi zao na kuomba kuelekea Yerusalemu, Solomoni aliomba kwamba Mungu awasikie.</w:t>
      </w:r>
    </w:p>
    <w:p>
      <w:r>
        <w:t>Karne nyingi baadaye, Danieli alifanya jambo hilo hilo.</w:t>
      </w:r>
    </w:p>
    <w:p>
      <w:r>
        <w:t>Danieli alikuwa akiishi Babeli, mbali sana na Yerusalemu. Hata hivyo:</w:t>
      </w:r>
    </w:p>
    <w:p>
      <w:pPr>
        <w:pStyle w:val="Quote"/>
      </w:pPr>
      <w:r>
        <w:t>“Akapiga magoti mara tatu kila siku, akaomba, akamshukuru Mungu wake...”</w:t>
      </w:r>
    </w:p>
    <w:p>
      <w:pPr>
        <w:pStyle w:val="Quote"/>
      </w:pPr>
      <w:r>
        <w:t>— Danieli 6:10</w:t>
      </w:r>
    </w:p>
    <w:p>
      <w:r>
        <w:t xml:space="preserve">Jambo la muhimu ni kwamba madirisha yake yalikuwa yamefunguliwa </w:t>
      </w:r>
      <w:r>
        <w:rPr>
          <w:b/>
        </w:rPr>
        <w:t>kuelekea Yerusalemu</w:t>
      </w:r>
      <w:r>
        <w:t>.</w:t>
      </w:r>
    </w:p>
    <w:p>
      <w:r>
        <w:t>Danieli alielewa sala ya Solomoni.</w:t>
      </w:r>
    </w:p>
    <w:p>
      <w:r>
        <w:t>Baadaye, katika Danieli 9, baada ya kuelewa kutoka katika unabii wa Yeremia kwamba miaka sabini iliyohusiana na ukiwa wa Yerusalemu ilikuwa inakaribia kutimia, Danieli aliomba mojawapo ya sala kubwa kabisa za kukiri dhambi katika Biblia.</w:t>
      </w:r>
    </w:p>
    <w:p>
      <w:r>
        <w:t>Hakujitenga na watu wake na kuzungumza tu kuhusu kushindwa kwao.</w:t>
      </w:r>
    </w:p>
    <w:p>
      <w:r>
        <w:t>Alisema:</w:t>
      </w:r>
    </w:p>
    <w:p>
      <w:pPr>
        <w:pStyle w:val="Quote"/>
      </w:pPr>
      <w:r>
        <w:t>“Tumefanya dhambi, tumefanya maovu, tumetenda uovu, na tumeasi...”</w:t>
      </w:r>
    </w:p>
    <w:p>
      <w:pPr>
        <w:pStyle w:val="Quote"/>
      </w:pPr>
      <w:r>
        <w:t>— Danieli 9:5</w:t>
      </w:r>
    </w:p>
    <w:p>
      <w:r>
        <w:t>Danieli hakutegemea haki ya Israeli, bali rehema za Mungu.</w:t>
      </w:r>
    </w:p>
    <w:p>
      <w:r>
        <w:t>Na Mungu aliwarejesha watu wake.</w:t>
      </w:r>
    </w:p>
    <w:p>
      <w:r>
        <w:t>Babeli ilianguka. Koreshi wa Uajemi akatoa amri iliyowaruhusu Wayahudi kurudi, na Yerusalemu pamoja na hekalu vikajengwa tena.</w:t>
      </w:r>
    </w:p>
    <w:p>
      <w:r>
        <w:t>Kwa mara nyingine tena kanuni za sala ya Solomoni zilionekana katika historia.</w:t>
      </w:r>
    </w:p>
    <w:p>
      <w:pPr>
        <w:pStyle w:val="Heading1"/>
      </w:pPr>
      <w:r>
        <w:t>Lakini Solomoni Hakuwa Akiomba kwa Ajili ya Israeli Pekee</w:t>
      </w:r>
    </w:p>
    <w:p>
      <w:r>
        <w:t>Ni rahisi kusoma 1 Wafalme 8 kana kwamba ni sala kuhusu Israeli peke yake.</w:t>
      </w:r>
    </w:p>
    <w:p>
      <w:r>
        <w:t>Lakini ghafla Solomoni anapanua upeo:</w:t>
      </w:r>
    </w:p>
    <w:p>
      <w:pPr>
        <w:pStyle w:val="Quote"/>
      </w:pPr>
      <w:r>
        <w:t>“Tena kwa habari ya mgeni, asiye wa watu wako Israeli, ila ametoka nchi ya mbali kwa ajili ya jina lako...”</w:t>
      </w:r>
    </w:p>
    <w:p>
      <w:pPr>
        <w:pStyle w:val="Quote"/>
      </w:pPr>
      <w:r>
        <w:t>— 1 Wafalme 8:41</w:t>
      </w:r>
    </w:p>
    <w:p>
      <w:r>
        <w:t>Huyu ni mgeni.</w:t>
      </w:r>
    </w:p>
    <w:p>
      <w:r>
        <w:t>Si mmoja wa wazao wa asili wa Israeli.</w:t>
      </w:r>
    </w:p>
    <w:p>
      <w:r>
        <w:t>Lakini amesikia habari za Mungu wa Israeli.</w:t>
      </w:r>
    </w:p>
    <w:p>
      <w:r>
        <w:t>Solomoni anaendelea:</w:t>
      </w:r>
    </w:p>
    <w:p>
      <w:pPr>
        <w:pStyle w:val="Quote"/>
      </w:pPr>
      <w:r>
        <w:t>“Atakapokuja na kuomba kuelekea nyumba hii; basi usikie huko mbinguni, makao yako, ukafanye sawasawa na yote ambayo mgeni huyo atakuitia...”</w:t>
      </w:r>
    </w:p>
    <w:p>
      <w:pPr>
        <w:pStyle w:val="Quote"/>
      </w:pPr>
      <w:r>
        <w:t>— 1 Wafalme 8:42-43</w:t>
      </w:r>
    </w:p>
    <w:p>
      <w:r>
        <w:t>Kwa nini?</w:t>
      </w:r>
    </w:p>
    <w:p>
      <w:r>
        <w:t>Solomoni anatoa sababu:</w:t>
      </w:r>
    </w:p>
    <w:p>
      <w:pPr>
        <w:pStyle w:val="Quote"/>
      </w:pPr>
      <w:r>
        <w:t>“Ili watu wote wa dunia walijue jina lako, wakuche wewe, kama watu wako Israeli.”</w:t>
      </w:r>
    </w:p>
    <w:p>
      <w:r>
        <w:t>Sentensi hiyo inafunua kusudi kubwa zaidi sana la Mungu.</w:t>
      </w:r>
    </w:p>
    <w:p>
      <w:r>
        <w:t>Israeli ilikuwa imeitwa kwa kusudi, lakini kusudi la Mungu hatimaye lilihusu dunia nzima.</w:t>
      </w:r>
    </w:p>
    <w:p>
      <w:r>
        <w:t>Hekalu la Yerusalemu lilielekeza mbele kwenye wakati ambapo kumjua na kumwabudu Mungu kungevuka taifa moja.</w:t>
      </w:r>
    </w:p>
    <w:p>
      <w:pPr>
        <w:pStyle w:val="Heading1"/>
      </w:pPr>
      <w:r>
        <w:t>Nyumba ya Sala ya Isaya</w:t>
      </w:r>
    </w:p>
    <w:p>
      <w:r>
        <w:t>Nabii Isaya anaendeleza kanuni hiyo hiyo.</w:t>
      </w:r>
    </w:p>
    <w:p>
      <w:r>
        <w:t>Anazungumza kuhusu wageni wanaojiunga na BWANA:</w:t>
      </w:r>
    </w:p>
    <w:p>
      <w:pPr>
        <w:pStyle w:val="Quote"/>
      </w:pPr>
      <w:r>
        <w:t>“Tena wana wa mgeni, wanaojiunga na BWANA, wamtumikie, na kulipenda jina la BWANA... hao nitawaleta katika mlima wangu mtakatifu, nitawafurahisha katika nyumba yangu ya sala...”</w:t>
      </w:r>
    </w:p>
    <w:p>
      <w:pPr>
        <w:pStyle w:val="Quote"/>
      </w:pPr>
      <w:r>
        <w:t>— Isaya 56:6-7</w:t>
      </w:r>
    </w:p>
    <w:p>
      <w:r>
        <w:t>Kisha linakuja tangazo maarufu:</w:t>
      </w:r>
    </w:p>
    <w:p>
      <w:pPr>
        <w:pStyle w:val="Quote"/>
      </w:pPr>
      <w:r>
        <w:t>“Kwa maana nyumba yangu itaitwa nyumba ya sala kwa watu wote.”</w:t>
      </w:r>
    </w:p>
    <w:p>
      <w:pPr>
        <w:pStyle w:val="Quote"/>
      </w:pPr>
      <w:r>
        <w:t>— Isaya 56:7</w:t>
      </w:r>
    </w:p>
    <w:p>
      <w:r>
        <w:t>Hili si tamko la kuvumilia wageni tu.</w:t>
      </w:r>
    </w:p>
    <w:p>
      <w:r>
        <w:t>Linaeleza kusudi la Mungu la kuwakusanya watu kutoka katika mataifa ili wamwabudu.</w:t>
      </w:r>
    </w:p>
    <w:p>
      <w:r>
        <w:t>Mungu wa Israeli si mungu wa kabila moja.</w:t>
      </w:r>
    </w:p>
    <w:p>
      <w:r>
        <w:t>Yeye ndiye Muumba wa mbingu na dunia, na kusudi lake linahusu wanadamu wote.</w:t>
      </w:r>
    </w:p>
    <w:p>
      <w:r>
        <w:t>Wito wa Israeli ulikusudiwa hatimaye kuleta baraka kwa mataifa.</w:t>
      </w:r>
    </w:p>
    <w:p>
      <w:r>
        <w:t>Hilo linaturudisha nyuma zaidi, kwenye ahadi ya Mungu kwa Abrahamu:</w:t>
      </w:r>
    </w:p>
    <w:p>
      <w:pPr>
        <w:pStyle w:val="Quote"/>
      </w:pPr>
      <w:r>
        <w:t>“Na katika uzao wako mataifa yote ya dunia yatabarikiwa.”</w:t>
      </w:r>
    </w:p>
    <w:p>
      <w:pPr>
        <w:pStyle w:val="Quote"/>
      </w:pPr>
      <w:r>
        <w:t>— Mwanzo 22:18</w:t>
      </w:r>
    </w:p>
    <w:p>
      <w:r>
        <w:t>Ibada ya dunia nzima iliyoonyeshwa na Isaya ni sehemu ya kutimizwa kwa ahadi hiyo.</w:t>
      </w:r>
    </w:p>
    <w:p>
      <w:pPr>
        <w:pStyle w:val="Heading1"/>
      </w:pPr>
      <w:r>
        <w:t>Mataifa Yakienda Yerusalemu</w:t>
      </w:r>
    </w:p>
    <w:p>
      <w:r>
        <w:t>Zekaria anaeleza kusudi hilo la dunia nzima kwa undani wa ajabu.</w:t>
      </w:r>
    </w:p>
    <w:p>
      <w:r>
        <w:t>Katika Zekaria 8 tunasoma kuhusu wakati ujao ambapo watu watahimizana kwa bidii kumtafuta BWANA:</w:t>
      </w:r>
    </w:p>
    <w:p>
      <w:pPr>
        <w:pStyle w:val="Quote"/>
      </w:pPr>
      <w:r>
        <w:t>“Na wenyeji wa mji mmoja watakwenda kwa mji mwingine, wakisema, Twendeni upesi kuomba mbele za BWANA, na kumtafuta BWANA wa majeshi...”</w:t>
      </w:r>
    </w:p>
    <w:p>
      <w:pPr>
        <w:pStyle w:val="Quote"/>
      </w:pPr>
      <w:r>
        <w:t>— Zekaria 8:21</w:t>
      </w:r>
    </w:p>
    <w:p>
      <w:r>
        <w:t>Nabii anaendelea:</w:t>
      </w:r>
    </w:p>
    <w:p>
      <w:pPr>
        <w:pStyle w:val="Quote"/>
      </w:pPr>
      <w:r>
        <w:t>“Naam, watu wengi na mataifa yenye nguvu watakuja kumtafuta BWANA wa majeshi katika Yerusalemu, na kuomba mbele za BWANA.”</w:t>
      </w:r>
    </w:p>
    <w:p>
      <w:pPr>
        <w:pStyle w:val="Quote"/>
      </w:pPr>
      <w:r>
        <w:t>— Zekaria 8:22</w:t>
      </w:r>
    </w:p>
    <w:p>
      <w:r>
        <w:t>Mwelekeo wa jamii ya wanadamu utakuwa umebadilika sana.</w:t>
      </w:r>
    </w:p>
    <w:p>
      <w:r>
        <w:t>Leo mataifa yanashindana kwa ajili ya maeneo, mali, ushawishi na utajiri.</w:t>
      </w:r>
    </w:p>
    <w:p>
      <w:r>
        <w:t>Zekaria anaeleza mataifa yakitafuta kitu kikubwa zaidi: kumjua Mungu.</w:t>
      </w:r>
    </w:p>
    <w:p>
      <w:r>
        <w:t>Watu watahimizana:</w:t>
      </w:r>
    </w:p>
    <w:p>
      <w:r/>
      <w:r>
        <w:rPr>
          <w:b/>
        </w:rPr>
        <w:t>“Twendeni... tumtafute BWANA.”</w:t>
      </w:r>
      <w:r/>
    </w:p>
    <w:p>
      <w:r>
        <w:t>Yerusalemu itakuwa kitovu cha kiroho cha dunia.</w:t>
      </w:r>
    </w:p>
    <w:p>
      <w:pPr>
        <w:pStyle w:val="Heading1"/>
      </w:pPr>
      <w:r>
        <w:t>“Tutakwenda Pamoja Nanyi”</w:t>
      </w:r>
    </w:p>
    <w:p>
      <w:r>
        <w:t>Zekaria anaongeza picha nyingine ya ajabu:</w:t>
      </w:r>
    </w:p>
    <w:p>
      <w:pPr>
        <w:pStyle w:val="Quote"/>
      </w:pPr>
      <w:r>
        <w:t>“Katika siku hizo itakuwa kwamba watu kumi watashika, kutoka lugha zote za mataifa... wakisema, Tutakwenda pamoja nanyi; kwa maana tumesikia ya kuwa Mungu yuko pamoja nanyi.”</w:t>
      </w:r>
    </w:p>
    <w:p>
      <w:pPr>
        <w:pStyle w:val="Quote"/>
      </w:pPr>
      <w:r>
        <w:t>— Zekaria 8:23</w:t>
      </w:r>
    </w:p>
    <w:p>
      <w:r>
        <w:t>Historia ya Israeli imekuwa na vipindi virefu vya mateso, kutawanyika na uadui kutoka kwa mataifa.</w:t>
      </w:r>
    </w:p>
    <w:p>
      <w:r>
        <w:t>Lakini unabii unaeleza mabadiliko makubwa.</w:t>
      </w:r>
    </w:p>
    <w:p>
      <w:r>
        <w:t>Mataifa yatatambua kwamba kusudi la Mungu limehusishwa na watu na ahadi zinazohusiana na Israeli.</w:t>
      </w:r>
    </w:p>
    <w:p>
      <w:r>
        <w:t>Badala ya uadui kutakuwa na shauku ya kujifunza.</w:t>
      </w:r>
    </w:p>
    <w:p>
      <w:r>
        <w:t>“Tutakwenda pamoja nanyi.”</w:t>
      </w:r>
    </w:p>
    <w:p>
      <w:r>
        <w:t>Kwa nini?</w:t>
      </w:r>
    </w:p>
    <w:p>
      <w:r>
        <w:t>“Kwa maana tumesikia ya kuwa Mungu yuko pamoja nanyi.”</w:t>
      </w:r>
    </w:p>
    <w:p>
      <w:pPr>
        <w:pStyle w:val="Heading1"/>
      </w:pPr>
      <w:r>
        <w:t>Mfalme Yerusalemu</w:t>
      </w:r>
    </w:p>
    <w:p>
      <w:r>
        <w:t>Zekaria 14 anaendeleza picha hiyo.</w:t>
      </w:r>
    </w:p>
    <w:p>
      <w:r>
        <w:t>Sura hiyo inaeleza kuingilia kati kwa BWANA katika mambo ya dunia, kisha inatangaza:</w:t>
      </w:r>
    </w:p>
    <w:p>
      <w:pPr>
        <w:pStyle w:val="Quote"/>
      </w:pPr>
      <w:r>
        <w:t>“Na BWANA atakuwa mfalme juu ya dunia yote; siku hiyo kutakuwa na BWANA mmoja, na jina lake moja.”</w:t>
      </w:r>
    </w:p>
    <w:p>
      <w:pPr>
        <w:pStyle w:val="Quote"/>
      </w:pPr>
      <w:r>
        <w:t>— Zekaria 14:9</w:t>
      </w:r>
    </w:p>
    <w:p>
      <w:r>
        <w:t>Ufalme wa Mungu utakuwa ufalme halisi wa dunia nzima.</w:t>
      </w:r>
    </w:p>
    <w:p>
      <w:r>
        <w:t>Yesu Kristo atatawala akiwa Mfalme aliyewekwa na Mungu.</w:t>
      </w:r>
    </w:p>
    <w:p>
      <w:r>
        <w:t>Mataifa yatakayobaki baada ya hukumu zinazohusiana na kuanzishwa kwa Ufalme huo yatatakiwa kwenda Yerusalemu:</w:t>
      </w:r>
    </w:p>
    <w:p>
      <w:pPr>
        <w:pStyle w:val="Quote"/>
      </w:pPr>
      <w:r>
        <w:t>“Na itakuwa, kila mtu atakayesalia katika mataifa yote... atapanda mwaka baada ya mwaka kumwabudu Mfalme, BWANA wa majeshi, na kuishika sikukuu ya vibanda.”</w:t>
      </w:r>
    </w:p>
    <w:p>
      <w:pPr>
        <w:pStyle w:val="Quote"/>
      </w:pPr>
      <w:r>
        <w:t>— Zekaria 14:16</w:t>
      </w:r>
    </w:p>
    <w:p>
      <w:r>
        <w:t>Hapa kanuni iliyokuwa ikifanya kazi katika historia yote ya Israeli inakuwa ya dunia nzima.</w:t>
      </w:r>
    </w:p>
    <w:p>
      <w:r>
        <w:t>Mataifa yatajifunza kumtii Mungu.</w:t>
      </w:r>
    </w:p>
    <w:p>
      <w:r>
        <w:t>Na Zekaria anarudi hasa kwenye suala la mvua.</w:t>
      </w:r>
    </w:p>
    <w:p>
      <w:r>
        <w:t>Ikiwa taifa litakataa kwenda Yerusalemu:</w:t>
      </w:r>
    </w:p>
    <w:p>
      <w:pPr>
        <w:pStyle w:val="Quote"/>
      </w:pPr>
      <w:r>
        <w:t>“Juu yao hakutakuwa na mvua.”</w:t>
      </w:r>
    </w:p>
    <w:p>
      <w:pPr>
        <w:pStyle w:val="Quote"/>
      </w:pPr>
      <w:r>
        <w:t>— Zekaria 14:17</w:t>
      </w:r>
    </w:p>
    <w:p>
      <w:r>
        <w:t>Uhusiano na sala ya Solomoni ni wa wazi.</w:t>
      </w:r>
    </w:p>
    <w:p>
      <w:r>
        <w:t>Israeli ilikuwa imefundishwa kupitia ukame kwamba baraka zinatoka kwa Mungu na kwamba uasi una matokeo.</w:t>
      </w:r>
    </w:p>
    <w:p>
      <w:r>
        <w:t>Katika wakati wa Ufalme, mataifa yatajifunza fundisho hilo hilo.</w:t>
      </w:r>
    </w:p>
    <w:p>
      <w:pPr>
        <w:pStyle w:val="Heading1"/>
      </w:pPr>
      <w:r>
        <w:t>Je, Mataifa Yangeenda kwa Hiari?</w:t>
      </w:r>
    </w:p>
    <w:p>
      <w:r>
        <w:t>Hilo linaibua swali gumu lakini muhimu.</w:t>
      </w:r>
    </w:p>
    <w:p>
      <w:r>
        <w:t>Kama watu leo wangealikwa tu kuacha vipaumbele vyao vya sasa na kwenda Yerusalemu kumwabudu Mungu wa kweli, je, mataifa yangefanya hivyo kwa hiari?</w:t>
      </w:r>
    </w:p>
    <w:p>
      <w:r>
        <w:t>Historia ya wanadamu haitupi sababu kubwa ya kuamini hivyo.</w:t>
      </w:r>
    </w:p>
    <w:p>
      <w:r>
        <w:t>Watu na mataifa mara nyingi husukumwa na utajiri, starehe, tamaa za kitaifa, mamlaka ya kisiasa na maslahi binafsi.</w:t>
      </w:r>
    </w:p>
    <w:p>
      <w:r>
        <w:t>Maandiko hayaonyeshi Ufalme wa Mungu kama kitu kitakachoanzishwa kwa sababu tu wanadamu wataamua polepole kuwa bora.</w:t>
      </w:r>
    </w:p>
    <w:p>
      <w:r>
        <w:t>Mungu anaingilia kati.</w:t>
      </w:r>
    </w:p>
    <w:p>
      <w:r>
        <w:t>Utawala wa Kristo unaweka mamlaka ya Mungu duniani.</w:t>
      </w:r>
    </w:p>
    <w:p>
      <w:r>
        <w:t>Zaburi 2 inaeleza mataifa yakimpinga Mtiwa-Mafuta wa Mungu, lakini upinzani huo hauzuii kusudi la Mungu:</w:t>
      </w:r>
    </w:p>
    <w:p>
      <w:pPr>
        <w:pStyle w:val="Quote"/>
      </w:pPr>
      <w:r>
        <w:t>“Nami nimemweka mfalme wangu juu ya Sayuni, mlima wangu mtakatifu.”</w:t>
      </w:r>
    </w:p>
    <w:p>
      <w:pPr>
        <w:pStyle w:val="Quote"/>
      </w:pPr>
      <w:r>
        <w:t>— Zaburi 2:6</w:t>
      </w:r>
    </w:p>
    <w:p>
      <w:r>
        <w:t>Utawala wa Kristo utayafundisha mataifa haki.</w:t>
      </w:r>
    </w:p>
    <w:p>
      <w:r>
        <w:t>Isaya anaeleza matokeo:</w:t>
      </w:r>
    </w:p>
    <w:p>
      <w:pPr>
        <w:pStyle w:val="Quote"/>
      </w:pPr>
      <w:r>
        <w:t>“Kwa maana hukumu zako zi duniani, wakaao duniani watajifunza haki.”</w:t>
      </w:r>
    </w:p>
    <w:p>
      <w:pPr>
        <w:pStyle w:val="Quote"/>
      </w:pPr>
      <w:r>
        <w:t>— Isaya 26:9</w:t>
      </w:r>
    </w:p>
    <w:p>
      <w:r>
        <w:t>Kwa hiyo hukumu si kusudi la mwisho la Mungu.</w:t>
      </w:r>
    </w:p>
    <w:p>
      <w:r>
        <w:t>Kusudi ni kujifunza.</w:t>
      </w:r>
    </w:p>
    <w:p>
      <w:r>
        <w:t>Ni mabadiliko.</w:t>
      </w:r>
    </w:p>
    <w:p>
      <w:r>
        <w:t>Ni dunia ambayo njia za Mungu zinaeleweka na kufuatwa.</w:t>
      </w:r>
    </w:p>
    <w:p>
      <w:pPr>
        <w:pStyle w:val="Heading1"/>
      </w:pPr>
      <w:r>
        <w:t>Kutoka Hukumu Hadi Baraka</w:t>
      </w:r>
    </w:p>
    <w:p>
      <w:r>
        <w:t>Hilo linatusaidia kuelewa mfumo unaojirudia katika sala yote ya Solomoni.</w:t>
      </w:r>
    </w:p>
    <w:p>
      <w:r>
        <w:t>Hukumu haikuonyeshwa kamwe kuwa adhabu kwa ajili ya adhabu tu.</w:t>
      </w:r>
    </w:p>
    <w:p>
      <w:r>
        <w:t>Kushindwa kulikusudiwa kuifanya Israeli irudi.</w:t>
      </w:r>
    </w:p>
    <w:p>
      <w:r>
        <w:t>Ukame ulikusudiwa kuifanya Israeli irudi.</w:t>
      </w:r>
    </w:p>
    <w:p>
      <w:r>
        <w:t>Njaa ilikusudiwa kuifanya Israeli irudi.</w:t>
      </w:r>
    </w:p>
    <w:p>
      <w:r>
        <w:t>Utumwa ulikusudiwa kuifanya Israeli irudi.</w:t>
      </w:r>
    </w:p>
    <w:p>
      <w:r>
        <w:t>Matokeo ambayo Mungu aliyakusudia yalikuwa toba, msamaha na kurejeshwa.</w:t>
      </w:r>
    </w:p>
    <w:p>
      <w:r>
        <w:t>Kanuni hiyo hiyo inaonekana katika picha ya kinabii ya wakati ujao.</w:t>
      </w:r>
    </w:p>
    <w:p>
      <w:r>
        <w:t>Hukumu zinazohusiana na kuanzishwa kwa Ufalme wa Mungu zina kusudi: mataifa yataletwa kutambua mamlaka ya Mungu na kujifunza njia zake.</w:t>
      </w:r>
    </w:p>
    <w:p>
      <w:r>
        <w:t>Isaya anaeleza matokeo mazuri:</w:t>
      </w:r>
    </w:p>
    <w:p>
      <w:pPr>
        <w:pStyle w:val="Quote"/>
      </w:pPr>
      <w:r>
        <w:t>“Na watu wengi watakwenda na kusema, Njoni, twende juu mlimani kwa BWANA... naye atatufundisha njia zake, nasi tutakwenda katika mapito yake...”</w:t>
      </w:r>
    </w:p>
    <w:p>
      <w:pPr>
        <w:pStyle w:val="Quote"/>
      </w:pPr>
      <w:r>
        <w:t>— Isaya 2:3</w:t>
      </w:r>
    </w:p>
    <w:p>
      <w:r>
        <w:t>Mataifa hayatazuiwa tu kufanya maovu.</w:t>
      </w:r>
    </w:p>
    <w:p>
      <w:r>
        <w:t>Yatafundishwa haki.</w:t>
      </w:r>
    </w:p>
    <w:p>
      <w:pPr>
        <w:pStyle w:val="Heading1"/>
      </w:pPr>
      <w:r>
        <w:t>Nyumba ya Sala ya Dunia Nzima</w:t>
      </w:r>
    </w:p>
    <w:p>
      <w:r>
        <w:t>Solomoni alisimama mbele ya hekalu lililokuwa limekamilika karibu miaka elfu tatu iliyopita na akaomba kwa ajili ya Israeli.</w:t>
      </w:r>
    </w:p>
    <w:p>
      <w:r>
        <w:t>Lakini ndani ya sala hiyo kulikuwa na kitu kikubwa zaidi.</w:t>
      </w:r>
    </w:p>
    <w:p>
      <w:r>
        <w:t>Aliomba kwa ajili ya mgeni.</w:t>
      </w:r>
    </w:p>
    <w:p>
      <w:r>
        <w:t>Aliomba kwamba watu kutoka nchi za mbali wangesikia habari za jina kuu la Mungu.</w:t>
      </w:r>
    </w:p>
    <w:p>
      <w:r>
        <w:t>Aliomba kwamba Mungu angewajibu.</w:t>
      </w:r>
    </w:p>
    <w:p>
      <w:r>
        <w:t>Na akaeleza sababu:</w:t>
      </w:r>
    </w:p>
    <w:p>
      <w:pPr>
        <w:pStyle w:val="Quote"/>
      </w:pPr>
      <w:r>
        <w:t>“Ili watu wote wa dunia walijue jina lako.”</w:t>
      </w:r>
    </w:p>
    <w:p>
      <w:r>
        <w:t>Isaya aliona nyumba ya sala kwa watu wote.</w:t>
      </w:r>
    </w:p>
    <w:p>
      <w:r>
        <w:t>Zekaria aliona mataifa yenye nguvu yakija Yerusalemu kuomba.</w:t>
      </w:r>
    </w:p>
    <w:p>
      <w:r>
        <w:t>Aliwaona watu wa lugha mbalimbali wakisema, “Tutakwenda pamoja nanyi.”</w:t>
      </w:r>
    </w:p>
    <w:p>
      <w:r>
        <w:t>Aliyaona mataifa yote yakipanda kumwabudu Mfalme.</w:t>
      </w:r>
    </w:p>
    <w:p>
      <w:r>
        <w:t>Haya si unabii mbalimbali usiohusiana.</w:t>
      </w:r>
    </w:p>
    <w:p>
      <w:r>
        <w:t>Ni sehemu za kusudi moja la Mungu.</w:t>
      </w:r>
    </w:p>
    <w:p>
      <w:r>
        <w:t>Yerusalemu, mji ambao mara nyingi umehusishwa na migogoro, utakuwa kitovu cha amani, mafundisho na ibada.</w:t>
      </w:r>
    </w:p>
    <w:p>
      <w:r>
        <w:t>Mataifa ambayo leo yanamjua Mungu wa kweli kwa kiwango kidogo yatakujifunza njia zake.</w:t>
      </w:r>
    </w:p>
    <w:p>
      <w:r>
        <w:t>Serikali za wanadamu zitatoa nafasi kwa utawala wa haki wa Kristo.</w:t>
      </w:r>
    </w:p>
    <w:p>
      <w:r>
        <w:t>Ahadi iliyotolewa kwa Abrahamu itafikia utimilifu wake wa dunia nzima.</w:t>
      </w:r>
    </w:p>
    <w:p>
      <w:r>
        <w:t>Na kanuni iliyotangazwa wakati wa kuwekwa wakfu kwa hekalu la Solomoni itaonekana hatimaye katika utimilifu wake:</w:t>
      </w:r>
    </w:p>
    <w:p>
      <w:r/>
      <w:r>
        <w:rPr>
          <w:b/>
        </w:rPr>
        <w:t>Nyumba ya Mungu itakuwa kweli nyumba ya sala kwa mataifa yote.</w:t>
      </w:r>
      <w:r/>
    </w:p>
    <w:p>
      <w:pPr>
        <w:pStyle w:val="Heading1"/>
      </w:pPr>
      <w:r>
        <w:t>Hili Linamaanisha Nini Kwetu?</w:t>
      </w:r>
    </w:p>
    <w:p>
      <w:r>
        <w:t>Unabii huu unahusu wakati ujao, lakini ujumbe wake si wa wakati ujao tu.</w:t>
      </w:r>
    </w:p>
    <w:p>
      <w:r>
        <w:t>Sala ya Solomoni inawaita watu mara kwa mara kutambua utegemezi wao kwa Mungu.</w:t>
      </w:r>
    </w:p>
    <w:p>
      <w:r>
        <w:t>Danieli hakusubiri hali za taifa ziwe nzuri ndipo aombe.</w:t>
      </w:r>
    </w:p>
    <w:p>
      <w:r>
        <w:t>Yehoshafati hakujifanya kuwa na jibu la tatizo la Yuda.</w:t>
      </w:r>
    </w:p>
    <w:p>
      <w:r>
        <w:t>Mgeni mwaminifu hakuruhusu utaifa kumzuia kumtafuta Mungu wa Israeli.</w:t>
      </w:r>
    </w:p>
    <w:p>
      <w:r>
        <w:t>Kila mmoja alitambua ukweli ule ule wa msingi: nguvu za mwanadamu hazitoshi, lakini Mungu anawasikia wale wanaomtafuta kwa moyo wa kweli.</w:t>
      </w:r>
    </w:p>
    <w:p>
      <w:r>
        <w:t>Kwa hiyo tunahitaji kujiuliza maswali hayo hayo.</w:t>
      </w:r>
    </w:p>
    <w:p>
      <w:r>
        <w:t>Tunaweka tumaini letu wapi?</w:t>
      </w:r>
    </w:p>
    <w:p>
      <w:r>
        <w:t>Je, tunatambua “pigo la moyo wetu wenyewe”?</w:t>
      </w:r>
    </w:p>
    <w:p>
      <w:r>
        <w:t>Tunapotenda dhambi, je, tunajitetea, au tunamrudia Mungu?</w:t>
      </w:r>
    </w:p>
    <w:p>
      <w:r>
        <w:t>Je, kweli tunautazamia ulimwengu utakaotawaliwa kwa viwango vya Mungu badala ya vya mwanadamu?</w:t>
      </w:r>
    </w:p>
    <w:p>
      <w:r>
        <w:t>Na je, tunajiandaa sasa kwa Ufalme huo unaokuja?</w:t>
      </w:r>
    </w:p>
    <w:p>
      <w:r>
        <w:t>Wakati ujao unaoelezwa na manabii ni wa ajabu.</w:t>
      </w:r>
    </w:p>
    <w:p>
      <w:r>
        <w:t>Dunia ambayo sasa imegawanyika kwa utaifa, lugha, siasa, utajiri na migogoro italetwa chini ya Mfalme mmoja mwenye haki.</w:t>
      </w:r>
    </w:p>
    <w:p>
      <w:r>
        <w:t>Watu kutoka mataifa mengi watamtafuta Mungu wa Israeli.</w:t>
      </w:r>
    </w:p>
    <w:p>
      <w:r>
        <w:t>Yerusalemu itakuwa kitovu ambako mafundisho ya Mungu yataenea kwenda duniani kote.</w:t>
      </w:r>
    </w:p>
    <w:p>
      <w:r>
        <w:t>Kama Isaya anavyotangaza:</w:t>
      </w:r>
    </w:p>
    <w:p>
      <w:pPr>
        <w:pStyle w:val="Quote"/>
      </w:pPr>
      <w:r>
        <w:t>“Kwa maana katika Sayuni itatoka sheria, na neno la BWANA litatoka Yerusalemu.”</w:t>
      </w:r>
    </w:p>
    <w:p>
      <w:pPr>
        <w:pStyle w:val="Quote"/>
      </w:pPr>
      <w:r>
        <w:t>— Isaya 2:3</w:t>
      </w:r>
    </w:p>
    <w:p>
      <w:r>
        <w:t>Kwa hiyo sala ya Solomoni inafikia mbali zaidi ya kuwekwa wakfu kwa jengo la kale.</w:t>
      </w:r>
    </w:p>
    <w:p>
      <w:r>
        <w:t>Inafunua kanuni inayopita katika kusudi lote la Mungu: dhambi lazima itambuliwe, toba lazima iwe ya kweli, msamaha unatoka kwa Mungu, na kusudi lake la mwisho ni kuijaza dunia na watu wanaomjua na kumwabudu.</w:t>
      </w:r>
    </w:p>
    <w:p>
      <w:r>
        <w:t>Siku inakuja ambapo mwaliko utaenea duniani kote:</w:t>
      </w:r>
    </w:p>
    <w:p>
      <w:r/>
      <w:r>
        <w:rPr>
          <w:b/>
        </w:rPr>
        <w:t>“Njoni, twende juu mlimani kwa BWANA.”</w:t>
      </w:r>
      <w:r/>
    </w:p>
    <w:p>
      <w:r>
        <w:t>Na Yerusalemu hatimaye itatimiza ono kuu la kinabii:</w:t>
      </w:r>
    </w:p>
    <w:p>
      <w:r/>
      <w:r>
        <w:rPr>
          <w:b/>
        </w:rPr>
        <w:t>nyumba ya sala kwa mataifa yote.</w:t>
      </w: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ptos" w:hAnsi="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Nyumba ya Sala kwa Mataifa Yote</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